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2CoZm/24/2015 z 27. 4. 2015</w:t>
      </w:r>
    </w:p>
    <w:p>
      <w:r>
        <w:t>Uznesenie Krajského súdu Bratislava z 27. apríla 2015, sp. zn. 2CoZm/24/2015, ECLI:SK:KSBA:2015:1514218671.1</w:t>
      </w:r>
    </w:p>
    <w:p>
      <w:r>
        <w:t>Súd: Krajský súd Bratislava</w:t>
      </w:r>
    </w:p>
    <w:p>
      <w:r>
        <w:t>Spisová značka: 2CoZm/24/2015</w:t>
      </w:r>
    </w:p>
    <w:p>
      <w:r>
        <w:t>ECLI: ECLI:SK:KSBA:2015:1514218671.1</w:t>
      </w:r>
    </w:p>
    <w:p>
      <w:r>
        <w:t>Dátum vydania: 27. 4.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2CoZm/24/2015 Identifikačné číslo súdneho spisu: 1514218671 Dátum vydania rozhodnutia: 28. 04. 2015 Meno a priezvisko sudcu, VSÚ: JUDr. Ľubica Krišková ECLI: ECLI:SK:KSBA:2015:1514218671.1 Uznesenie Krajský súd v Bratislave v právnej veci navrhovateľa: PROFI CREDIT Slovakia, s.r.o., Pribinova 25, Bratislava, IČO: 35 792 752, zast.: Advokátska kancelária JUDr. Andrea Cviková, s.r.o., Kubániho 16, Bratislava, IČO: 47 233 516, proti odporkyni: Zuzana Vojteková kozmetické štúdio, Holeška 43/18, Turčianske Teplice - Dolná Štubňa, IČO: 46 250 719, o vydanie zmenkového platobného rozkazu pre 17 511,20 Eur s prísl., o odvolaní odporcu proti rozsudku Okresného súdu Bratislava V č. k. 1CbZm/11/2015-22 zo dňa 26.01.2015, takto r o z h o d o l : Krajský súd v Bratislave uznesenie Okresného súdu Bratislava V č. k. 1CbZm/11/2015-22 zo dňa 26.01.2015 p o t v r d z u j e. Navrhovateľovi náhradu trov odvolacieho konania nepriznáva. o d ô v o d n e n i e : Súd prvého stupňa zmenkovým platobným rozkazom č. k. 5Zm/258/2014-14 zo dňa 06.11.2014 uložil odporcovi povinnosť zaplatiť navrhovateľovi zmenkovú sumu 17 511,20 Eur s príslušenstvom, zmenkovou odmenou a nahradiť trovy konania, to všetko z titulu vlastnej zmenky vystavenej v Turčianskych Tepliciach dňa 10.10.2013. Odporkyňa podala proti uvedenému zmenkovému platobnému rozkazu včas námietky s odôvodnením, že je síce živnostník, ale nemá príjem, je hospitalizovaná v nemocnici a teda nemá z čoho dlžnú sumu uhradiť. Odporkyňa uviedla, že je ochotná sa dohodnúť na splátkovom kalendári a dlh uhradiť. Súd prvého stupňa napadnutým uznesením uvedené námietky odporkyne proti zmenkovému platobnému rozkazu odmietol. Poukázal pritom na ust. § 175 ods. 1 až ods. 4 O.s.p. a uviedol, že nestačí, podať námietky s akýmkoľvek odôvodnením, ale je potrebné ich odôvodniť a nevyhnutne uviesť konkrétne dôvody a skutočnosti, pre ktoré odporkyňa odmietala zmenkovým platobným rozkazom uloženú povinnosť splniť. Záväzok zo zmenky je nesporným záväzkom, preto bez súčasného spochybnenia pravosti zmenky, jej platnosti, resp. zániku záväzku z nej, nie je možné námietky prejednať a o ich dôvodnosti nie je možné vykonať žiadne dokazovanie. Odporkyňa však svoje námietky týmto spôsobom neodôvodnila, samotnú zmenku, jej pravosť a platnosť nespochybnila a nespochybnila ani skutočnosť, že zmenku podpísala. Dôvodila predovšetkým tým, že nemá finančné prostriedky na uhradenie dlhu a zároveň žiadala o splátkový kalendár. Vzhľadom na všeobecnú formuláciu námietok prvostupňový súd nepovažoval námietky za riadne odôvodnené v súlade so zákonom. Odporkyňa podala v zákonnej lehote odvolanie, v ktorom uviedla, že žiada o zrušenie napadnutého rozhodnutia z dôvodu nedostatku finančných prostriedkov. Je dlhodobo mimo pracoviska, nemá žiaden príjem, nastupuje na rodičovskú dovolenku a má ešte dve neplnoleté deti, o ktoré sa stará. Na základe uvedeného žiada o zrušenie zaplatenia zmenkového platobného rozkazu. Krajský súd v Bratislave ako súd odvolací prejednal vec podľa § 212 ods. 1 O.s.p. bez nariadenia pojednávania v zmysle § 214 ods. 2 O.s.p. a dospel k záveru, že odvolaniu nie je možné vyhovieť. Podľa § 219 ods. 1 O.s.p., odvolací súd rozhodnutie potvrdí, ak je vo výroku vecne správne. Podľa § 219 ods. 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celom rozsahu stotožňuje so zisteným skutkovým stavom a právnym posúdením veci prvostupňovým súdom a na správnosť dôvodov uvedených v rozsudku odvolací súd podľa ust.§ 219 ods. 2 O.s.p. v celom rozsahu odkazuje. Na zdôraznenie správnosti napadnutého uznesenia a k odvolacím dôvodom odporkyne odvolací súd uvádza, že zmenkový platobný rozkaz je špecifickým druhom rozhodnutia v občianskom súdnom konaní, ktoré akcentuje podstatu zmenky ako abstraktného cenného papiera, pričom s jeho vyhotovením a používaním sa spája zásada tzv. zmenkovej prísnosti. Proti výroku, ktorým súd vydal zmenkový platobný rozkaz je možné v lehote troch dní od jeho doručenia podať námietky. V námietkach je odporca povinný uviesť všetko, čo proti zmenkovému platobnému rozkazu namieta. Ak odporca podá neodôvodnené námietky, tieto súd odmietne (§175 ods. 3 O.s.p) Vo vzťahu k obsahu námietok odvolací súd uvádza, že z hľadiska koncentračnej zásady platí, že v námietkach proti zmenkovému platobnému rozkazu musí byť uvedené všetko čo odporca proti platobnému rozkazu namieta. Obsah námietok môže vychádzať z práva hmotného (napr. splnenie dlhu, započítanie, premlčanie nároku) alebo procesného (napr. nepríslušnosť súdu, nespôsobilosť byť účastníkom konania, procesná nespôsobilosť). Ak dôvodom námietok je žiadosť o povolenie splátok a nedostatok finančných prostriedkov, nejde o odôvodnené námietky, pretože sa nimi nespochybňuje povinnosť zaplatiť požadovanú sumu, a preto súd v tomto prípade uznesením námietky odmietne. Odvolací súd preto napadnuté uznesenie podľa § 219 ods. 1, 2 O.s.p. ako vecne správne potvrdil. O trovách odvolacieho konania rozhodol odvolací súd podľa § 224 ods. 1 a § 142 ods. 1 O.s.p. tak, že v odvolacom konaní úspešnému navrhovateľovi ich náhradu nepriznal, pretože mu žiadne nevznikli. Uvedené rozhodnutie je výsledkom hlasovania odvolacieho senátu v pomere hlasov 3:0. Poučenie: Proti tomuto uzneseniu odvolanie nie je prípustné.</w:t>
      </w:r>
    </w:p>
    <w:p/>
    <w:p>
      <w:r>
        <w:t>Zdroj: KAUZIS.SK – https://www.kauzis.sk/judikatura/r/ECLI:SK:KSBA:2015:1514218671.1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