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3Cob/221/2015 z 24. 9. 2015</w:t>
      </w:r>
    </w:p>
    <w:p>
      <w:r>
        <w:t>Uznesenie Krajského súdu Bratislava z 24. septembra 2015, sp. zn. 3Cob/221/2015, ECLI:SK:KSBA:2015:1708898181.1</w:t>
      </w:r>
    </w:p>
    <w:p>
      <w:r>
        <w:t>Súd: Krajský súd Bratislava</w:t>
      </w:r>
    </w:p>
    <w:p>
      <w:r>
        <w:t>Spisová značka: 3Cob/221/2015</w:t>
      </w:r>
    </w:p>
    <w:p>
      <w:r>
        <w:t>ECLI: ECLI:SK:KSBA:2015:1708898181.1</w:t>
      </w:r>
    </w:p>
    <w:p>
      <w:r>
        <w:t>Dátum vydania: 24. 9. 2015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3Cob/221/2015 Identifikačné číslo súdneho spisu: 1708898181 Dátum vydania rozhodnutia: 25. 09. 2015 Meno a priezvisko sudcu, VSÚ: JUDr. Elena Ondrišová ECLI: ECLI:SK:KSBA:2015:1708898181.1 Uznesenie Krajský súd v Bratislave v právnej veci navrhovateľa Slovenský plynárenský priemysel, a.s., Mlynské nivy 44/a, Bratislava, IČO: 35 815 256, proti odporcovi Malokarpatská drevárska fabrika, a.s. Drevárska 23, Pezinok, o zaplatenie 20.288,38 EUR (611.207,96 Sk) a o odvolaní odporcu proti rozsudku Okresného súdu Pezinok č.k. 6Cb 38/1999-47 zo dňa 22.4.1999, jednohlasne takto r o z h o d o l : Odvolací súd späťvzatie žaloby n e p r i p ú š ť a. Odvolací súd odvolacie konanie z a s t a v u j e . Žiaden z účastníkov nemá právo na náhradu trov konania. o d ô v o d n e n i e : Okresný súd Pezinok rozsudkom č.k. 6Cb/38/1999-47 zo dňa 22.4.1999, ktorým ho súd prvého stupňa uložil povinnosť zaplatiť žalovanú istinu 611.207,96Sk titulom ceny za dodaný zemný plyn spolu s príslušenstvom pozostávajúceho zo zmluvnej pokuty vo výške 0,75promile zo sumy 611.207,96Sk za každý deň omeškania od 17.6.1998 ako i trovy konania a navrhovateľovi uložil povinnosť zaplatiť súdny poplatok v sume 500,-Sk. Odporca sa odvolaním zo dňa 18.6.1999 odvolal proti rozsudku súdu prvého stupňa a navrhol odvolaciemu súdu napadnutý rozsudok zrušiť a vec vrátiť súdu prvého stupňa na ďalšie konanie. Na majetok odporcu bol uznesením Krajského súdu v Bratislave sp.zn. Z-2-3K 168/1994 zo dňa 21.6.1999 vyhlásený konkurz, ktorý bol uznesením č.k. Z-2-3-3K/168/1994-795 zo dňa 18.3.2014 zrušený po splnení rozvrhového uznesenia a následne došlo dňa 3.1.2015 k výmazu spoločnosti odporcu z obchodného registra. Podaním zo dňa 9.2.2015 navrhovateľ súdu oznámil, že na podanom návrhu netrvá a berie ho v celom rozsahu späť, nakoľko jeho pohľadávka nebola v konkurznom konaní uspokojená a odporca bol ex offo z obchodného registra vymazaný. Podľa § 19 O.s.p. spôsobilosť byť účastníkom konania má ten, kto má spôsobilosť mať práva a povinnosti; inak len ten, komu ju zákon priznáva. Podľa § 20 O.s.p. každý môže pred súdom ako účastník samostatne konať (procesná spôsobilosť) v tom rozsahu, v akom má spôsobilosť vlastnými úkonmi nadobúdať práva a brať na seba povinnosti. Podľa §103 O.s.p. kedykoľvek za konania prihliada súd na to, či sú splnené podmienky, za ktorých môže konať vo veci (podmienky konania). Podľa § 107 ods. 4 O.s.p., ak po začatí konania zanikne právnická osoba, súd pokračuje v konaní s jej právnym nástupcom, a ak právneho nástupcu niet, súd konanie zastaví. Podľa § 208 O.s.p. ak je návrh na začatie konania vzatý späť, keď už rozhodol súd prvého stupňa, ale jeho rozhodnutie nie je dosiaľ právoplatné, odvolací súd rozhodne o pripustení späťvzatia. Súd späťvzatie nepripustí, ak druhý účastník s tým nesúhlasí. Ak späťvzatie pripustí, odvolací súd zruší rozhodnutie súdu prvého stupňa a konanie zastaví. Nahliadnutím do Obchodného registra odvolací súd zistil, že spoločnosť odporcu bola ku dňu 3.1.2015 vymazaná z Obchodného registra. Odvolací súd ( § 10 ods. 1 O.s.p.) prejednal návrh navrhovateľa na zastavenie konania a späťvzatie žaloby v rozsahu podľa ustanovenia § 212 ods. 1 a § 214 ods.2 O.s.p. bez nariadenia pojednávania a dospel k záveru, že návrhu môže vyhovieť len čiastočne. Odvolací súd nemohol pripustiť späťvzatie žaloby navrhovateľom, nakoľko v odvolacom konaní nebolo možné získať súhlas zaniknutého odporcu. Keďže odporca v priebehu konania zanikol bez právneho nástupcu, dňom výmazu z obchodného registra, v plnom rozsahu stratil spôsobilosť byť účastníkom konania podľa § 19 a § 20 O. s. p. a preto súd odvolacie konanie s poukazom na ustanovenie § 107 ods.4 O.s.p. zastavil. O trovách konania účastníkov rozhodol súd v súlade s ustanovením § 146 ods. 1 písm. c) v spojení s § 224 ods.1 O.s.p., podľa ktorého žiaden z účastníkov nemá právo na náhradu trov konania podľa jeho výsledku, ak konanie bolo zastavené. Poučenie: Proti tomuto uzneseniu odvolanie nie je prípustné.</w:t>
      </w:r>
    </w:p>
    <w:p/>
    <w:p>
      <w:r>
        <w:t>Zdroj: KAUZIS.SK – https://www.kauzis.sk/judikatura/r/ECLI:SK:KSBA:2015:1708898181.1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