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1Cob/115/2015 z 28. 5. 2015</w:t>
      </w:r>
    </w:p>
    <w:p>
      <w:r>
        <w:t>Uznesenie Krajského súdu Bratislava z 28. mája 2015, sp. zn. 1Cob/115/2015, ECLI:SK:KSBA:2015:1708898187.1</w:t>
      </w:r>
    </w:p>
    <w:p>
      <w:r>
        <w:t>Súd: Krajský súd Bratislava</w:t>
      </w:r>
    </w:p>
    <w:p>
      <w:r>
        <w:t>Spisová značka: 1Cob/115/2015</w:t>
      </w:r>
    </w:p>
    <w:p>
      <w:r>
        <w:t>ECLI: ECLI:SK:KSBA:2015:1708898187.1</w:t>
      </w:r>
    </w:p>
    <w:p>
      <w:r>
        <w:t>Dátum vydania: 28. 5. 2015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1Cob/115/2015 Identifikačné číslo súdneho spisu: 1708898187 Dátum vydania rozhodnutia: 29. 05. 2015 Meno a priezvisko sudcu, VSÚ: JUDr. Soňa Pekarčíková ECLI: ECLI:SK:KSBA:2015:1708898187.1 Uznesenie Krajský súd v Bratislave v právnej veci navrhovateľa: Vojenské lesy a majetky SR, š. p., Lesnícka 23, Pliešovce, odštepný závod Malacky, Zámocká 7, 901 18 Malacky, zast.: JUDr. Miloš Barbuš, advokát, Štúrova 13, P. O. Box 154, 810 00 Bratislava, proti odporcovi: Malokarpatská drevárska fabrika, a. s., Drevárska 23, 902 01 Pezinok, IČO: 35 711 175, o zaplatenie 43.397,- Sk s príslušenstvom, o odvolaní odporcu proti rozsudku Okresného súdu Pezinok č. k. 6Cb/301/98-33 zo dňa 19. 02. 1999 takto r o z h o d o l : Krajský súd v Bratislave rozsudok Okresného súdu Pezinok č. k. 6Cb/301/98-33 zo dňa 19. 02. 1999 z r u š u j e a konanie z a s t a v u j e . Žiaden z účastníkov nemá právo na náhradu trov konania. o d ô v o d n e n i e : Napadnutým rozsudkom súd prvého stupňa uložil odporcovi povinnosť zaplatiť navrhovateľovi 43.397,- Sk s 22 % úrokom z omeškania od 19. 10. 1997 do zaplatenia a súčasne ho zaviazal i k náhrade trov konania. Proti uvedenému rozsudku sa v zákonom stanovenej lehote odvolal odporca, ktorý s rozhodnutím súdu prvého stupňa nesúhlasil. Po podaní odvolania pred rozhodnutím odvolacieho súdu uznesením Krajského súdu v Bratislave zo dňa 21. 06. 1999 sp. zn. Z-2-3K 168/94 bol na majetok odporcu vyhlásený konkurz a konanie bolo zo zákona prerušené. Uznesením Okresného súdu Bratislava I zo dňa 09. 09. 2014 č. k. 32Exre/177/2014, ktoré nadobudlo právoplatnosť dňa 12. 12. 2014, rozhodol Okresný súd Bratislava I o výmaze spoločnosti Malokarpatská drevárska fabrika, a. s., Drevárska 23, 902 01 Pezinok, IČO: 35711175 z obchodného registra a to ku dňu 03. 01. 2015. Dňa 24. 02. 2015 doručil navrhovateľ Okresnému súdu Pezinok späťvzatie návrhu na začatie konania v celom rozsahu, pričom dôvodom späťvzatia návrhu je výmaz odporcu z obchodného registra SR. Podľa ust. § 107 ods. 1 O.s.p. ak účastník stratí spôsobilosť byť účastníkom konania skôr, ako sa konanie právoplatne skončilo, súd posúdi podľa povahy veci, či má konanie zastaviť alebo prerušiť, alebo či v ňom môže pokračovať. Podľa ods. 4 citovaného ustanovenia, ak po začatí konania zanikne právnická osoba, súd pokračuje v konaní s jej právnym nástupcom, a ak právneho nástupcu niet, súd konanie zastaví. Odvolací súd preskúmal, či na strane odporcu došlo k zániku tohto bez právneho nástupcu a dospel k záveru, že odporca bol vymazaný z obchodného registra bez právneho nástupcu. Podľa ust. § 221 ods. 2 O.s.p. ak odvolací súd zruší rozhodnutie, môže podľa povahy veci vec vrátiť súdu prvého stupňa na ďalšie konanie, prerušiť konanie, zastaviť konanie alebo postúpiť vec orgánu, do právomoci ktorého vec patrí. Vzhľadom k tomu, že odporca stratil spôsobilosť byť účastníkom konania a to výmazom z obchodného registra bez právneho nástupcu, odvolací súd rozhodnutie súdu prvého stupňa zrušil a konanie zastavil. Dôvodom zastavenia konania je strata spôsobilosti byť účastníkom konania na strane odporcu, ktorá je podmienkou konania. Skúmanie podmienok konania v zmysle ust. § 103 O.s.p. je povinnosťou súdu z úradnej povinnosti a preto späťvzatie návrhu navrhovateľa ako dispozičný úkon nemá prednosť pred skúmaním podmienok konania a zastavením konania pre podmienku konania. O trovách konania rozhodol odvolací súd podľa ust. § 224 ods. 1 O.s.p. v spojení s ust. § 146 ods. 1 písm. c) a žiadnemu z účastníkov nepriznal právo na náhradu trov konania. Toto rozhodnutie prijal senát krajského súdu pomerom hlasov 3 : 0. Poučenie: Proti tomuto uzneseniu odvolanie n i e j e prípustné.</w:t>
      </w:r>
    </w:p>
    <w:p/>
    <w:p>
      <w:r>
        <w:t>Zdroj: KAUZIS.SK – https://www.kauzis.sk/judikatura/r/ECLI:SK:KSBA:2015:1708898187.1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