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3Cob/35/2015 z 30. 3. 2015</w:t>
      </w:r>
    </w:p>
    <w:p>
      <w:r>
        <w:t>Uznesenie Krajského súdu Bratislava z 30. marca 2015, sp. zn. 3Cob/35/2015, ECLI:SK:KSBA:2015:1708899320.1</w:t>
      </w:r>
    </w:p>
    <w:p>
      <w:r>
        <w:t>Súd: Krajský súd Bratislava</w:t>
      </w:r>
    </w:p>
    <w:p>
      <w:r>
        <w:t>Spisová značka: 3Cob/35/2015</w:t>
      </w:r>
    </w:p>
    <w:p>
      <w:r>
        <w:t>ECLI: ECLI:SK:KSBA:2015:1708899320.1</w:t>
      </w:r>
    </w:p>
    <w:p>
      <w:r>
        <w:t>Dátum vydania: 30. 3.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3Cob/35/2015 Identifikačné číslo súdneho spisu: 1708899320 Dátum vydania rozhodnutia: 31. 03. 2015 Meno a priezvisko sudcu, VSÚ: JUDr. Elena Ondrišová ECLI: ECLI:SK:KSBA:2015:1708899320.1 Uznesenie Krajský súd v Bratislave v právnej veci žalobcu Vojenské lesy a majetky SR, š.p., Lesnícka 23, Pliešovce, práv. zast. JUDr. Milošom Barbušom, advokátom, Štúrova 13, Bratislava, proti žalovanému Malokarpatská drevárska fabrika, a.s., Pezinok o zaplatenie 5.540,99 EUR s príslušenstvom a o odvolaní žalovaného proti rozsudku Okresného súdu Pezinok č.k. 6Cb 2/99-56 zo dňa 19.2.1999, jednohlasne takto r o z h o d o l : Krajský súd v Bratislave odvolacie konanie zastavuje. Žiadny z účastníkov nemá právo náhradu trov odvolacieho konania. o d ô v o d n e n i e : Napadnutým rozsudkom súd prvého stupňa uložil žalovanému povinnosť zaplatiť žalobcovi sumu 166.928,- Sk spolu s 22 % úrokom z omeškania od 14.8.1997 do zaplatenia a nahradiť mu trovy konania v sume 12.796,- Sk k rukám právneho zástupcu žalobcu, všetko do troch dní od právoplatnosti rozsudku. Proti rozsudku podal v zákonom stanovenej lehote žalovaný odvolanie. Následne bolo konanie zo zákona prerušené v dôsledku vyhlásenia konkurzu na majetok žalovaného. Podaním zo dňa 20.2.2015 vzal žalobca svoj návrh v celom rozsahu späť a navrhol konanie zastaviť. Späťvzatie návrhu odôvodnil tým, že žalovaný je už v súčasnosti vymazaný z obchodného registra.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Podľa § 107 ods. 1 O.s.p. ak účastník stratí spôsobilosť byť účastníkom konania skôr, ako sa konanie právoplatne skončilo, súd posúdi podľa povahy veci, či má konanie zastaviť, alebo prerušiť, alebo či môže v ňom pokračovať. Na základe citovaných zákonných ustanovení odvolací súd dospel k záveru, že je potrebné odvolacie konanie zastaviť, pretože žalovaný stratil spôsobilosť byť účastníkom konania, nakoľko bol vymazaný z obchodného registra, teda zanikol bez právneho nástupcu. V dôsledku tejto skutočnosti nemohol odvolací súd rozhodnúť o pripustení späťvzatia žalobného návrhu žalobcom, nakoľko nebolo možné získať súhlas žalovaného. Za splnenia zákonných podmienok Krajský súd v Bratislave rozhodol tak, ako je uvedené vo výroku tohto uznesenia. O trovách odvolacieho konania bolo rozhodnuté podľa § 224 ods. 1 O.s.p. v spojení s § 146 ods. 1 písm. c/ O.s.p.. Poučenie: Proti tomuto uzneseniu odvolanie nie je prípustné.</w:t>
      </w:r>
    </w:p>
    <w:p/>
    <w:p>
      <w:r>
        <w:t>Zdroj: KAUZIS.SK – https://www.kauzis.sk/judikatura/r/ECLI:SK:KSBA:2015:1708899320.1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