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6Co/245/2015 z 27. 10. 2015</w:t>
      </w:r>
    </w:p>
    <w:p>
      <w:r>
        <w:t>Uznesenie Krajského súdu Bratislava z 27. októbra 2015, sp. zn. 6Co/245/2015, ECLI:SK:KSBA:2015:1708899856.3</w:t>
      </w:r>
    </w:p>
    <w:p>
      <w:r>
        <w:t>Súd: Krajský súd Bratislava</w:t>
      </w:r>
    </w:p>
    <w:p>
      <w:r>
        <w:t>Spisová značka: 6Co/245/2015</w:t>
      </w:r>
    </w:p>
    <w:p>
      <w:r>
        <w:t>ECLI: ECLI:SK:KSBA:2015:1708899856.3</w:t>
      </w:r>
    </w:p>
    <w:p>
      <w:r>
        <w:t>Dátum vydania: 27.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6Co/245/2015 Identifikačné číslo súdneho spisu: 1708899856 Dátum vydania rozhodnutia: 28. 10. 2015 Meno a priezvisko sudcu, VSÚ: JUDr. Darina Kuchtová ECLI: ECLI:SK:KSBA:2015:1708899856.3 Uznesenie Krajský súd v Bratislave v právnej veci navrhovateľa: S. U., M.. D., T.. XX.XX.XXXX, H. C.. D.. M. X, I. proti odporkyni: N.. F. H., T.. XX.XX.XXXX, H. C. X, Š., o vyporiadanie bezpodielového spoluvlastníctva manželov, vo veci Okresného súdu Pezinok sp. zn. 4C/650/2008, takto r o z h o d o l : Krajský súd v Bratislave návrh odporkyne zo dňa 07.08.2015 na opravu uznesenia Krajského súdu v Bratislave zo dňa 08.07.2015, č. k. 6Co/245/2015-724, z a m i e t a . o d ô v o d n e n i e : Krajský súd v Bratislave ako súd odvolací uznesením zo dňa 08.07.2015, č. k. 6Co/245/2015-724, odmietol odvolanie navrhovateľa zo dňa 09.04.2015, doručené súdu prvého stupňa dňa 10.04.2015, proti rozsudku súdu prvého stupňa zo dňa 01.12.2014, č. k. 4C/650/2008-697. Odporkyňa podaním zo dňa 07.08.2015, doručeným odvolaciemu súdu dňa 11.08.2015, žiadala o opravu chyby v písaní v uvedenom uznesení odvolacieho súdu. Uviedla, že v odôvodnení tohto uznesenia nastal nesúlad z dôvodu chyby v písaní, pretože súd prvého stupňa všetky vymenované veci prikázal do výlučného vlastníctva odporkyne a nie navrhovateľa a odporkyni uložil povinnosť finančne vyporiadať navrhovateľa.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O.s.p., ak nie je ďalej ustanovené inak, použijú sa na uznesenie primerane ustanovenia o rozsudku. Podľa § 211 ods. 2 O.s.p. ak tento zákon neustanovuje inak, pre konanie na odvolacom súde platia primerane ustanovenia o konaní pred súdom prvého stupňa. V predmetnej právnej veci odporkyňa žiadala o opravu odôvodnenia uznesenia odvolacieho súdu zo dňa 08.07.2015, č. k. 6Co/245/2015-724, nakoľko mala za to, že odvolací súd sa v odôvodnení dopustil chyby v písaní. Súd prvého stupňa totiž podľa odporkyne všetky vymenované veci prikázal do jej výlučného vlastníctva. Z obsahu spisu v danej veci odvolací súd zistil, že rozsudkom zo dňa 01.12.2014, č. k. 4C/650/2008-697, súd prvého stupňa vyporiadal bezpodielové spoluvlastníctvo účastníkov tak, že do výlučného vlastníctva navrhovateľa prikázal: 1/ Chladničku zn. Gorenje Noblese, 160 l objem, v hodnote 116,18 eur 2/ Regál celokovový s policami rozmery 100 x 195 x 30 cm, 1ks, v hodnote 1,70 eur 3/ Paplón zimný perový 200 x 110 cm, 1 ks, v hodnote 8,50 eur 4/ Paplón letný, umelé vlákno 200 x 110 cm s vankúšom 1 x, v hodnote 4,95 eur a do výlučného vlastníctva odporkyne prikázal: 1/ Plynový sporák s el. rúrou zn. Gorenje, v hodnote 246,23 eur 2/ Nábytkový súbor skrinkový kuchynský zn. FINA, v hodnote 26,75 eur 3/ Elektrický gril zn. ETA, v hodnote 9,96 eur 4/ Svietidlo stropné žiarivkové, dĺžka 120 cm, v hodnote 1 euro 5/ Stoličky čalúnené 8 ks, v hodnote 40 eur 6/ Mraznička zn. AFR 410 l, v hodnote 227,71 eur 7/ Mixér zn. ETA s nadstavcami a príslušenstvom, v hodnote 1,99 eur 8/ Mangel na žehlenie zn. VERITAS, v hodnote 16,60 eur 9/ Mlynček na rezance, v hodnote 0,80 eur 10/ Skrinka - vitrína presklená, v hodnote 105 eur 11/ Svietidlo stropné - luster kryštál 6 - ramenný, v hodnote 67,50 eur 12/ Koberec vlasový oválny, v hodnote 15,85 eur 13/ Súbor garníž z dreva, 4 ks a súbor záclon, 4 ks, spolu v hodnote 5,65 eur 14/ Posteľ 2-lôžková s úložným priestorom, v hodnote 12 eur 15/ Skriňa štvordverová, posuvné dvere, v hodnote 16 eur 16/ Plachty: 2 ks detská, 8 ks veľká, návliečky detské bavlnené 2 súpravy, návliečky bavlna 3 ks, spolu v hodnote 17,65 eur 17/ Farebný televízor zn. TESLA COLOR, v hodnote 94,97 eur 18/ Svietidlo stojanové, drevo, v hodnote 5,80 eur 19/ Svietidlo stropné - luster kryštál 8 - ramenný, v hodnote 110 eur 20/ Práčka zn. AWM 835 WHIRPOOL, v hodnote 357,60 eur 21/ Koberec KOVRAL syntetický, 230 x 240 cm, v hodnote 0,60 eur 22/ Koberec vlasový behúň, 500 x 130 cm, v hodnote 16,30 eur 23/ Podlahovina guma - plsť, 200 x 460 cm, v hodnote 1,60 eur 24/ Nábytkový súbor záhradný z plastu v zložení: stôl 70 x 140 x 85 cm, stoličky 6 ks, slnečník, v hodnote spolu 7,10 eur 25/ Matrac s výplňou molitan, 6ks, v hodnote 37,20 eur 26/ Paplón protialergický 200 x 110 cm, 2 ks, v hodnote 8,50 eur 27/ Paplón zimný, perový 200 x 110 cm, 1 ks, v hodnote 8,50 eur 28/ Paplón letný, umelé vlákno 200 x 110 cm s vankúšom 1 x, v hodnote 4,95 eur 29/ Regál celokovový s policami rozmery 132 x 200 x 60 cm 2ks, v hodnote 4 eurá 30/ Nábytkový súbor čalúnený sedací zn. Poprad, v zložení: pohovka čalúnená 3 - sedadlová, 2 kreslá čalúnené, spolu v hodnote 43,50 eur 31/ Mlynček na mäso, v hodnote 0,80 eur 32/ Mlynček na kávu, v hodnote 0,33 eur 33/ Žehličky zn. ETA 2ks, v hodnote 2,50 eur 34/ Vysávač zn. ETA, v hodnote 3,65 eur 35/ Recirkulačný digestor, v hodnote 51,05 eur 36/ Fľaša - demižón zo skla 50 l, 3 ks, v hodnote 10,20 eur. Odporkyni uložil povinnosť zaplatiť navrhovateľovi na vyrovnanie jeho podielu sumu 2.531,13 eur do 30 dní od právoplatnosti tohto rozsudku a účastníkov zaviazal spoločne a nerozdielne na zaplatenie súdneho poplatku vo výške 207,60 eur do troch dní od právoplatnosti rozsudku. Rozhodnutie o náhrade trov účastníkov a štátu si vyhradil na samostatné rozhodnutie do 30 dní od právoplatnosti rozsudku. Odvolací súd, ktorý rozhodoval o odvolaní navrhovateľa proti tomuto rozsudku súdu prvého stupňa, do odôvodnenia svojho uznesenia č. k. 6Co/245/2015-724 zo dňa 08.07.2015 prevzal uvedené výroky napadnutého rozsudku v celom rozsahu a totožnom znení, tak ako o nich rozhodol súd prvého stupňa. Z tohto dôvodu odvolací súd nezistil vo svojom uznesení č. k. 6Co/245/2015-724 odporkyňou namietané chyby v písaní či iné zrejmé nesprávnosti, ktoré by bolo potrebné opraviť postupom podľa § 164 O.s.p. v spojení s § 167 ods. 2 a § 211 ods. 2 O.s.p.. Na základe uvedeného odvolací súd návrh odporkyne na opravu uznesenia zo dňa 08.07.2015, č. k. 6Co/245/2015-724, zamietol. Toto rozhodnutie bolo odvolacím senátom prijaté pomerom hlasov 3 : 0 . Poučenie: Proti tomuto uzneseniu odvolanie nie je prípustné.</w:t>
      </w:r>
    </w:p>
    <w:p/>
    <w:p>
      <w:r>
        <w:t>Zdroj: KAUZIS.SK – https://www.kauzis.sk/judikatura/r/ECLI:SK:KSBA:2015:1708899856.3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