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4Co/380/2014 z 12. 10. 2015</w:t>
      </w:r>
    </w:p>
    <w:p>
      <w:r>
        <w:t>Opravné uznesenie Krajského súdu Bratislava z 12. októbra 2015, sp. zn. 4Co/380/2014, ECLI:SK:KSBA:2015:1712206240.2</w:t>
      </w:r>
    </w:p>
    <w:p>
      <w:r>
        <w:t>Súd: Krajský súd Bratislava</w:t>
      </w:r>
    </w:p>
    <w:p>
      <w:r>
        <w:t>Spisová značka: 4Co/380/2014</w:t>
      </w:r>
    </w:p>
    <w:p>
      <w:r>
        <w:t>ECLI: ECLI:SK:KSBA:2015:1712206240.2</w:t>
      </w:r>
    </w:p>
    <w:p>
      <w:r>
        <w:t>Dátum vydania: 12. 10.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4Co/380/2014 Identifikačné číslo súdneho spisu: 1712206240 Dátum vydania rozhodnutia: 13. 10. 2015 Meno a priezvisko sudcu, VSÚ: JUDr. Valéria Kleinová ECLI: ECLI:SK:KSBA:2015:1712206240.2 Opravné uznesenie Krajský súd v Bratislave v právnej veci navrhovateľa: W. G., nar. X.X.XXXX, trvale bytom N. XX, adresa pre doručovanie: M., Š. XX/A, zast. advokátkou JUDr. Beátou Rusovou, Jesenského 220/11, Nováky, proti odporcovi: SC SUNCITY, s.r.o. Fándlyho 3, Senec, zast. AK Herceg, s.r.o. advokátska kancelária so sídlom Košická 56, Bratislava, o zaplatenie 9.983,83 Eur s prísl., na odvolanie odporcu proti rozsudku Okresného súdu Pezinok zo dňa 20. marca 2014 č.k. 6C 21/13-110, takto r o z h o d o l : Krajský súd v Bratislave o p r a v u j e záhlavie rozsudku 4Co 380/2014-140 zo dňa 24. júna 2015, v označení odporcu tak, že namiesto SC Security s.r.o., správne znie: „SC SUNCITY s.r.o.“ . o d ô v o d n e n i e : Krajský súd v Bratislave ako súd odvolací vydal dňa 24.6.2015 rozsudok, č.k. 4Co 380/2014-140, ktorým potvrdil napadnutý rozsudok súdu prvého stupňa a v časti trov rozhodnutie zmenil. Keďže v záhlaví rozhodnutia bol nesprávne označený odporca, namiesto SC SUNCITY bolo uvedené SC Security, bolo potrebné vydať opravné uznesenie. Podľa § 164 O.s.p. súd kedykoľvek aj bez návrh opraví v rozsudku chyby v písaní a počítaní, ako aj iné zrejmé nesprávnosti. O oprave vydá opravné uznesenie, ktoré doručí účastníkom. Pritom môže odložiť vykonateľnosť rozsudku na čas, kým opravné uznesenie nenadobudne právoplatnosť. Nakoľko došlo k zrejmej chybe pri písaní v nesprávnom označení odporcu v záhlaví rozhodnutia, bolo potrebné vydať opravné uznesenie. Odvolací súd postupom podľa § 164 O.s.p. túto zrejmú nesprávnosť opravil tak, ako je uvedené vo výrokovej časti tohto uznesenia. Poučenie: Toto uznesenie nemožno napadnúť odvolaním.</w:t>
      </w:r>
    </w:p>
    <w:p/>
    <w:p>
      <w:r>
        <w:t>Zdroj: KAUZIS.SK – https://www.kauzis.sk/judikatura/r/ECLI:SK:KSBA:2015:1712206240.2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