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6Co/183/2014 z 25. 3. 2015</w:t>
      </w:r>
    </w:p>
    <w:p>
      <w:r>
        <w:t>Uznesenie Krajského súdu Bratislava z 25. marca 2015, sp. zn. 6Co/183/2014, ECLI:SK:KSBA:2015:1712221098.2</w:t>
      </w:r>
    </w:p>
    <w:p>
      <w:r>
        <w:t>Súd: Krajský súd Bratislava</w:t>
      </w:r>
    </w:p>
    <w:p>
      <w:r>
        <w:t>Spisová značka: 6Co/183/2014</w:t>
      </w:r>
    </w:p>
    <w:p>
      <w:r>
        <w:t>ECLI: ECLI:SK:KSBA:2015:1712221098.2</w:t>
      </w:r>
    </w:p>
    <w:p>
      <w:r>
        <w:t>Dátum vydania: 25. 3. 2015</w:t>
      </w:r>
    </w:p>
    <w:p>
      <w:r>
        <w:t>Forma: Uznesenie</w:t>
      </w:r>
    </w:p>
    <w:p>
      <w:pPr>
        <w:pStyle w:val="Heading2"/>
      </w:pPr>
      <w:r>
        <w:t>Text rozhodnutia</w:t>
      </w:r>
    </w:p>
    <w:p>
      <w:r>
        <w:t>Súd: Krajský súd Bratislava Spisová značka: 6Co/183/2014 Identifikačné číslo súdneho spisu: 1712221098 Dátum vydania rozhodnutia: 26. 03. 2015 Meno a priezvisko sudcu, VSÚ: JUDr. Darina Kuchtová ECLI: ECLI:SK:KSBA:2015:1712221098.2 Uznesenie Krajský súd v Bratislave v právnej veci navrhovateľky: Y. E., bytom P. X, J. proti odporcovi: I. G., bytom P. X, J., o neúplnom návrhu a o odmietnutí podania, na odvolanie navrhovateľky proti uzneseniu Okresného súdu V Pezinku zo dňa 5. marca 2014, č. k. 37C/14/2012-140, takto r o z h o d o l : Krajský súd v Bratislave odvolanie navrhovateľky zo dňa 12.03.2014, doručené súdu prvého stupňa dňa 13.03.2014 a doplnené písomným podaním zo dňa 18.03.2014, doručené súdu prvého stupňa dňa 19.03.2014 o d m i e t a . o d ô v o d n e n i e : V prejednávanej veci navrhovateľka dňa 13.03.2014 doručila súdu prvého stupňa podanie zo dňa 12.03.2014 označené ako „odvolanie“, smerujúce voči uzneseniu Okresného súdu v Pezinku zo dňa 05.03.2014, č.k. 37C/14/2012-140, ktorým súd prvého stupňa odmietol podanie navrhovateľky, doručené súdu prvého stupňa dňa 10.12.2012. Následne dňa 19.03.2014 navrhovateľka doručila súdu prvého stupňa ďalšie podanie zo dňa 18.03.2014 označené ako „odvolanie druhý raz“. Keďže odvolací súd po oboznámení sa s obsahom odvolania navrhovateľky zo dňa 12.03.2014, ako aj s doplnením odvolania zo dňa 18.03.2014 (ktoré bolo podané proti uzneseniu súdu prvého stupňa zo dňa 05.03.2014, č.k. 37C/14/2012-140), zistil, že toto odvolanie, vrátane písomného podania označeného ako: „odvolanie druhý raz“ nespĺňajú všetky zákonom stanovené náležitosti odvolania v zmysle § 205 ods. 1 a 2 O.s.p., vydal uznesenie zo dňa 09.12.2014, č.k. 6Co/183/2014-169, v ktorom vyzval navrhovateľku v zmysle ust. § 211 ods. 1 O.s.p., v spojení s ustanovením § 209 ods. 1 O.s.p., aby v lehote 10 dní odo dňa doručenia tohto uznesenia písomne odstránila vady odvolania zo dňa 12.03.2014 a doplneného odvolania zo dňa 18.03.2014 proti uzneseniu súdu prvého stupňa zo dňa 5. marca 2014, č. k. 37C/14/2012-140 a zároveň odvolací súd navrhovateľku poučil ako má odvolanie doplniť. Odvolací súd navrhovateľku v predmetnom uznesení poučil, že odmietne odvolanie, ktoré nebude mať náležitosti podľa § 205 ods. 1 a 2 O.s.p., za dodržania podmienok podľa § 209 ods. 1 a § 211 ods. 1 O.s.p.. Navrhovateľka predmetné uznesenie Krajského súdu v Bratislave zo dňa 09.12.2014, č.k. 6Co/183/2014-169 prevzala dňa 19.12.2014, pričom v lehote 10 dní od doručenia tohto uznesenia odvolanie nedoplnila, ani žiadnym spôsobom na predmetné uznesenie nereagovala. Podľa § 218 ods. 1 písm. d/ O.s.p. odvolací súd odmietne odvolanie, ktoré nemá náležitosti podľa § 205 ods. 1 a 2, ak boli dodržané podmienky podľa § 209 ods. 1 a § 211 ods. 1 O.s.p. Keďže odvolanie navrhovateľky ani doplnené odvolanie označené ako „odvolanie druhý raz“ nespĺňalo všetky zákonom stanovené náležitosti odvolania a z obsahu predmetným podaní navrhovateľky nebolo možné usúdiť, v akom rozsahu uznesenie súdu prvého stupňa napáda, v čom považuje rozhodnutie alebo postup súdu prvého stupňa za nesprávny a ani čoho sa svojim odvolaním domáha, odvolací súd po tom ako postupoval v súlade s ust. § 209 ods. 1, v spojení s ust. § 211 ods. 1 O.s.p., podanie navrhovateľky zo dňa 12.03.2014, doručené súdu prvého stupňa 13.03.2014 a doplnené písomným podaním zo dňa 18.03.2014, doručené súdu prvého stupňa 19.03.2014, ktoré by mohlo byť odvolaním, podľa § 218 ods. 1 písm. d/ O.s.p. odmietol, keďže nemá náležitosti podľa § 205 ods. 1 a 2 O.s.p.. Toto rozhodnutie bolo prijaté odvolacím senátom pomerom hlasov 3 : 0 . Poučenie: Proti tomuto uzneseniu odvolanie nie je prípustné.</w:t>
      </w:r>
    </w:p>
    <w:p/>
    <w:p>
      <w:r>
        <w:t>Zdroj: KAUZIS.SK – https://www.kauzis.sk/judikatura/r/ECLI:SK:KSBA:2015:1712221098.2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