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5Co/510/2015 z 12. 10. 2015</w:t>
      </w:r>
    </w:p>
    <w:p>
      <w:r>
        <w:t>Uznesenie Krajského súdu Bratislava z 12. októbra 2015, sp. zn. 5Co/510/2015, ECLI:SK:KSBA:2015:1713204567.2</w:t>
      </w:r>
    </w:p>
    <w:p>
      <w:r>
        <w:t>Súd: Krajský súd Bratislava</w:t>
      </w:r>
    </w:p>
    <w:p>
      <w:r>
        <w:t>Spisová značka: 5Co/510/2015</w:t>
      </w:r>
    </w:p>
    <w:p>
      <w:r>
        <w:t>ECLI: ECLI:SK:KSBA:2015:1713204567.2</w:t>
      </w:r>
    </w:p>
    <w:p>
      <w:r>
        <w:t>Dátum vydania: 12. 10. 2015</w:t>
      </w:r>
    </w:p>
    <w:p>
      <w:r>
        <w:t>Forma: Uznesenie</w:t>
      </w:r>
    </w:p>
    <w:p>
      <w:pPr>
        <w:pStyle w:val="Heading2"/>
      </w:pPr>
      <w:r>
        <w:t>Text rozhodnutia</w:t>
      </w:r>
    </w:p>
    <w:p>
      <w:r>
        <w:t>Súd: Krajský súd Bratislava Spisová značka: 5Co/510/2015 Identifikačné číslo súdneho spisu: 1713204567 Dátum vydania rozhodnutia: 13. 10. 2015 Meno a priezvisko sudcu, VSÚ: JUDr. Juraj Považan ECLI: ECLI:SK:KSBA:2015:1713204567.2 Uznesenie Krajský súd v Bratislave v právnej veci navrhovateľa: Dopravný podnik Bratislava, a.s., IČO: 00 492 736, so sídlom v Bratislave, Olejkárska 1, zast. JUDr. Vladimírom Kánom, advokátom v Bratislave, Námestie Martina Benku 9-C1, proti odporkyni: E. U., W.. XX.XX.XXXX, F. U. Z. J., Y.. G. XXX/X, o zaplatenie 50,70 eur s príslušenstvom, na odvolanie odporcu proti uzneseniu Okresného súdu Pezinok zo dňa 5. decembra 2013 č. k. 5Ro/159/2013-13 takto r o z h o d o l : Odvolací súd napadnuté uznesenie súdu prvého stupňa z r u š u j e . o d ô v o d n e n i e : Napadnutým uznesením (pôvodne č.k. 5Ro/159/2013-10) súd prvého stupňa uložil odporkyni v lehote 10 dní od doručenia uznesenia povinnosť zaplatiť súdny poplatok za odpor v sume 16,50 eur. Proti tomuto uzneseniu podala včas odvolanie odporkyňa namietajúc, že po doručení platobného rozkazu súdu prvého stupňa zo dňa 26.03.2013 č.k. 5Ro/159/2013-7 proti tomuto odpor nepodala, podaním zo dňa 04.09.2013 len súdu oznámila uhradenie dlžnej sumy s príslušenstvom odporcovi. Navrhla preto zrejme napadnuté uznesenie, ktorým bol vyrubený poplatok za podanie odporu, zrušiť. Odvolací súd viazaný rozsahom a dôvodmi odvolania (§ 212 ods. 1 O.s.p.) preskúmal vec bez nariadenia odvolacieho pojednávania podľa § 214 ods. 2 O.s.p. a dospel k záveru, že odvolanie odporkyne je v celom rozsahu dôvodné. Podľa § 1 ods. 1 zák. č. 71/1992 Zb. o súdnych poplatkoch a poplatku za výpis z registra trestov v znení neskorších predpisov (ďalej len „zák. č. 71/1992 Zb.“)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Podľa § 2 ods. 1 zák. č. 71/1992 Zb. poplatníkom je navrhovateľ poplatkového úkonu, ak je podľa sadzobníka ustanovený poplatok z návrhu. Podľa § 5 ods. 1 písm. a) zák. č. 71/1992 Zb. poplatková povinnosť vzniká podaním návrhu, odvolania a dovolania alebo žiadosti na vykonanie poplatkového úkonu, ak je poplatníkom navrhovateľ, odvolateľ a dovolateľ. Podľa § 8 ods. 1 zák. č. 71/1992 Zb. poplatok za podanie návrhu alebo žiadosti, poplatok za uplatnenie námietky zaujatosti v konkurznom konaní alebo reštrukturalizačnom konaní podľa osobitného predpisu a poplatok za konanie o dedičstve je splatný vznikom poplatkovej povinnosti. Podľa Položky 1/ písm. a/ Sadzobníka súdnych poplatkov - prílohy zákl. č. 71/1992 Zb. v znení neskorších predpisov, z návrhu na začatie konania, ak nie je ustanovená osobitná sadzba, sa platí v občianskom súdnom konaní poplatok 6% z ceny predmetu konania. Podľa poznámky k položke 1, bod 5. vety druhej podľa rovnakej sadzby sa platí poplatok za námietky v zmenkovom a šekovom konaní, za odpor proti platobnému rozkazu, za odpor proti európskemu platobnému rozkazu, ak súd námietky nezamietol alebo odpor neodmietol. V prejednávanej veci sa odvolací súd plne stotožňuje s tvrdením odporkyne, že proti platobnému rozkazu súdu prvého stupňa odpor nepodala. Hoci odporkyňa v podaní zo dňa 04.09.2013 vyjadrila i predpoklad, že vydaný platobný rozkaz bude zrušený ako bezpredmetný, nemožno len z tohto (hodnotiac úkon účastníka podľa jeho obsahu v zmysle § 41 ods. 2 O.s.p.) podanie považovať za odpor proti platobnému rozkazu, keď odôvodnenie odporu proti platobnému rozkazu musí obsahovať uvedenie nových resp. iných skutkových okolností oproti skutkovému stavu uvedenému v návrhu na začatie konania (žalobe), argumenty odporcu musia uplatnený nárok minimálne spochybniť, keď nie vyvrátiť. Toto podanie odporkyne zo dňa 04.09.2013 rozhodne neobsahuje, naopak týmto podaním odporkyňa oznámila súdu splnenie dlhu navrhovateľovi. Vzhľadom na vyššie uvedené, keď súd prvého stupňa rozhodol o poplatkovej povinnosti odporkyne za odpor proti platobnému rozkazu, ktorý odporkyňa nepodala, neostalo odvolaciemu súdu než zrušenie napadnutého uznesenia súdu prvého stupňa, podľa § 221 ods. 1 písm. i/ O.s.p. Pre úplnosť je potrebné konštatovať, že hoci navrhovateľ podaním zo dňa 17.12.2013 vzal návrh na začatie konania proti odporkyni späť, neurobil tak v lehote vyplývajúcej z ust. § 172 ods. 1 O.s.p., súd preto nemôže platobný rozkaz zrušiť a konanie zastaviť (§ 174 ods. 5 O.s.p.). Platobný rozkaz súdu prvého stupňa zo dňa 26.03.2013 č.k. 5Ro/159/2013-7 nadobudol právoplatnosť dňa 12. septembra 2013, odporkyňa v zmysle tohto dlh navrhovateľovi (vrátane náhrady trov konania, teda i náhrady ním zaplateného súdneho poplatku za návrh na začatie konania) splnila ešte skôr, ako platobný rozkaz nadobudol právoplatnosť. Pre vrátenie súdneho poplatku navrhovateľovi teda podmienky splnené nie sú, naopak je potrebné vrátiť poplatok vo výške 16,50 eur zaplatený (bezdôvodne) dňa 23.12.2013 odporkyňou, v zmysle § 11 ods. 1 vety prvej a štvrtej, § 11 ods. 4 zák. č. 71/1992 Zb. (č.l. 17 spisu). Poučenie: Toto uznesenie nemožno napadnúť odvolaním.</w:t>
      </w:r>
    </w:p>
    <w:p/>
    <w:p>
      <w:r>
        <w:t>Zdroj: KAUZIS.SK – https://www.kauzis.sk/judikatura/r/ECLI:SK:KSBA:2015:1713204567.2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