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6S/136/2014 z 9. 8. 2015</w:t>
      </w:r>
    </w:p>
    <w:p>
      <w:r>
        <w:t>Uznesenie Krajského súdu Bratislava z 9. augusta 2015, sp. zn. 6S/136/2014, ECLI:SK:KSBA:2015:2014200296.3</w:t>
      </w:r>
    </w:p>
    <w:p>
      <w:r>
        <w:t>Súd: Krajský súd Bratislava</w:t>
      </w:r>
    </w:p>
    <w:p>
      <w:r>
        <w:t>Spisová značka: 6S/136/2014</w:t>
      </w:r>
    </w:p>
    <w:p>
      <w:r>
        <w:t>ECLI: ECLI:SK:KSBA:2015:2014200296.3</w:t>
      </w:r>
    </w:p>
    <w:p>
      <w:r>
        <w:t>Dátum vydania: 9. 8. 2015</w:t>
      </w:r>
    </w:p>
    <w:p>
      <w:r>
        <w:t>Forma: Uznesenie</w:t>
      </w:r>
    </w:p>
    <w:p>
      <w:pPr>
        <w:pStyle w:val="Heading2"/>
      </w:pPr>
      <w:r>
        <w:t>Text rozhodnutia</w:t>
      </w:r>
    </w:p>
    <w:p>
      <w:r>
        <w:t>Súd: Krajský súd Bratislava Spisová značka: 6S/136/2014 Identifikačné číslo súdneho spisu: 2014200296 Dátum vydania rozhodnutia: 10. 08. 2015 Meno a priezvisko sudcu, VSÚ: JUDr. Soňa Langová ECLI: ECLI:SK:KSBA:2015:2014200296.3 Uznesenie Krajský súd v Bratislave v právnej veci žalobcu: G. I., tohto času Ú.H. T. U. D., D. XX/OBR, XXX XX T., proti žalovanému: Generálne riaditeľstvo zboru väzenskej a justičnej stráže, so sídlom Šagátová 1, 813 04 Bratislava, o preskúmanie zákonnosti oznámenia žalovaného č. GR ZVJS-5-42/21-2014 zo dňa 1.4.2014, jednohlasne, takto r o z h o d o l : Krajský súd v Bratislave konanie z a s t a v u j e . Žiaden z účastníkov nemá právo na náhradu trov konania. o d ô v o d n e n i e : Žalobou doručenou Krajskému súdu v Trnave dňa 30.4.2014 a postúpenou uznesením č.k. 14S/66/2014-8 zo dňa 9.6.2014 Krajskému súdu v Bratislave sa žalobca domáhal preskúmania zákonnosti oznámenia žalovaného č. GR ZVJS-5-42/21-2014 zo dňa 1.4.2014, odkladu vykonateľnosti žalobou napadnutého rozhodnutia ako aj oslobodenia od súdneho poplatku. Výzvou zo dňa 10.3.2015 doručenou žalobcovi dňa 20.3.2015 bol žalobca vyzvaný, aby v lehote 10 dní pod následkom zastavenia konania doložil do súdneho spisu plnomocenstvo udelené advokátovi na zastupovanie žalobcu v tomto konaní. Súd ho poučil, že zoznam advokátov sa nachádza na webovej stránke www.sak.sk. Súd vyzval žalobcu na ustanovenie právneho zástupcu z toho titulu, že Centrum právnej pomoci vydalo rozhodnutie č. 7685/2014 zo dňa 10.12.2014, z ktorého je zrejmé, že Centrum nárok na poskytnutie právnej pomoci žalobcovi nepriznal.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 Nedostatok podmienky povinného právneho zastúpenia bolo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Nakoľko žalobca si neustanovil žiadneho advokáta 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https://www.kauzis.sk/judikatura/r/ECLI:SK:KSBA:2015:2014200296.3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