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2CoKR/4/2015 z 4. 2. 2015</w:t>
      </w:r>
    </w:p>
    <w:p>
      <w:r>
        <w:t>Uznesenie Krajského súdu Bratislava z 4. februára 2015, sp. zn. 2CoKR/4/2015, ECLI:SK:KSBA:2015:2113226953.2</w:t>
      </w:r>
    </w:p>
    <w:p>
      <w:r>
        <w:t>Súd: Krajský súd Bratislava</w:t>
      </w:r>
    </w:p>
    <w:p>
      <w:r>
        <w:t>Spisová značka: 2CoKR/4/2015</w:t>
      </w:r>
    </w:p>
    <w:p>
      <w:r>
        <w:t>ECLI: ECLI:SK:KSBA:2015:2113226953.2</w:t>
      </w:r>
    </w:p>
    <w:p>
      <w:r>
        <w:t>Dátum vydania: 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2CoKR/4/2015 Identifikačné číslo súdneho spisu: 2113226953 Dátum vydania rozhodnutia: 05. 02. 2015 Meno a priezvisko sudcu, VSÚ: JUDr. Blažena Hirnerová ECLI: ECLI:SK:KSBA:2015:2113226953.2 Uznesenie Krajský súd v Bratislave v právnej veci navrhovateľa - veriteľa: 1/ MAG Investment, s.r.o., V Celnici 10, 110 00 Praha 1, Česká republika, IČO: 271 61 161, zastúpený: Dvořák Hager &amp; Partners, advokátska kancelária, s.r.o., so sídlom Oasis Florenc, Pobřežní 394/12, 186 00 Praha 8, Česká republika a 2/ STAVIS comp s.r.o., Prokopova 42, 851 01 Bratislava, IČO: 35 812 354, zastúpený: JUDr. Peter Sopko, Paulínska 24, 917 01 Trnava, v konaní o návrhu na vyhlásenie konkurzu na majetok dlžníka: KORVI SLOVAKIA s.r.o., so sídlom časť Nové Osady 79, 925 22 Veľké Úľany, IČO: 36 825 280, o odvolaní dlžníka proti uzneseniu Okresného súdu Trnava č.k. 25K/37/2013-598 zo dňa 27.11.2014, ktorým bol na jeho majetok vyhlásený konkurz, takto r o z h o d o l : Krajský súd v Bratislave odvolacie konanie z a s t a v u j e . Žiaden z účastníkov nemá právo na náhradu trov konania. o d ô v o d n e n i e : Napadnutým uznesením súd prvého stupňa vyhlásil konkurz na majetok dlžníka, ustanovil mu správcu, ktorému uložil povinnosť v určených lehotách vypracovať a predložiť správy o stave zisťovania majetku úpadcu a vykonaných úkonoch a zároveň povinnosť bezodkladne informovať všetkých známych veriteľov dlžníka, ktorí majú trvalé bydlisko alebo registrované sídlo v iných členských štátoch Európskej únie ako v Slovenskej republike spôsobom podľa článku 40 Nariadenia Rady Európy (ES) č. 1346/2000. Zároveň súd vyzval veriteľov na prihlasovanie pohľadávok v určenej lehote. Proti tomuto uzneseniu podal v zákonom stanovenej lehote odvolanie dlžník. Podaním, ktoré bolo odvolaciemu súdu doručené dňa 26.01.2015, odvolateľ vzal odvolanie v celom rozsahu späť. Krajský súd v Bratislave ako súd odvolací prejednal vec bez nariadenia pojednávania podľa § 214 ods. 2 O.s.p.. Podľa § 207 ods. 2 O.s.p. dokiaľ o odvolaní nebolo rozhodnuté, možno ho vziať späť. Ak niekto vzal odvolanie späť, nemôže ho podať znova. Keďže o podanom odvolaní nebolo ku dňu doručenia jeho späťvzatia rozhodnuté, odvolací súd s poukazom na odsek 3 citovaného ustanovenia odvolacie konanie zastavil. O trovách odvolacieho konania odvolací súd rozhodol podľa § 224 ods. 1 O.s.p. v spojení s ustanovením § 146 ods. 1 písm. c/ O.s.p..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https://www.kauzis.sk/judikatura/r/ECLI:SK:KSBA:2015:2113226953.2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