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6NcC/55/2015 z 26. 8. 2015</w:t>
      </w:r>
    </w:p>
    <w:p>
      <w:r>
        <w:t>Uznesenie Krajského súdu Bratislava z 26. augusta 2015, sp. zn. 6NcC/55/2015, ECLI:SK:KSBA:2015:2615201103.1</w:t>
      </w:r>
    </w:p>
    <w:p>
      <w:r>
        <w:t>Súd: Krajský súd Bratislava</w:t>
      </w:r>
    </w:p>
    <w:p>
      <w:r>
        <w:t>Spisová značka: 6NcC/55/2015</w:t>
      </w:r>
    </w:p>
    <w:p>
      <w:r>
        <w:t>ECLI: ECLI:SK:KSBA:2015:2615201103.1</w:t>
      </w:r>
    </w:p>
    <w:p>
      <w:r>
        <w:t>Dátum vydania: 26. 8.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6NcC/55/2015 Identifikačné číslo súdneho spisu: 2615201103 Dátum vydania rozhodnutia: 27. 08. 2015 Meno a priezvisko sudcu, VSÚ: JUDr. Darina Kuchtová ECLI: ECLI:SK:KSBA:2015:2615201103.1 Uznesenie Krajský súd v Bratislave v právnej veci starostlivosti o maloleté dieťa: H. C., H.. XX.XX.XXXX, C. Q. XX, C., dieťa rodičov: R. C., C. Q. XX, C. a Z. C., C. C. XXXX/XXC, D., o návrhu otca na zmenu úpravy styku s maloletým dieťaťom, na nesúhlas Okresného súdu Bratislava IV s prenesením príslušnosti vo veci vedenej na tomto súde pod sp. zn. 13P/197/2015 z Okresného súdu Skalica, takto r o z h o d o l : Nesúhlas Okresného súdu Bratislava IV s prenesením príslušnosti vo veci vedenej pod sp. zn. 13P/197/2015 z Okresného súdu Skalica n i e j e d ô v o d n ý . Miestne príslušným súdom na prejednanie a rozhodnutie veci vedenej na Okresnom súde Bratislava IV pod sp. zn. 13P/197/2015 je Okresný súd Bratislava IV. o d ô v o d n e n i e : Otec maloletého dieťaťa H. C. sa návrhom podaným na Okresný súd Senica dňa 16.02.2014 domáha zmeny úpravy styku s maloletým. Okresný súd Senica v zmysle § 105 ods. 2 O.s.p., v spojení s § 11 ods. 1 O.s.p. postúpil vec Okresnému súdu Skalica, z dôvodu, že Okresný súd Skalica rozsudkom č. k. 6P/259/2013-42, zo dňa 17.06.2014 rozviedol manželstvo rodičov maloletého dieťaťa a súčasne rozhodol o úprave výkonu rodičovských práv a povinností k maloletému na čas po rozvode. Okresný súd Skalica uznesením zo dňa 20.05.2015, č. k. 6P/85/2015-12, ktoré nadobudlo právoplatnosť dňa 28.07.2015, preniesol svoju príslušnosť na konanie vo veci starostlivosti o maloletého H. C. na Okresný súd Bratislava IV. Prenesenie príslušnosti odôvodnil tým, že boli splnené podmienky postupu podľa § 177 ods. 2 O.s.p., keďže maloleté dieťa býva so svojou matkou, ktorej bolo zverené do osobnej starostlivosti, na adrese Q. XX, C., t. j. v obvode Okresného súdu Bratislava IV. Tento súd je teda súdom, ktorý je k maloletému dieťaťu najbližšie, a preto podľa názoru Okresného súdu Skalica je v záujme maloletého dieťaťa, aby bol príslušným na konanie. Okresný súd Bratislava IV s prenesením príslušnosti nesúhlasil a podľa § 177 ods. 2 posledná veta O.s.p. predložil spis na rozhodnutie Krajskému súdu v Bratislave. Uviedol, že z obsahu spisu, najmä z podania otca zo dňa 01.07.2015 (č. l. 22) zistil, že matka opakovane mení miesta svojho pobytu (podľa otca maloletého sa v priebehu roka presťahovala až 4 krát) a je možné dôvodne predpokladať, že v krátkej budúcnosti svoj pobyt opäť zmení. Zároveň poukázal na skutočnosť, že pod pojmom bydlisko je v zmysle ustálenej judikatúry potrebné rozumieť miesto, na ktorom sa účastník zdržiava s úmyslom trvalo sa tam zdržiavať. Okresný súd Skalica si podľa názoru Okresného súdu Bratislava IV nezadovážil všetky rozhodujúce skutočnosti pre rozhodnutie o prenesení príslušnosti a ani neposúdil otázku trvalosti a stálosti pobytu matky a maloletého na adrese Q. XX N. C., pričom matka už raz počas trvania konania zmenila svoj pobyt. V tejto súvislosti Okresný súd Bratislava IV upozornil aj na námietky otca maloletého o spôsobe života jeho matky i námietky otca voči preneseniu príslušnosti, keďže mal za to, že vo veci by mal konať a rozhodovať Okresný súd Skalica, ktorý rozhodoval vo veci starostlivosti o maloletého už aj v minulosti. Krajský súd v Bratislave prejednal vec podľa § 177 ods. 2 druhá veta O.s.p. a dospel k záveru, že nesúhlas Okresného súdu Bratislava IV nie je dôvodný. Podľa § 88 ods. 1 písm. c/ O.s.p. namiesto všeobecného súdu odporcu je na konanie príslušný súd, v obvode ktorého má maloletý na základe dohody rodičov alebo rozhodnutia súdu, prípadne iných rozhodujúcich skutočností svoje bydlisko, ak ide o vec starostlivosti o maloletých, konanie o osvojiteľnosti, o osvojenie alebo o povolenie uzavrieť manželstvo maloletému. Podľa § 177 ods. 2 O.s.p., ak sa zmenia okolnosti, podľa ktorých sa posudzuje príslušnosť, môže príslušný súd preniesť svoju príslušnosť na iný súd, ak je to v záujme maloletého. Ak tento súd nesúhlasí s prenesením príslušnosti, rozhodne jeho nadriadený súd. Predmetom konania v prejednávanej veci je zmena úpravy výkonu rodičovský práv a povinností k maloletému dieťaťu, konkrétne úpravy styku otca s maloletým dieťaťom. Ide teda o konanie vo veciach starostlivosti o maloletých. Miestna príslušnosť sa v tomto prípade určuje podľa § 88 ods. 1 písm. c/ O.s.p. (tzv. výlučná miestna príslušnosť), v zmysle ktorého je na konanie príslušný súd, v obvode ktorého má maloletý na základe dohody rodičov alebo rozhodnutia súdu, prípadne iných rozhodujúcich skutočností svoje bydlisko. Pre založenie miestnej príslušnosti sú pritom rozhodujúce okolnosti v čase začatia konania a takto určená príslušnosť trvá, aj keď sa v priebehu konania zmenia podmienky rozhodujúce pre jej určenie, až do skončenia konania (§ 11 ods. 1 O.s.p.). Vo veciach starostlivosti o maloletých táto zásada znamená, že miestna príslušnosť súdu sa určuje podľa okolností, ktoré tu boli v čase prvého rozhodnutia súdu a trvá po celú dobu konania (viď Stanovisko občianskoprávneho kolégia Najvyššieho súdu SR sp. zn. Cpj 32/97). Vzhľadom na skutočnosť, že konanie vo veciach starostlivosti o maloletých trvá dlhší čas, ak trvajú podmienky pre osobitnú súdnu ochranu maloletého, často aj roky až do dosiahnutia plnoletosti, môžu sa v priebehu konania na strane maloletého i viackrát zmeniť predpoklady rozhodujúce pre určenie miestnej príslušnosti. Keďže súd starostlivosti o maloletých má byť maloletým čo najbližšie, nebolo by vhodné, aby súd, ktorý sa stal príslušným v čase začatia konania, zostal napriek zmeneným podmienkam príslušným aj naďalej. Práve pre takéto situácie a ak je to v záujme maloletých detí Občiansky súdny poriadok v ust. § 177 ods. 2 pripúšťa prelomenie zásady trvania miestnej príslušnosti a jej prenesenie na iný súd. Je pritom v záujme maloletého, aby to bol súd, ktorý je v určitom vzťahu k dieťaťu, a preto to bude súd, ktorý by bol príslušným, ak by sa miestna príslušnosť opätovne posudzovala z hľadiska ust. § 88 ods. 1 písm. c/ O.s.p. Nakoľko však ide o významný prelom zásady trvania založenej súdnej príslušnosti (perpetuatio fori), postup podľa § 177 ods. 2 O.s.p. možno využiť len v odôvodnených prípadoch. Tento postup je pritom viazaný na zmenu okolností rozhodných pre posúdenie príslušnosti, ktorá nie je len prechodná, ale trvalého charakteru (môže ísť o trvalú zmenu bydliska dieťaťa, jeho umiestnenie do ústavu, zverenie dieťaťa do pestúnskej starostlivosti a pod.). Ďalším kumulatívnym predpokladom je, že prenesenie príslušnosti musí byť v záujme maloletého dieťaťa. Z obsahu spisu v prejednávanej veci vyplýva, že prvýkrát vo veci starostlivosti o maloletého H. C. rozhodoval Okresný súd Skalica rozsudkom zo dňa 17.06.2014, č. k. 6P/259/2013-42, ktorým rozviedol manželstvo rodičov maloletého a upravil výkon rodičovských práv a povinností k maloletému na čas po rozvode. Týmto rozhodnutím teda v zmysle vyššie uvedeného Okresný súd Skalica založil svoju miestnu príslušnosť na konanie vo veci starostlivosti o maloletého H. C.. Okresný súd Senica preto po podaní návrhu otca maloletého na úpravu styku s ním v prejednávanej veci postúpil spis Okresnému súdu Skalica (č. l. 5) ako súdu, ktorý naposledy rozhodoval o úprave výkonu rodičovských práv a povinností k maloletému. Okresný súd Skalica uznesením zo dňa 20.05.2015, č. k. 6P/85/2015-12, právoplatným dňa 28.07.2015, následne preniesol svoju miestnu príslušnosť v tejto veci na Okresný súd Bratislava IV z dôvodu, že maloletý býva s matkou v obvode Okresného súdu Bratislava IV. Krajský súd z obsahu spisu zároveň zistil, že u maloletého H. C. došlo v priebehu konania k zmene bydliska na adresu Q. XX, C.. Vyplýva to z oznámenia založeného do spisu (č. l. 11), ktorým matka maloletého oznámila jeho otcovi, že od 11.04.2015 môže maloletého v rámci styku s ním vyzdvihovať na tejto novej adrese ich bydliska. Zároveň matka maloletého si na uvedenej adrese prevzala aj zásielku z Okresného súdu Bratislava IV obsahujúcu uznesenie o prenesení príslušnosti a doručovanú jednak prostredníctvom obvodného oddelenia PZ M.C. (č. l. 27 + doručenka na č. l. 13) ako aj prostredníctvom pošty (doručenka na č. l. 25). Okresný súd Skalica preto správne postupoval podľa § 177 ods. 2 prvá veta O.s.p. a v súlade so záujmom maloletého preniesol príslušnosť na Okresný súd Bratislava IV. K poukazu Okresného súdu Bratislava IV na skutočnosť, že matka maloletého už raz zmenila svoj pobyt počas trvania konania a že je možné predpokladať, že v krátkej budúcnosti svoj pobyt zase zmení, krajský súd uvádza, že tento nepodložený predpoklad nie je podstatný, rozhodujúce je súčasné bydlisko maloletého, ktoré je v obvode Okresného súdu Bratislava IV a preto je v záujme maloletého, aby vo veciach starostlivosti o neho rozhodoval súd, ktorý mu je najbližší. V prípade, ak by sa maloletý znovu s matkou presťahoval by za splnenia podmienok § 177 ods. 2 O.s.p. mohlo opätovne dôjsť k preneseniu príslušnosti, ak by to bolo v záujme maloletého. Na základe uvedeného krajský súd dospel k záveru, že nesúhlas Okresného súdu Bratislava IV s prenesením príslušnosti z Okresného súdu Skalica nie je dôvodný a tento súd je príslušný na prejednanie a rozhodnutie predmetnej právnej veci. Z týchto dôvodov krajský súd rozhodol tak, ako je to uvedené vo výroku tohto uznesenia. Toto rozhodnutie bolo prijaté senátom Krajského súdu v Bratislave pomerom hlasov 3:0. Poučenie: Proti tomuto uzneseniu odvolanie nie je prípustné.</w:t>
      </w:r>
    </w:p>
    <w:p/>
    <w:p>
      <w:r>
        <w:t>Zdroj: KAUZIS.SK – https://www.kauzis.sk/judikatura/r/ECLI:SK:KSBA:2015:2615201103.1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