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5S/146/2014 z 15. 6. 2015</w:t>
      </w:r>
    </w:p>
    <w:p>
      <w:r>
        <w:t>Uznesenie Krajského súdu Bratislava z 15. júna 2015, sp. zn. 5S/146/2014, ECLI:SK:KSBA:2015:5014200505.2</w:t>
      </w:r>
    </w:p>
    <w:p>
      <w:r>
        <w:t>Súd: Krajský súd Bratislava</w:t>
      </w:r>
    </w:p>
    <w:p>
      <w:r>
        <w:t>Spisová značka: 5S/146/2014</w:t>
      </w:r>
    </w:p>
    <w:p>
      <w:r>
        <w:t>ECLI: ECLI:SK:KSBA:2015:5014200505.2</w:t>
      </w:r>
    </w:p>
    <w:p>
      <w:r>
        <w:t>Dátum vydania: 15. 6. 2015</w:t>
      </w:r>
    </w:p>
    <w:p>
      <w:r>
        <w:t>Forma: Uznesenie</w:t>
      </w:r>
    </w:p>
    <w:p>
      <w:pPr>
        <w:pStyle w:val="Heading2"/>
      </w:pPr>
      <w:r>
        <w:t>Text rozhodnutia</w:t>
      </w:r>
    </w:p>
    <w:p>
      <w:r>
        <w:t>Súd: Krajský súd Bratislava Spisová značka: 5S/146/2014 Identifikačné číslo súdneho spisu: 5014200505 Dátum vydania rozhodnutia: 16. 06. 2015 Meno a priezvisko sudcu, VSÚ: JUDr. Dáša Filová ECLI: ECLI:SK:KSBA:2015:5014200505.2 Uznesenie Krajský súd v Bratislave v právnej veci žalobcu: I.. R. B., Na U. XXXX, XXX XX B. M. L., zastúpený: Mgr. Tomáš Baláž, Štúrova 1, 010 01 Žilina, proti žalovanému: Ministerstvo dopravy, výstavby a regionálneho rozvoja SR, Odbor štátnej stavebnej správy, Námestie slobody 6, P.O.Box 100, 810 05 Bratislava 15, o preskúmanie zákonnosti rozhodnutia žalovaného č. XXXXX/XXXX/BXXX-SV/XXXXX/Pa zo dňa XX.X.XXXX, takto r o z h o d o l : Krajský súd v Bratislave konanie z a s t a v u j e . Žiaden z účastníkov nemá právo na náhradu trov konania. o d ô v o d n e n i e : Žalobou doručenou pôvodne Krajskému súdu v Žiline, postúpenou tunajšiemu súdu ako vecne a miestne príslušnému, sa žalobca domáhal preskúmania zákonnosti rozhodnutia žalovaného č. XXXXX/XXXX/BXXX-SV/XXXXX/Pa zo dňa XX.X.XXXX, ktorým žalovaný zamietol odvolanie žalobcu a potvrdil rozhodnutie Okresného úradu v Žiline, odboru výstavby a bytovej politiky č. OU-ZA-G zo dňa XX.XX.XXXX, ktorým správny orgán nevyhovel protestu Okresnej prokuratúry Žilina č. Pd XXX/XX-XX zo dňa XX.X.XXXX podanému proti rozhodnutiu stavebného úradu mesta Kysucké Nové L. č. F.. XXXX/ XXXX-An zo dňa X.X.XXXX. K žalobe sa žalovaný vyjadril vyjadrením doručeným tunajšiemu súdu dňa 10.11.2014, ktorým žiadal žalobu ako nedôvodnú zamietnuť. Keďže žalobca spolu so žalobou nezaplatil súdny poplatok za podanie žaloby v sume 70,- eur, súd ho pod následkom zastavenia konania vyzval na zaplatenie súdneho poplatku v lehote do 10 dní od doručenia, výzvou č.k. 5S 146/2014-70 zo dňa 14.5.2015, doručenou právnemu zástupcovi žalobcu dňa 20.5.2015. Žalobca napriek výzve súdny poplatok nezaplatil. Podľa § 10 ods. 1 zákona č. 71/1992 Zb.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Keďže žalobca nezaplatil súdny poplatok v lehote, stanovenej výzvou súdu, a to napriek poučeniu, rozhodol súd tak, že konanie vo veci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https://www.kauzis.sk/judikatura/r/ECLI:SK:KSBA:2015:5014200505.2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