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5S/159/2013 z 26. 5. 2015</w:t>
      </w:r>
    </w:p>
    <w:p>
      <w:r>
        <w:t>Uznesenie Krajského súdu Bratislava z 26. mája 2015, sp. zn. 5S/159/2013, ECLI:SK:KSBA:2015:6013200540.3</w:t>
      </w:r>
    </w:p>
    <w:p>
      <w:r>
        <w:t>Súd: Krajský súd Bratislava</w:t>
      </w:r>
    </w:p>
    <w:p>
      <w:r>
        <w:t>Spisová značka: 5S/159/2013</w:t>
      </w:r>
    </w:p>
    <w:p>
      <w:r>
        <w:t>ECLI: ECLI:SK:KSBA:2015:6013200540.3</w:t>
      </w:r>
    </w:p>
    <w:p>
      <w:r>
        <w:t>Dátum vydania: 26. 5.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5S/159/2013 Identifikačné číslo súdneho spisu: 6013200540 Dátum vydania rozhodnutia: 27. 05. 2015 Meno a priezvisko sudcu, VSÚ: Mgr. Helena Marcinkechová ECLI: ECLI:SK:KSBA:2015:6013200540.3 Uznesenie Krajský súd v Bratislave v právnej veci žalobcu: HR PRO Slovakia, spoločnosť s ručením obmedzeným, Dubnická 2, 851 02 Bratislava, IČO: 44 478 275, zastúpený advokátkou: JUDr. Helena Čerešňová, Horné predmestie 216/16, 900 21 Svätý Jur, proti žalovanému: Finančné riaditeľstvo Slovenskej republiky, Lazovná ulica 63, 974 01 Banská Bystrica, o preskúmanie zákonnosti rozhodnutia žalovaného č. XXXXXXX/X/XXXX/XXXX/XXXX zo dňa X.X.XXXX, takto r o z h o d o l : Súd zrušuje uznesenie Krajského súdu v Bratislave č.k. 5S/159/2013 zo dňa 24.3.2015. o d ô v o d n e n i e : Žalobou doručenou pôvodne Krajskému súdu v Banskej Bystrici dňa 22.4.2013, postúpenou tunajšiemu súdu ako vecne a miestne príslušnému, sa žalobca domáhal preskúmania zákonnosti rozhodnutia žalovaného č. XXXXXXX/X/XXXX/XXXX/XXXX zo dňa X.X.XXXX, ktorým bolo potvrdené rozhodnutie Daňového úradu Bratislava č. XXXXXXX/X/XXXXXXX/XXXX/CibE zo dňa XX.X.XXXX, ktorým prvostupňový správny orgán vyrubil žalobcovi rozdiel dane z pridanej hodnoty za zdaňovacie obdobie III. štvrťrok 2010 v sume XX XXX,XX eur. K žalobe sa žalovaný vyjadril vyjadrením doručeným tunajšiemu súdu dňa 22. 10.2013, ktorým žiadal žalobu ako nedôvodnú zamietnuť. Žalobca spolu so žalobou nezaplatil súdny poplatok za podanie žaloby v sume 70,- eur, súd ho pod následkom zastavenia konania vyzval na zaplatenie súdneho poplatku v lehote do 10 dní od doručenia, výzvou č.k. XS/XXX/XXXX-XX zo dňa XX.X.XXXX, doručenou právnemu zástupcovi žalobcu dňa X.X.XXXX. Keďže však žalobca napriek výzve súdny poplatok nezaplatil, zastavil tunajší súd konanie uznesením č.k. XS/XXX/XXXX-XX zo dňa XX.X.XXXX. Žalobca dodatočne súdny poplatok za žalobu zaplatil. Podľa § 10 ods. 3 zákona č. 71/1992 Zb. o súdnych poplatkoch prvostupňový súd zruší uznesenie o zastavení konania pre nezaplatenie súdneho poplatku, ak poplatník zaplatí súdny poplatok do konca lehoty na podanie odvolania. Prvostupňový súd zruší uznesenie o zastavení konania pre nezaplatenie súdneho poplatku aj vtedy, ak bolo konanie prerušené podľa osobitného predpisu a správca v ňom pokračuje namiesto poplatníka. Vzhľadom na to, že žalobca v lehote na podanie odvolania zaplatil súdny poplatok, rozhodol súd tak, že uznesenie o zastavení konania zrušil. Poučenie: Proti tomuto uzneseniu možno podať odvolanie do 15 dní odo dňa jeho doručenia na Krajský súd v Bratislave dvojmo. Odvolaniu podanému proti rozhodnutiu, ktoré vydal súdny úradník alebo justičný čakateľ, môže v celom rozsahu vyhovieť sudca, ktorého rozhodnutie sa považuje za rozhodnutie súdu prvého stupňa; ak sudca odvolaniu nevyhovie, predloží vec na rozhodnutie odvolaciemu súdu. V odvolaní sa má popri všeobecných náležitostiach (§ 42 ods. 3 O.s.p.) uviesť, proti ktorému rozhodnutiu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https://www.kauzis.sk/judikatura/r/ECLI:SK:KSBA:2015:6013200540.3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