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5S/2/2014 z 3. 8. 2015</w:t>
      </w:r>
    </w:p>
    <w:p>
      <w:r>
        <w:t>Uznesenie Krajského súdu Bratislava z 3. augusta 2015, sp. zn. 5S/2/2014, ECLI:SK:KSBA:2015:6013201610.2</w:t>
      </w:r>
    </w:p>
    <w:p>
      <w:r>
        <w:t>Súd: Krajský súd Bratislava</w:t>
      </w:r>
    </w:p>
    <w:p>
      <w:r>
        <w:t>Spisová značka: 5S/2/2014</w:t>
      </w:r>
    </w:p>
    <w:p>
      <w:r>
        <w:t>ECLI: ECLI:SK:KSBA:2015:6013201610.2</w:t>
      </w:r>
    </w:p>
    <w:p>
      <w:r>
        <w:t>Dátum vydania: 3. 8.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5S/2/2014 Identifikačné číslo súdneho spisu: 6013201610 Dátum vydania rozhodnutia: 04. 08. 2015 Meno a priezvisko sudcu, VSÚ: Mgr. Helena Marcinkechová ECLI: ECLI:SK:KSBA:2015:6013201610.2 Uznesenie Krajský súd v Bratislave v právnej veci žalobkyne: Bc. E. U., nar. X.X.XXXX, bytom E. C./XX, G., zastúpený: JUDr. Ladislav Kováč, advokát, M. Bela 2, 984 01 Lučenec, proti žalovanému: Okresný úrad Banská Bystrica, odbor opravných prostriedkov, Nám. Ľudovíta Štúra 1, 974 05 Banská Bystrica, o preskúmanie zákonnosti rozhodnutia Ministerstva vnútra Slovenskej republiky č. SVS- OVS2-2013/16680/TMC zo dňa 03.07.2013, takto r o z h o d o l : Súd zrušuje uznesenie Krajského súdu v Bratislave č.k. 5S/2/2014-37 zo dňa 02.06.2015. o d ô v o d n e n i e : Žalobou doručenou pôvodne Krajskému súdu v Banskej Bystrici, postúpenou tunajšiemu súdu ako vecne a miestne príslušnému, sa žalobca domáhal preskúmania zákonnosti rozhodnutia Ministerstva vnútra Slovenskej republiky č. F.-D zo dňa X.X.XXXX,ktorým bolo potvrdené rozhodnutie Obvodného úradu Lučenec, odboru všeobecnej vnútornej správy č.j. D.-LC-D.-XXXX/XXXXX-XXX zo dňa XX.X.XXXX. Týmto prvostupňovým rozhodnutím bol žalobca uznaný vinným zo spáchania priestupku proti majetku podľa ust. § 50 ods. 1 zákona o priestupkoch tým, že sa pokúsil úmyselne spôsobiť škodu na cudzom majetku krádežou tým, že dňa 19.2.2013 v čase okolo 18:00 hod. v Lučenci na ul. Podjavorinskej v HM Z. odcudzil z predajnej plochy dve balenia V. W. P. v hodnote spolu XX,XX eur a tri balenia tužkových bateriek W. E. R./X v hodnote X,XX eur, pričom uvedený tovar si dal do vrecka vetrovky a išiel cez pokladňu bez zaplatenia uvedeného tovaru. Následne zbadal, že oproti nemu ide pracovník SBS a tak sa otočil a vošiel do predajne s chovateľskými potrebami, kde odcudzený tovar 2 ks BCAA W. pure vyložil do regálu, kde ho našli pracovníci SBS. Krádežou uvedeného tovaru by bola vznikla pre spoločnosť Z. F. SR, a.s. škoda v celkovej výške XX,XX eur. Žalobcovi bola za tento priestupok uložená pokuta vo výške 20,- eur a povinnosť nahradiť štátu trovy spojené s prejednaním priestupku. K žalobe sa žalovaný vyjadril vyjadrením doručeným tunajšiemu súdu dňa 16.5.2014, ktorým žiadal žalobu ako nedôvodnú zamietnuť. Keďže žalobca spolu so žalobou nezaplatil súdny poplatok za podanie žaloby v sume 70,- eur, a tento nezaplatil ani na výzvu súdu, napriek poučeniu o právnych následkoch nezaplatenia súdneho poplatku, súd konanie uznesením č.k. 5S/2/2014-39 zo dňa 2.6.2015 zastavil. Žalobca dodatočne súdny poplatok za žalobu zaplatil. Podľa § 10 ods. 3 zákona č. 71/1992 Zb. o súdnych poplatkoch prvostupňový súd zruší uznesenie o zastavení konania pre nezaplatenie súdneho poplatku, ak poplatník zaplatí súdny poplatok do konca lehoty na podanie odvolania. Prvostupňový súd zruší uznesenie o zastavení konania pre nezaplatenie súdneho poplatku aj vtedy, ak bolo konanie prerušené podľa osobitného predpisu a správca v ňom pokračuje namiesto poplatníka. Vzhľadom na to, že žalobca v lehote na podanie odvolania zaplatil súdny poplatok, rozhodol súd tak, že uznesenie o zastavení konania zrušil. Poučenie: Proti tomuto uzneseniu možno podať odvolanie do 15 dní odo dňa jeho doručenia na Krajský súd v Bratislave dvojmo. Odvolaniu podanému proti rozhodnutiu, ktoré vydal súdny úradník alebo justičný čakateľ, môže v celom rozsahu vyhovieť sudca, ktorého rozhodnutie sa považuje za rozhodnutie súdu prvého stupňa; ak sudca odvolaniu nevyhovie, predloží vec na rozhodnutie odvolaciemu súdu.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https://www.kauzis.sk/judikatura/r/ECLI:SK:KSBA:2015:6013201610.2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