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1S/234/2014 z 17. 6. 2015</w:t>
      </w:r>
    </w:p>
    <w:p>
      <w:r>
        <w:t>Uznesenie Krajského súdu Bratislava z 17. júna 2015, sp. zn. 1S/234/2014, ECLI:SK:KSBA:2015:6014201061.3</w:t>
      </w:r>
    </w:p>
    <w:p>
      <w:r>
        <w:t>Súd: Krajský súd Bratislava</w:t>
      </w:r>
    </w:p>
    <w:p>
      <w:r>
        <w:t>Spisová značka: 1S/234/2014</w:t>
      </w:r>
    </w:p>
    <w:p>
      <w:r>
        <w:t>ECLI: ECLI:SK:KSBA:2015:6014201061.3</w:t>
      </w:r>
    </w:p>
    <w:p>
      <w:r>
        <w:t>Dátum vydania: 17. 6. 2015</w:t>
      </w:r>
    </w:p>
    <w:p>
      <w:r>
        <w:t>Forma: Uznesenie</w:t>
      </w:r>
    </w:p>
    <w:p>
      <w:pPr>
        <w:pStyle w:val="Heading2"/>
      </w:pPr>
      <w:r>
        <w:t>Text rozhodnutia</w:t>
      </w:r>
    </w:p>
    <w:p>
      <w:r>
        <w:t>Súd: Krajský súd Bratislava Spisová značka: 1S/234/2014 Identifikačné číslo súdneho spisu: 6014201061 Dátum vydania rozhodnutia: 18. 06. 2015 Meno a priezvisko sudcu, VSÚ: JUDr. Monika Valašíková PhD. ECLI: ECLI:SK:KSBA:2015:6014201061.3 Uznesenie Krajský súd v Bratislave v právnej veci žalobcu: KECKA, s.r.o., (predtým DANEA 1, s.r.o.), Okružná 3239, 900 01 Modra, IČO: 46 664 866, proti žalovanému: Finančné riaditeľstvo Slovenskej republiky, Lazovná 63, 974 01 Banská Bystrica o preskúmanie zákonnosti rozhodnutia v správnom konaní č. 612702/2013 zo dňa 14.7.2014, takto r o z h o d o l : Krajský súd v Bratislave konanie z a s t a v u j e . Žiaden z účastníkov nemá právo na náhradu trov konania. o d ô v o d n e n i e : Žalobca KECKA, s.r.o. (predtým DANEA 1, s.r.o.) sa žalobou pôvodne podanou Krajskému súdu v Banskej Bystrici, ktorá bola postúpená Krajskému súdu v Bratislave uznesením sp.zn. 23S/162/2014 zo dňa 9.9.2014, domáhal preskúmania zákonnosti rozhodnutia žalovaného správneho orgánu č. 612702/2013 zo dňa 14.7.2014, ktorým bolo zamietnuté odvolanie žalobcu a potvrdené prvostupňové rozhodnutie Colného úradu Žilina č. 1096091/1/539525/2013 zo dňa 11.11.2013. V žalobe uviedol, že prvostupňovým rozhodnutím mu Colný úrad Žilina podľa § 11c ods. 4 zákona č. 200/2004 Z.z. o opatreniach proti porušovaniu práv duševného vlastníctva pri dovoze, vývoze a spätnom vývoze tovaru v znení neskorších predpisov zaistil tovar, u ktorého je podozrenie, že sa ním porušuje právo duševného vlastníctva. Žiadal, aby súd obe rozhodnutia zrušil a vrátil vec prvostupňovému správnemu orgánu na ďalšie konanie, ako aj náhradu trov konania. Výzvou zo dňa 18.5.2015 bol žalobca vyzvaný, aby v lehote 15 dní pod následkom zastavenia konania v zmysle § 250 d ods. 3 O.s.p. doložil originál, alebo overenú fotokópiu plnomocenstva udelené advokátovi na jeho zastupovanie v tomto konaní, nakoľko oznámením o ukončení zastupovania zo dňa 9.3.2015, ktoré bolo doručené tunajšiemu súdu dňa 12.3.2015, bolo zastúpenie žalobcu ukončené odstúpením od zmluvy o poskytovaní právnych služieb advokátskou kanceláriou OLEXOVA VASILISIN s.r.o., so sídlom Dunajská 18, 811 08 Bratislava. Žalobcovi predmetnú zásielku nebolo možné na jeho adresu sídla uvedenú v Obchodnom registri doručiť, nakoľko bol adresát neznámy. Následne bola zásielka vrátená tunajšiemu súdu dňa 2.6.2015, pričom účinky jej doručenia v zmysle § 48 ods. 2 O.s.p. nastali po troch dňoch od jej vrátenia tunajšiemu súdu ako nedoručenej, t.j. dňa 6.6.2015. Podľa § 47 ods. 1 O.s.p., do vlastných rúk treba doručiť písomnosti, pri ktorých tak ustanovuje zákon, a iné písomnosti, ak to nariadi súd. Podľa § 48 ods. 2 O.s.p., ak nie je možné doručiť písomnosť právnickej osobe na adresu jej sídla uvedenú v obchodnom registri alebo v inom registri, v ktorom je zapísaná, a jej iná adresa nie je súdu známa, písomnosť sa považuje po troch dňoch od vrátenia nedoručenej zásielky súdu za doručenú, a to aj vtedy, ak ten, kto je oprávnený konať za právnickú osobu, sa o tom nedozvie.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Osobitosť konania v správnom súdnictve spočíva v tom, že ak má účastník v správnom súdnictve postavenie žalobcu, musí byť zastúpený advokátom, pokiaľ nemá právnické vzdelanie. Povinné právne zastúpenie vyplýva z povahy správneho súdnictva, keďže sa v ňom preskúmava zákonnosť rozhodnutí a postupov orgánov verejnej správy a riešia sa prevažne právne otázky.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nedoložil plnomocenstvo riadne a včas,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 (podľa § 3 ods. 9 zákona č. 757/2004 Z.z. o súdoch a o zmene a doplnení niektorých zákonov v znení účinnom ku dňu 1.5.2011). Súd z výpisu z Obchodného registra, vedeného pri Okresného súdu Bratislava I, vložka č. 81753/B zistil, že pôvodne označený žalobca DANEA 1, s.r.o. zanikla zlúčením k 21.05.2015. Súd preto s poukazom na ust. § 107 ods. 4 O.s.p. pokračoval v konaní s jej právnym nástupcom.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https://www.kauzis.sk/judikatura/r/ECLI:SK:KSBA:2015:6014201061.3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