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5S/206/2013 z 16. 2. 2015</w:t>
      </w:r>
    </w:p>
    <w:p>
      <w:r>
        <w:t>Rozhodnutie Krajského súdu Bratislava z 16. februára 2015, sp. zn. 5S/206/2013, ECLI:SK:KSBA:2015:8012200719.2</w:t>
      </w:r>
    </w:p>
    <w:p>
      <w:r>
        <w:t>Súd: Krajský súd Bratislava</w:t>
      </w:r>
    </w:p>
    <w:p>
      <w:r>
        <w:t>Spisová značka: 5S/206/2013</w:t>
      </w:r>
    </w:p>
    <w:p>
      <w:r>
        <w:t>ECLI: ECLI:SK:KSBA:2015:8012200719.2</w:t>
      </w:r>
    </w:p>
    <w:p>
      <w:r>
        <w:t>Dátum vydania: 16. 2. 2015</w:t>
      </w:r>
    </w:p>
    <w:p>
      <w:r>
        <w:t>Forma: Rozhodnutie</w:t>
      </w:r>
    </w:p>
    <w:p>
      <w:pPr>
        <w:pStyle w:val="Heading2"/>
      </w:pPr>
      <w:r>
        <w:t>Text rozhodnutia</w:t>
      </w:r>
    </w:p>
    <w:p>
      <w:r>
        <w:t>Súd: Krajský súd Bratislava Spisová značka: 5S/206/2013 Identifikačné číslo súdneho spisu: 8012200719 Dátum vydania rozhodnutia: 17. 02. 2015 Meno a priezvisko sudcu, VSÚ: JUDr. Viera Šebestová ECLI: ECLI:SK:KSBA:2015:8012200719.2 Rozhodnutie Krajský súd v Bratislave v právnej veci žalobkyne: Z. B., miestom podnikania: M. XXX, L.: XX XXX XXX, XXX XX S. nad H., zastúpený: JUDr. Miloš Kaščák, advokát, M. R. Štefánika 171, 093 01 Vranov nad Topľou, proti žalovanému: Ministerstvo financií SR, Štefanovičova 5, 817 82 Bratislava 15, o preskúmanie zákonnosti rozhodnutia - oznámenia žalovaného č. MF/019390/2012-243 zo dňa 6.8.2012, takto r o z h o d o l : Krajský súd v Bratislave konanie z a s t a v u j e . Žiaden z účastníkov nemá právo na náhradu trov konania. o d ô v o d n e n i e : Žalobou podanou pôvodne Krajskému súdu v Prešove, postúpenou tunajšiemu súdu ako vecne a miestne príslušnému, sa žalobkyňa domáhala preskúmania zákonnosti oznámenia žalovaného č. MF/019390/2012-243 zo dňa 6.8.2012. V správnom rozhodnutí sa uvádza, že u žalobkyne bolo zistené porušenie finančnej disciplíny podľa § 31 ods. 1 písm. n) zákona č. 523/2004 Z.z. o rozpočtových pravidlách verejnej správy z dôvodu, že žalobkyňa nedodržala všetky zmluvne určené podmienky na použitie poskytnutého finančného príspevku zo štátneho rozpočtu SR. Z uvedeného dôvodu Správa finančnej kontroly Košice rozhodnutím č. 7/3984/2010/337 zo dňa 6.6.2012 uložila ako správny orgán prvého stupňa účastníkovi konania podľa § 31 ods. 4 v spojení s § 31 ods. 7 zákona č. 523/2004 Z.z. povinnosť odviesť verejné finančné prostriedky vo výške 20 825,57 eur na príjmový účet Správy finančnej kontroly. Proti tomuto rozhodnutiu sa žalobkyňa odvolala. Napadnutým oznámením č. MF/019390/2012-243 zo dňa 6.8.2012 žalovaný oznámil žalobkyni, že odvolanie bolo podané oneskorene, po uplynutí zákonnej 15 dňovej odvolacej lehoty, keď prvostupňové rozhodnutie bolo žalobkyňou prevzaté dňa 7.6.2012, pričom lehota na podanie odvolania v tomto prípade začala plynúť dňa 8.6.2012a uplynula dňa 22.6.2012, kedy rozhodnutie nadobudlo právoplatnosť. Odvolanie žalobcu malo byť podané na poštovú prepravu dňa 2.7.2012, t.j. po uplynutí 15 dňovej lehoty. Keďže žalobkyňa spolu so žalobou nezaplatila súdny poplatok za podanie žaloby v sume 70,- eur, súd ju pod následkom zastavenia konania vyzval na zaplatenie súdneho poplatku v lehote do 10 dní od doručenia, výzvou č.k. 5S/206/2013-30 zo dňa 26.1.2015, doručenou právnemu zástupcovi žalobcu dňa 29.1.2015. Podľa § 10 ods. 1 zákona č. 71/1992 Zb. o súdnych poplatkoch ak nebol zaplatený poplatok splatný podaním návrhu na začatie konania alebo dovolania, prvostupňový súd vyzve poplatníka, aby poplatok zaplatil v lehote, ktorú určí spravidla v lehote desiatich dní od doručenia výzvy; ak aj napriek výzve poplatok nebol zaplatený v lehote, súd konanie zastaví. O následkoch nezaplatenia poplatku musí byť poplatník vo výzve poučený. Súd vyzve poplatníka na zaplatenie poplatku splatného podaním návrhu na začatie konania predtým, ako nariadi pojednávanie tak, aby lehota od zaplatenia poplatku do pojednávania, vydania platobného rozkazu a rozkazu na plnenie alebo rozhodnutia bez nariadenia pojednávania nebola dlhšia ako dva mesiace; túto lehotu môže predseda súdu z dôležitých dôvodov predĺžiť. Keďže žalobkyňa nezaplatila súdny poplatok v lehote, stanovenej výzvou súdu, a to napriek poučeniu, rozhodol súd tak, že konanie vo veci zastavil. O náhrade trov konania súd rozhodol podľa § 146 ods. 1 písm. c) O.s.p. s použitím ustanovenia § 246c O.s.p. tak, že žiaden z účastníkov nemá právo na náhradu trov konania, nakoľko konanie vo veci bolo zastavené a žalovanému trovy v súvislosti s konaním nevznikli. Poučenie: Proti tomuto uzneseniu možno podať odvolanie do 15 dní odo dňa jeho doručenia,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https://www.kauzis.sk/judikatura/r/ECLI:SK:KSBA:2015:8012200719.2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