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6S/31/2014 z 26. 11. 2015</w:t>
      </w:r>
    </w:p>
    <w:p>
      <w:r>
        <w:t>Uznesenie Krajského súdu Bratislava z 26. novembra 2015, sp. zn. 6S/31/2014, ECLI:SK:KSBA:2015:8013201111.1</w:t>
      </w:r>
    </w:p>
    <w:p>
      <w:r>
        <w:t>Súd: Krajský súd Bratislava</w:t>
      </w:r>
    </w:p>
    <w:p>
      <w:r>
        <w:t>Spisová značka: 6S/31/2014</w:t>
      </w:r>
    </w:p>
    <w:p>
      <w:r>
        <w:t>ECLI: ECLI:SK:KSBA:2015:8013201111.1</w:t>
      </w:r>
    </w:p>
    <w:p>
      <w:r>
        <w:t>Dátum vydania: 26. 11.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6S/31/2014 Identifikačné číslo súdneho spisu: 8013201111 Dátum vydania rozhodnutia: 27. 11. 2015 Meno a priezvisko sudcu, VSÚ: JUDr. Soňa Langová ECLI: ECLI:SK:KSBA:2015:8013201111.1 Uznesenie Krajský súd v Bratislave v právnej veci žalobcu: EFS group Slovakia, s.r.o., Pekná cesta 15, 831 52 Bratislava, IČO: 43 944 779, právne zastúpený: JUDr. Vincent Lechman, advokát, Popradská 80, 040 11 Košice, proti žalovanému: Finančné riaditeľstvo Slovenskej republiky, Lazovná 63, 974 01 Banská Bystrica, o preskúmanie zákonnosti rozhodnutia žalovaného č. 1100305/1/501257/2013/5054 zo dňa 18.10.2013, o odklade vykonateľnosti, takto r o z h o d o l : Krajský súd v Bratislave o d k l a d á vykonateľnosť rozhodnutia žalovaného č. 1100305/1/501257/2013/5054 zo dňa 18.10.2013 v spojení s rozhodnutím Daňového úradu Prešov č. 9715401/5/3449826/2013 zo dňa 17.07.2013, a to až do právoplatnosti rozhodnutia súdu vo veci samej. o d ô v o d n e n i e : Žalobca sa žalobou podanou Krajskému súdu v Bratislave dňa 13.12.2013 domáhal preskúmania zákonnosti rozhodnutia žalovaného č. 1100305/1/501257/2013/5054 zo dňa 18.10.2013 v spojení s rozhodnutím Daňového úradu Prešov č. 9715401/5/3449826/2013 zo dňa 17.07.2013. Žalobca zároveň požiadal súd o odklad vykonateľnosti vyššie uvedených rozhodnutí. Ako dôvod tejto žiadosti uviedol, že okamžitým výkonom rozhodnutia hrozí spoločnosti žalobcu závažná ujma (XXX.XXX,XX Eur) ohrozujúca bežný a riadny chod ďalšej činnosti spoločnosti žalobcu a tak existuje reálna možnosť úpadku, resp. likvidácie podnikania žalobcu. Podľa § 250c veta druhá O.s.p., na žiadosť účastníka môže predseda senátu uznesením vykonateľnosť rozhodnutia odložiť, ak by okamžitým výkonom napadnutého rozhodnutia hrozila závažná ujma. Súd považoval dôvody, uvedené v žiadosti žalobcu o odklad vykonateľnosti napadnutého rozhodnutia v spojení s prvostupňovým rozhodnutím za opodstatnené, keďže žalobca preukázal hrozbu závažnej ujmy v prípade okamžitého výkonu napadnutých rozhodnutí, spočívajúcej v obmedzení podnikateľskej činnosti žalobcu.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https://www.kauzis.sk/judikatura/r/ECLI:SK:KSBA:2015:8013201111.1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