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6S/299/2013 z 15. 1. 2015</w:t>
      </w:r>
    </w:p>
    <w:p>
      <w:r>
        <w:t>Uznesenie Krajského súdu Bratislava z 15. januára 2015, sp. zn. 6S/299/2013, ECLI:SK:KSBA:2015:9013010153.1</w:t>
      </w:r>
    </w:p>
    <w:p>
      <w:r>
        <w:t>Súd: Krajský súd Bratislava</w:t>
      </w:r>
    </w:p>
    <w:p>
      <w:r>
        <w:t>Spisová značka: 6S/299/2013</w:t>
      </w:r>
    </w:p>
    <w:p>
      <w:r>
        <w:t>ECLI: ECLI:SK:KSBA:2015:9013010153.1</w:t>
      </w:r>
    </w:p>
    <w:p>
      <w:r>
        <w:t>Dátum vydania: 15. 1.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6S/299/2013 Identifikačné číslo súdneho spisu: 9013010153 Dátum vydania rozhodnutia: 16. 01. 2015 Meno a priezvisko sudcu, VSÚ: JUDr. Soňa Langová ECLI: ECLI:SK:KSBA:2015:9013010153.1 Uznesenie Krajský súd v Bratislave v právnej veci žalobcu: Mesto Trebišov, M.R. Štefánika 862/204, 075 25 Trebišov, zastúpeného advokátskou kanceláriou, HMG &amp; PARTNERS, s.r.o., Štefanovičova 12, 811 04 Bratislava, proti žalovanému: Úrad vlády Slovenskej republiky, Námestie slobody č. 1, 813 70 Bratislava, právne zast.: JUDr. Michaela Töröková, advokátka, so sídlom 29. Augusta č. 5, Bratislava, o preskúmanie zákonnosti rozhodnutia žalovaného č. 6401/21959/SBFN zo dňa 28.8.2013 v spojitosti s rozhodnutím žalovaného č. 6401/2013/ORINFM - 19837 zo dňa 1.8.2013, takto r o z h o d o l : Súd konanie z a s t a v u j e. Žiaden z účastníkov nemá právo na náhradu trov konania. o d ô v o d n e n i e : Žalobou doručenou tunajšiemu súdu prostredníctvom Najvyššieho súdu Slovenskej republiky dňa 16.12.2013 sa žalobca domáhal preskúmania zákonnosti rozhodnutia žalovaného č. 6401/21959/ SBFN zo dňa 28.8.2013 v spojitosti s rozhodnutím žalovaného č. 6401/2013/ORINFM - 19837 zo dňa 1.8.2013. Pred rozhodnutím vo veci samej, žalobca prostredníctvom svojho právneho zástupcu, podaním doručeným tunajšiemu súdu dňa 18.12.2014 oznámil, že berie žalobu v celom rozsahu späť. Podľa ust. § 250h ods. 2 O.s.p. až do rozhodnutia súdu môže žalobca vziať žalobu späť, ak žalovanému medzitým vznikli trovy konania, rozhodne súd o ich náhrade. Podľa ust. § 250d ods. 3 O.s.p. súd uznesením konanie zastaví aj vtedy, ak žaloba bola vzatá späť. O trovách konania súd rozhodol podľa osobitnej úpravy ohľadom náhrady trov konania v konaniach podľa piatej časti O.s.p. v jeho ust. § 250h ods. 2 O.s.p., s prihliadnutím na ust. § 246c O.s.p. v spojitosti s ust. § 146 ods.2 O.s.p. tak, že žiadnemu z účastníkov nepriznal náhradu trov konania, pretože pre iný postup nebol dôvod. O vrátení súdneho poplatku súd nerozhodoval, pretože tento nebol žalobcom súčasne s podaním žaloby uhradený. Toto rozhodnutie senát Krajského súdu v Bratislave prijal pomerom hlasov 3 : 0 (§ 3 ods. 9 zákona č. 757/2004 Z.z. v znení zákona č. 33/2011 Z.z.) Poučenie: Proti tomuto uzneseniu možno podať odvolanie do 15 dní odo dňa jeho doručenia, na Krajský súd v Bratislave. V odvolaní sa má popri všeobecných náležitostiach (§ 42 ods. 3 O. s. p.) uviesť, proti ktorému rozhodnutiu smeruje, v akom rozsahu sa napáda, v čom sa toto rozhodnutie alebo postup súdu považuje za nesprávny a čoho sa odvolateľ domáha. Ak povinný dobrovoľne nesplní, čo mu ukladá vykonateľné rozhodnutie, oprávnený môže podať návrh na vykonanie exekúcie podľa osobitného zákona.</w:t>
      </w:r>
    </w:p>
    <w:p/>
    <w:p>
      <w:r>
        <w:t>Zdroj: KAUZIS.SK – https://www.kauzis.sk/judikatura/r/ECLI:SK:KSBA:2015:9013010153.1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