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1K/1/2000 z 22. 9. 2016</w:t>
      </w:r>
    </w:p>
    <w:p>
      <w:r>
        <w:t>Uznesenie Krajského súdu Bratislava z 22. septembra 2016, sp. zn. 1K/1/2000, ECLI:SK:KSBA:2016:1000897857.6</w:t>
      </w:r>
    </w:p>
    <w:p>
      <w:r>
        <w:t>Súd: Krajský súd Bratislava</w:t>
      </w:r>
    </w:p>
    <w:p>
      <w:r>
        <w:t>Spisová značka: 1K/1/2000</w:t>
      </w:r>
    </w:p>
    <w:p>
      <w:r>
        <w:t>ECLI: ECLI:SK:KSBA:2016:1000897857.6</w:t>
      </w:r>
    </w:p>
    <w:p>
      <w:r>
        <w:t>Dátum vydania: 22. 9. 2016</w:t>
      </w:r>
    </w:p>
    <w:p>
      <w:r>
        <w:t>Forma: Uznesenie</w:t>
      </w:r>
    </w:p>
    <w:p>
      <w:r>
        <w:t>Oblasť práva: Obchodné právo</w:t>
      </w:r>
    </w:p>
    <w:p>
      <w:pPr>
        <w:pStyle w:val="Heading2"/>
      </w:pPr>
      <w:r>
        <w:t>Text rozhodnutia</w:t>
      </w:r>
    </w:p>
    <w:p>
      <w:r>
        <w:t>Súd: Krajský súd Bratislava Spisová značka: 1K/1/2000 Identifikačné číslo súdneho spisu: 1000897857 Dátum vydania rozhodnutia: 23. 09. 2016 Meno a priezvisko sudcu, VSÚ: JUDr. Lýdia Noskovičová ECLI: ECLI:SK:KSBA:2016:1000897857.6 Uznesenie Krajský súd v Bratislave v konkurznej veci úpadcu: AG Banka, a.s., Coboriho 2, 949 77 Nitra, IČO: 36 019 895, s ustanoveným správcom konkurznej podstaty JUDr. Pavlom Malichom, advokátom, Dunajská 25, 811 08 Bratislava, o konečnej správe o speňažení majetku z podstaty a o vyúčtovaní odmeny a výdavkov správcu, takto r o z h o d o l : Súd z r u š u j e konkurz vyhlásený na majetok úpadcu: AG Banka, a.s., Coboriho 2, 949 77 Nitra, IČO: 36 019 895, po splnení rozvrhového uznesenia. Súd z b a v u j e JUDr. Pavla Malicha, advokáta, Dunajská 25, 811 08 Bratislava, funkcie správcu konkurznej podstaty. Súd z b a v u j e Ing. Vladimíra Litvaja, Tilgnerova 4, 811 01 Bratislava, funkcie osobitného správcu pre oblasť: súpis a oceňovanie majetku a vymáhanie pohľadávok. o d ô v o d n e n i e : 1. Uznesením tunajšieho súdu pod č. k. 1K 1/2000-34 zo dňa 13. 04. 2000 bol vyhlásený konkurz na majetok dlžníka: AG Banka, a.s., Coboriho 2, 949 77 Nitra, IČO: 36 019 895. Súd zároveň v predmetnom uznesení ustanovil do funkcie správcu konkurznej podstaty JUDr. Bernarda Ondrejku, Holekova 2, 811 04 Bratislava. Funkciu správcu konkurznej podstaty v priebehu konkurzného konania postupne vykonávali: JUDr. Ján Hutník, Turčianska 1, 821 09 Bratislava, od 07.08.2001 do 10.12.2001 a JUDr. Pavol Malich od 20.02.2003. Osobitným správcom pre oblasť správy v spojení so speňažovaním, bol dňa 20.07.2001 menovaný JUDr. Ernest Valko. Tejto funkcie bol zbavený uznesením zo dňa 20.02.2003 a do funkcie osobitného správcu pre oblasť súpis a oceňovanie majetku a vymáhanie pohľadávok bol uznesením zo dňa 20.02.2003 ustanovený Ing. Vladimír Litvaj. 2. Uznesením č. k. 1K 1/2000-4772 zo dňa 09.06.2016, súd na návrh správcu konkurznej podstaty rozhodol o rozdelení finančných prostriedkov získaných speňažením celej konkurznej podstaty. Z majetku úpadcu patriaceho do konkurznej podstaty nebol žiaden majetok vylúčený. 3. Podaním zo dňa 14.09.2016, doručeným súdu dňa 21.09.2016, správca konkurznej podstaty predložil súdu návrh na zrušenie konkurzu po splnení rozvrhového uznesenia, ktorý obsahuje informáciu o úplnej realizácii uznesenia o rozvrhu č. k. 1K 1/2000-4772 zo dňa 09.06.2016, ktoré nadobudlo právoplatnosť dňa 15.07.2016 a priložil listiny preukazujúce uskutočnené úhrady veriteľom. Správca vo svojom podaní zo dňa 14.09.2016, doručenom súdu dňa 21.09.2016, zároveň požiadal o zbavenie funkcie správcu konkurznej podstaty a o zbavenie funkcie osobitného správcu Ing. Vladimíra Litvaja. 4. V zmysle § 44 ods. 1 písm. b) zákona č. 328/1991 Zb. o konkurze a vyrovnaní v platnom znení, súd zruší konkurz, v ktorom nedošlo k potvrdeniu núteného vyrovnania, po splnení rozvrhového uznesenia a podľa ods. 4 citovaného ustanovenia, súd zbaví správcu funkcie. 5. Keďže správca konkurznej podstaty oznámil a preukázal súdu splnenie rozvrhového uznesenia, súd v zmysle týchto ustanovení zrušil konkurz a JUDr. Pavla Malicha zbavil funkcie správcu konkurznej podstaty a Ing. Vladimíra Litvaja funkcie osobitného správcu pre oblasť súpis a oceňovanie majetku a vymáhanie pohľadávok. 6. Správca konkurznej podstaty oznámi súdu, či ukončil účtovnú uzávierku úpadcu. Poučenie: Proti tomuto uzneseniu je možné podať odvolanie v lehote 30 dní od jeho publikovania v Obchodnom vestníku prostredníctvom Krajského súdu v Bratislave. Podľa § 363 Civilného sporového poriadku (ďalej len „CSP“) v odvolaní sa popri všeobecných náležitostiach podania uvedie, proti ktorému rozhodnutiu smeruje, v akom rozsahu sa napáda, z akých dôvodov sa rozhodnutie považuje za nesprávne (odvolacie dôvody § 365 CSP) a čoho sa odvolateľ domáha (odvolací návrh). Podľa § 364 CSP, rozsah, v akom sa rozhodnutie napáda, môže odvolateľ rozšíriť len do uplynutia lehoty na podanie odvolania.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https://www.kauzis.sk/judikatura/r/ECLI:SK:KSBA:2016:1000897857.6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