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6K/6/2000 z 19. 1. 2016</w:t>
      </w:r>
    </w:p>
    <w:p>
      <w:r>
        <w:t>Uznesenie Krajského súdu Bratislava z 19. januára 2016, sp. zn. 6K/6/2000, ECLI:SK:KSBA:2016:1000899712.5</w:t>
      </w:r>
    </w:p>
    <w:p>
      <w:r>
        <w:t>Súd: Krajský súd Bratislava</w:t>
      </w:r>
    </w:p>
    <w:p>
      <w:r>
        <w:t>Spisová značka: 6K/6/2000</w:t>
      </w:r>
    </w:p>
    <w:p>
      <w:r>
        <w:t>ECLI: ECLI:SK:KSBA:2016:1000899712.5</w:t>
      </w:r>
    </w:p>
    <w:p>
      <w:r>
        <w:t>Dátum vydania: 19. 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6K/6/2000 Identifikačné číslo súdneho spisu: 1000899712 Dátum vydania rozhodnutia: 20. 01. 2016 Meno a priezvisko sudcu, VSÚ: JUDr. Boris Tóth ECLI: ECLI:SK:KSBA:2016:1000899712.5</w:t>
      </w:r>
    </w:p>
    <w:p>
      <w:r>
        <w:t>Uznesenie Krajský súd v Bratislave v konkurznej veci úpadcu: PASINVEST, a.s. v konkurze, Nitrianska ulica 503/60, 958 01 Partizánske, IČO: 34 152 229, s ustanoveným správcom konkurznej podstaty: JUDr. Danica Birošová, sídlo AK, Piaristická 46, 911 01 Trenčín, o návrhu na zrušenie konkurzu, takto</w:t>
      </w:r>
    </w:p>
    <w:p>
      <w:r>
        <w:t>r o z h o d o l :</w:t>
      </w:r>
    </w:p>
    <w:p>
      <w:r>
        <w:t>Súd zrušuje konkurz vyhlásený uznesením č.k. 6K/6/2000-128 zo dňa 17.10.2000 na úpadcu: PASINVEST, a.s. v konkurze, Nitrianska ulica 503/60, 958 01 Partizánske, IČO: 34 152 229, po splnení rozvrhového uznesenia.</w:t>
      </w:r>
    </w:p>
    <w:p>
      <w:r>
        <w:t>Súd zbavuje JUDr. Danicu Birošovú funkcie správcu konkurznej podstaty.</w:t>
      </w:r>
    </w:p>
    <w:p>
      <w:r>
        <w:t>o d ô v o d n e n i e :</w:t>
      </w:r>
    </w:p>
    <w:p>
      <w:r>
        <w:t>Konkurz na úpadcu bol vyhlásený uznesením č.k. 6K/6/2000-128 zo dňa 17.10.2000, právoplatným 24.05.2001. Za správcu konkurznej podstaty bola ustanovená JUDr. Mária Ďurajdová - Cabadajová. Uznesením č.k. 6K/6/2000 zo dňa 29.10.2002 bola správkyňa JUDr. Mária Cabadajová odvolaná a za správcu konkurznej podstaty bola ustanovená JUDr. Danica Birošová.</w:t>
      </w:r>
    </w:p>
    <w:p>
      <w:r>
        <w:t>Vo veci bolo vydané rozvrhové uznesenie dňa 13.10.2015 pod č.k. 6K/6/2000-2064, právoplatné 19.11.2015 a dopĺňacie uznesenie dňa 03.11.2015 pod č.k. 6K/6/2000-2073, právoplatné 08.12.2015.</w:t>
      </w:r>
    </w:p>
    <w:p>
      <w:r>
        <w:t>Správkyňa konkurznej podstaty JUDr. Danica Birošová podaním doručeným súdu 04.12.2015 podala písomnú správu o splnení rozvrhového uznesenia. Podaním doručeným súdu dňa 16.12.2015 podala návrh na zrušenie konkurzu a zbavenie funkcie správkyne konkurznej podstaty.</w:t>
      </w:r>
    </w:p>
    <w:p>
      <w:r>
        <w:t>V zmysle § 44 ods.1 písm. b/ zákona FZ ČaSFR č. 328/1991 Zb. o konkurze a vyrovnaní v znení neskorších predpisov (ďalej len ZKV), súd zruší konkurz, v ktorom nedošlo k potvrdeniu núteného vyrovnania po splnení rozvrhového uznesenia. Podľa ods. 4 citovaného ustanovenia, v uznesení o zrušení konkurzu zbaví súd správcu funkcie a rozhodne o jeho odmene a náhrade výdavkov, ak o nich ešte nerozhodol.</w:t>
      </w:r>
    </w:p>
    <w:p>
      <w:r>
        <w:t>V priebehu konkurzného konania bol speňažený všetok majetok zaradený do konkurznej podstaty úpadcu. Správca konkurznej podstaty splnil rozvrhové uznesenie č.k. 6K/6/2000-2064 zo dňa 13.10.2015, ktorým bolo rozhodnuté o vyplatení zostatku finančných prostriedkov, o čom predložil fotokópie dokladov. Dopĺňacím uznesením č.k. 6K/6/2000-2073 zo dňa 03.11.2015 bolo rozhodnuté o tom, že pohľadávky veriteľov zistené v triedach nebudú vyplatené z dôvodu nedostatku finančných prostriedkov.</w:t>
      </w:r>
    </w:p>
    <w:p>
      <w:r>
        <w:t>Súd po splnení rozvrhového uznesenia konkurz v zmysle citovaných ustanovení zrušil a správcu zbavil funkcie. O odmene správcu už nerozhodoval, nakoľko o nej už bolo</w:t>
      </w:r>
    </w:p>
    <w:p>
      <w:r>
        <w:t>Poučenie:</w:t>
      </w:r>
    </w:p>
    <w:p>
      <w:r>
        <w:t>Proti tomuto uzneseniu je možné podať odvolanie v lehote 30 dní od jeho zverejnenia v Obchodnom vestníku na Krajskom súde v Bratislave. V odvolaní je potrebné uviesť okrem všeobecných náležitostí (§ 42 ods. 3 O.s.p. v nadväznosti na § 66e ods. 1 ZKV), v akom rozsahu sa napáda, v čom sa toto rozhodnutie alebo postup súdu považuje za nesprávny a čoho sa odvolateľ domáha (§ 204 ods. 1 a § 205 os. 1 a 2 O.s.p. v nadväznosti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https://www.kauzis.sk/judikatura/r/ECLI:SK:KSBA:2016:1000899712.5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