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39CB/36/2001 z 18. 5. 2016</w:t>
      </w:r>
    </w:p>
    <w:p>
      <w:r>
        <w:t>Uznesenie Krajského súdu Bratislava z 18. mája 2016, sp. zn. 39CB/36/2001, ECLI:SK:KSBA:2016:1001896065.7</w:t>
      </w:r>
    </w:p>
    <w:p>
      <w:r>
        <w:t>Súd: Krajský súd Bratislava</w:t>
      </w:r>
    </w:p>
    <w:p>
      <w:r>
        <w:t>Spisová značka: 39CB/36/2001</w:t>
      </w:r>
    </w:p>
    <w:p>
      <w:r>
        <w:t>ECLI: ECLI:SK:KSBA:2016:1001896065.7</w:t>
      </w:r>
    </w:p>
    <w:p>
      <w:r>
        <w:t>Dátum vydania: 18. 5. 2016</w:t>
      </w:r>
    </w:p>
    <w:p>
      <w:r>
        <w:t>Forma: Uznesenie</w:t>
      </w:r>
    </w:p>
    <w:p>
      <w:r>
        <w:t>Oblasť práva: Obchodné právo</w:t>
      </w:r>
    </w:p>
    <w:p>
      <w:pPr>
        <w:pStyle w:val="Heading2"/>
      </w:pPr>
      <w:r>
        <w:t>Text rozhodnutia</w:t>
      </w:r>
    </w:p>
    <w:p>
      <w:r>
        <w:t>Súd: Krajský súd Bratislava Spisová značka: 39CB/36/2001 Identifikačné číslo súdneho spisu: 1001896065 Dátum vydania rozhodnutia: 19. 05. 2016 Meno a priezvisko sudcu, VSÚ: JUDr. Peter Pospech ECLI: ECLI:SK:KSBA:2016:1001896065.7 Uznesenie Krajský súd v Bratislave pred samosudcom JUDr. Petrom Pospechom, v právnej veci navrhovateľa: MALPLAST, s.r.o. Malacky, zast. Y. Q.,, proti odporcovi: T. O., F. XX, XXX XX F., práv. zast. JUDr. Evou Nováčkovou, advokátkou, Brančská 7, 851 01 Bratislava, o zaplatenie sumy 1,536.480,- Sk, t.j. 51.001,79 Eur, takto r o z h o d o l : Súd konanie z a s t a v u j e. Žiaden z účastníkov nemá právo na náhradu trov konania. o d ô v o d n e n i e : Návrhom došlým tunajšiemu súdu dňa 23.7.1991 sa navrhovateľ Ing. Ernest Osuský, správca konkurznej podstaty úpadcu Stein, a.s., Blumentálska 19, Bratislava, domáhal voči odporcovi v 1. rade K.. T. O., F. XX, F. a odporcovi v 2. rade Cassiopeia, s.r.o., Blumentálska 11, Bratislava, obaja zastúpení JUDr. Evou Nováčkovou, advokátkou, Brančská 7, Bratislava, zaplatenia sumy 1,536.480,- Sk, t.j. 51.001,79 Eur. Podaním, doručeným súdu dňa 22.11.2005 navrhovateľ Ing. Ernest Osuský, SKP úpadcu Stein, a.s. Bratislava, oznámil konajúcemu súdu, že pohľadávka, ktorá je predmetom sporu bola navrhovateľom postúpená postupníkovi MALPLAST, s.r.o., Družstevná 38, 901 01 Malacky, IČO: 35 768 485, na základe Zmluvy o postúpení pohľadávok, vyhotovenej vo forme notárskej zápisnice pod s. N 176/2005, Nz 44877/2005, napísanej dňa 27.9.2005 notárom JUDr. Romanom Vidovencom. Navrhovateľ navrhol, aby súd pripustil do konania vstup postupníka, namiesto pôvodného navrhovateľa. Podaním zo dňa 22.12.2005 spol. MALPLAST, s.r.o. Malacky vyjadrila súhlas so vstupom do konania namiesto pôvodného navrhovateľa. O tomto návrhu rozhodol súd uznesením sp. zn. 39Cb/36/2001 zo dňa 21.12.2005, v súlade s ust. § 92 ods.2 OSP. Uznesením Krajského súdu v Bratislave pod sp. zn. 39Cb/36/2001 zo dňa 27.4.2009 konajúci súd zastavil konanie voči odporcovi v 2. rade Cassiopeia, s.r.o., Blumentálska 11, Bratislava podľa § 96 OSP. Písomným podaním, došlým konajúcemu súdu dňa 16.5.2016, novooznačený navrhovateľ MALPLAST, s.r.o. v likvidácii, so sídlom Družstevná 38, 901 01 Malacky, zobral svoj návrh na začatie konania v celom rozsahu späť a žiadal súdne konanie zastaviť. Na pojednávaní v predmetnej veci dňa 19.5.2016 súhlasila so späťvzatím návrhu právna zástupkyňa odporcu. Podľa § 96 ods. 1 OSP navrhovateľ môže vziať za konania späť návrh na jeho začatie a to sčasti, alebo v celom rozsahu. Ak je návrh vzatý späť celkom, súd konanie zastaví. Ak je návrh vzatý späť sčasti, súd konanie v tejto časti zastaví. Podľa § 96 ods. 2 OSP súd konanie nezastaví, ak odporca so späťvzatím návrhu z vážnych dôvodov nesúhlasí. Na pojednávaní prítomná právna zástupkyňa odporcu JUDr. Eva Nováčková, so späťvzatím žalobného návrhu v celom rozsahu súhlasila a preto súd konanie v predmetnej veci zastavil podľa § 96 OSP. Výrok o trovách konania súd oprel o skutočnosť, že k späťvzatiu žalobného návrhu došlo po jeho podaní, avšak právna zástupkyňa odporcu si trovy konania v lehote troch dní neuplatnila a preto ich súd nepriznal. Poučenie: Proti tomuto rozhodnutiu je možné podať odvolanie do 15 dní od doručenia rozhodnutia, na Krajský súd v Bratislave, písomne, dvojmo.</w:t>
      </w:r>
    </w:p>
    <w:p/>
    <w:p>
      <w:r>
        <w:t>Zdroj: KAUZIS.SK – https://www.kauzis.sk/judikatura/r/ECLI:SK:KSBA:2016:1001896065.7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