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4K/130/2001 z 4. 5. 2016</w:t>
      </w:r>
    </w:p>
    <w:p>
      <w:r>
        <w:t>Uznesenie Krajského súdu Bratislava z 4. mája 2016, sp. zn. 4K/130/2001, ECLI:SK:KSBA:2016:1001896492.3</w:t>
      </w:r>
    </w:p>
    <w:p>
      <w:r>
        <w:t>Súd: Krajský súd Bratislava</w:t>
      </w:r>
    </w:p>
    <w:p>
      <w:r>
        <w:t>Spisová značka: 4K/130/2001</w:t>
      </w:r>
    </w:p>
    <w:p>
      <w:r>
        <w:t>ECLI: ECLI:SK:KSBA:2016:1001896492.3</w:t>
      </w:r>
    </w:p>
    <w:p>
      <w:r>
        <w:t>Dátum vydania: 4. 5. 2016</w:t>
      </w:r>
    </w:p>
    <w:p>
      <w:r>
        <w:t>Forma: Uznesenie</w:t>
      </w:r>
    </w:p>
    <w:p>
      <w:r>
        <w:t>Oblasť práva: Obchodné právo</w:t>
      </w:r>
    </w:p>
    <w:p>
      <w:pPr>
        <w:pStyle w:val="Heading2"/>
      </w:pPr>
      <w:r>
        <w:t>Text rozhodnutia</w:t>
      </w:r>
    </w:p>
    <w:p>
      <w:r>
        <w:t>Súd: Krajský súd Bratislava Spisová značka: 4K/130/2001 Identifikačné číslo súdneho spisu: 1001896492 Dátum vydania rozhodnutia: 05. 05. 2016 Meno a priezvisko sudcu, VSÚ: JUDr. Eugen Palášthy ECLI: ECLI:SK:KSBA:2016:1001896492.3 Uznesenie Krajský súd v Bratislave v konkurznej veci úpadcu: DECORA-TÓTH, s.r.o., sídlom Miletičova 71, Bratislava - mestská časť Ružinov, IČO: 36 224 961, takto r o z h o d o l : Súd zrušuje konkurz vyhlásený uznesením tunajšieho súdu zo dňa 25.06.2003 pod č.k. 4K/130/2001-79 z dôvodu, že majetok úpadcu nepostačuje na úhradu výdavkov a odmeny správcu konkurznej podstaty. Súd zbavuje JUDr. Tatianu Timoranskú, sídlom AK Podzámska 32, 940 01 Nové Zámky, funkcie správcu konkurznej podstaty. o d ô v o d n e n i e : Dňa 18.01.2016 správkyňa konkurznej podstaty JUDr. Tatiana Timoranská predložila súdu správu, podľa ktorej sa v priebehu konkurzu nepodarilo speňažiť konkurznú podstatu, pričom hodnota majetku úpadcu nepostačuje ani na úhradu výdavkov a odmeny správcu. Počas konkurzného konania sa bývalej správkyni konkurznej podstaty JUDr. Božene Ilavskej, ani terajšej správkyni JUDr. Tatiany Timoranskej, nepodarilo získať do konkurznej podstaty žiadny hnuteľný, ani nehnuteľný majetok. Príjem zo speňaženej konkurznej podstaty predstavuje 0,- Eur. V konkurznej podstate sa už nenachádza žiadny majetok. V zmysle § 44 ods. 1 písm. d/ zák. č. 328/1991 Zb. v platnom znení, súd zruší konkurz, ak zistí, že majetok úpadcu nepostačuje na úhradu výdavkov a odmeny správcu, pričom sa neprihliada na veci a pohľadávky vylúčené z podstaty a podľa ods. 4 citovaného ustanovenia, súd zbaví správcu funkcie. Keďže správca konkurznej podstaty preukázal vo vyúčtovaní príjmov a výdavkov na vedení konkurzu, že majetok úpadcu nepostačuje na úhradu výdavkov a odmeny správcu v zmysle uvedených ustanovení súd konkurz zrušil a správcu konkurznej podstaty zbavil funkcie. Zrušením konkurzu zanikajú účinky vyhlásenia konkurzu uvedené v § 14 zák. č. 328/1991 Zb. v znení neskorších predpisov. Na základe zoznamu prihlášok možno pre zabezpečenú pohľadávku po právoplatnosti uznesenia o zrušení konkurzu viesť výkon rozhodnutia na úpadcovo imanie (§ 45 ods. 1 zák. č. 328/1991 Zb. v znení neskorších predpisov). Poučenie: Proti tomuto rozhodnutiu možno podať odvolanie v lehote 30 dní od jeho publikovania v Obchodnom vestníku na Krajskom súde v Bratislave.</w:t>
      </w:r>
    </w:p>
    <w:p/>
    <w:p>
      <w:r>
        <w:t>Zdroj: KAUZIS.SK – https://www.kauzis.sk/judikatura/r/ECLI:SK:KSBA:2016:1001896492.3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