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3K/93/2001 z 7. 8. 2016</w:t>
      </w:r>
    </w:p>
    <w:p>
      <w:r>
        <w:t>Uznesenie Krajského súdu Bratislava z 7. augusta 2016, sp. zn. 3K/93/2001, ECLI:SK:KSBA:2016:1001896493.6</w:t>
      </w:r>
    </w:p>
    <w:p>
      <w:r>
        <w:t>Súd: Krajský súd Bratislava</w:t>
      </w:r>
    </w:p>
    <w:p>
      <w:r>
        <w:t>Spisová značka: 3K/93/2001</w:t>
      </w:r>
    </w:p>
    <w:p>
      <w:r>
        <w:t>ECLI: ECLI:SK:KSBA:2016:1001896493.6</w:t>
      </w:r>
    </w:p>
    <w:p>
      <w:r>
        <w:t>Dátum vydania: 7.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3K/93/2001 Identifikačné číslo súdneho spisu: 1001896493 Dátum vydania rozhodnutia: 08. 08. 2016 Meno a priezvisko sudcu, VSÚ: JUDr. Eugen Palášthy ECLI: ECLI:SK:KSBA:2016:1001896493.6 Uznesenie Krajský súd v Bratislave, v konkurznej veci úpadcu: U. U. - M - W., XXX XX V. XXX, IČO: XX XXX XXX, takto r o z h o d o l : Súd zrušuje konkurz vyhlásený uznesením tunajšieho súdu zo dňa 24.01.2003, pod č.k. 3K/93/2001-37, po splnení rozvrhového uznesenia. Súd zbavuje správcu KONKURZNÝ SPRÁVCA, k.s., sídlom Nám. SNP 15, 974 01 Banská Bystrica, IČO: 36 746 762, funkcie správcu konkurznej podstaty. o d ô v o d n e n i e : Dňa 22.07.2016 správca konkurznej podstaty predložil súdu správu o záverečnom vyúčtovaní konkurzu a vysporiadaní pohľadávok veriteľov podľa rozvrhového uznesenia č.k. zo dňa 15.02.2016, ktoré nadobudlo právoplatnosť dňa 22.03.2016.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https://www.kauzis.sk/judikatura/r/ECLI:SK:KSBA:2016:1001896493.6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