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55Cbi/309/2001 z 5. 6. 2016</w:t>
      </w:r>
    </w:p>
    <w:p>
      <w:r>
        <w:t>Uznesenie Krajského súdu Bratislava z 5. júna 2016, sp. zn. 55Cbi/309/2001, ECLI:SK:KSBA:2016:1001899810.24</w:t>
      </w:r>
    </w:p>
    <w:p>
      <w:r>
        <w:t>Súd: Krajský súd Bratislava</w:t>
      </w:r>
    </w:p>
    <w:p>
      <w:r>
        <w:t>Spisová značka: 55Cbi/309/2001</w:t>
      </w:r>
    </w:p>
    <w:p>
      <w:r>
        <w:t>ECLI: ECLI:SK:KSBA:2016:1001899810.24</w:t>
      </w:r>
    </w:p>
    <w:p>
      <w:r>
        <w:t>Dátum vydania: 5.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55Cbi/309/2001 Identifikačné číslo súdneho spisu: 1001899810 Dátum vydania rozhodnutia: 06. 06. 2016 Meno a priezvisko sudcu, VSÚ: JUDr. Peter Pospech ECLI: ECLI:SK:KSBA:2016:1001899810.24 Uznesenie Krajský súd v Bratislave, v právnej veci žalobcu: JUDr. Katarína Cibulková, SKP spoločnosti MANAZ, spol. s.r.o., Veľký dvor č.12, Želiezovce, IČO: 34 124 756, právne zastúpená AK LION LAW Partners, spol. s.r.o., Komenského 14A, 974 01 Banská Bystrica, proti žalovanému: PRAN, a.s., Hraničná 55, 821 05 Bratislava, IČO: 35 734 906, právne zastúpená JUDr. Petrom Kubíkom, advokátom s.r.o., Staré Grunty 162, 841 04 Bratislava - Karlova Ves, IČO: 47 233 931, za účasti vedľajšieho účastníka: Slovenské liečebné kúpele Piešťany, a.s., Winterova 29, 921 29 Piešťany, IČO: 34 144 790, právne zastúpené AK BIZOŇ PARTNERS, s.r.o., Hviezdoslavovo nám. 25, 811 02 Bratislava, IČO: 36 833 533, o neúčinnosť kúpnej zmluvy a zaplatenie 165.969,59 Eur (5,000.000,- Sk) s prísl., takto r o z h o d o l : Súd priznáva Centrálnemu depozitáru cenných papierov SR, a.s., Ul. 29. augusta 1/A, 814 80 Bratislava, IČO: 31 338 976, náhradu vecných nákladov vo výške 1,30 Eur. Súd ukladá učtárni Krajského súdu v Bratislave, aby po právoplatnosti tohto uznesenia vyplatila Centrálnemu depozitáru cenných papierov SR, a.s., Ul. 29. augusta 1/A, 814 80 Bratislava, IČO: 31 338 976, na účet číslo IBAN: SK8711000000002622003416, vedený v Tatra banke a.s., sumu 1,30 Eur zo štátnych finančných prostriedkov, zavedené v zozname trov č.l. 15, pod položkou č. 2. o d ô v o d n e n i e : Krajský súd v Bratislave listom zo dňa 25.04.2016, podľa § 125 O.s.p. požiadal Centrálny depozitár cenných papierov SR, a.s., Bratislava (ďalej len CDCP) o informáciu ohľadom vlastníctva akcií za celé obdobie trvania spoločnosti PRAN a.s., Hraničná 55, Bratislava, s ohľadom na rok 1998. Centrálny depozitár cenných papierov SR, a.s. listom doručeným dňa 27.05.2016 oznámil súdu požadované informácie. Za poskytnuté služby v zmysle § 110 ods. 1 zákona č. 566/2001 Z.z. o cenných papieroch a investičných službách a o zmene a doplnení niektorých zákonov vystavil faktúru číslo 2016051090, s fakturovanou sumou 33,24 €. Táto suma pozostávala zo sumy 26,40 € + 20% DPH za informačne služby v súlade s § 110 ods. 1 písm. a/ zákona a zo sumy 1,30 € za poštovné podľa sadzobníka poštových poplatkov Slovenskej pošty bez toho, aby ich preukázal listinnými dôkazmi. Vo svojom podaní CDCP uviedol, že cena za poskytnutú službu bola fakturovaná v zmysle platného Cenníka Centrálneho depozitára cenných papierov SR, a.s.. Ďalej uviedol, že CDCP patrí za podanie správy oprávneným osobám úhrada nákladov. Súd zistil, že účtovanie služieb v zmysle cenníka CDCP prislúcha oznamovateľovi vo vzťahu k jeho klientom, ktorý má súkromnoprávnu povahu. Vzťah súdu a poskytovateľa informácii je vzťahom verejnoprávnym. Súd tu nie je v postavení zákazníka alebo klienta vo vzťahu k poskytovateľovi príslušných skutočností. Poskytovateľ je povinný súdu oznámiť požadované informácie. Oznamovateľ má za poskytnutie informácií súdu nepochybne nárok na úhradu skutočných vecných nákladov v zmysle § 128 O.s.p., ako aj § 110 ods. 4 zák. č. 566/2001 Z.z. . Podľa § 128 O.s.p., každý je povinný bez zbytočného odkladu na požiadanie súdu písomne oznámiť skutočnosti, ktoré majú význam pre konanie a rozhodnutie súdu, za náhradu vecných nákladov. Z ust. § 110 ods. 1 písm. a/ zákona č. 566/2001 Z.z. v platnom znení vyplýva, že centrálny depozitár, člen, obchodník s cennými papiermi je povinný podať informáciu o utajovaných skutočnostiach podľa § 109 ods. 1 súdu na účely občianskeho súdneho konania, pričom podľa ust. § 110 ods. 4 zák.č. 566/2001 Z.z. za podanie správy podľa odseku 1 písm. a/ patrí centrálnemu depozitárovi alebo členovi náhrada nákladov. CDCP v súvislosti s poskytovaním údajov súdu si nemôže za vykonanú činnosť pre súd účtovať niečo iné než náhradu vecných nákladov vynaložených za túto činnosť. I keď podľa zákona 566/2001 Z.z. CDCP poskytuje služby za úhradu, pokiaľ ide o poskytovanie údajov súdu v rámci občianskeho súdneho konania, túto jeho činnosť za službu nemožno považovať. Z uvedeného teda vyplýva, že písomné oznámenie skutočnosti majúcej význam pre konanie a rozhodnutie súdu, nie je službou poskytovanou za odplatu. Oznamovateľ má právo na náhradu odôvodnených vecných nákladov, ktoré mu v súvislosti so splnením povinnosti uloženej mu súdom podľa § 128 O.s.p. vznikli. V tomto prípade má súd za preukázané vecné náklady len vo výške poštovného, a to 1,30 Eur, iné vecné náklady preukázané neboli. Súd má za to, že vecné náklady treba preukázať v každom konaní samostatne a nemožno vychádzať z priemeru za predchádzajúce obdobie. Pretože Centrálny depozitár cenných papierov SR, a.s. Bratislava iné vecné náklady nepreukázal, súd rozhodol tak, ako je uvedené vo výroku tohto uznesenia. Poučenie: Proti tomuto uzneseniu možno podať odvolanie písomne v lehote do 15 dní odo dňa jeho doručenia na Krajskom súde v Bratislave, dvojmo. V odvolaní sa má popri všeobecných náležitostiach (§ 42 ods. 3 O.s.p.)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https://www.kauzis.sk/judikatura/r/ECLI:SK:KSBA:2016:1001899810.24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