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55Cbi/309/2001 z 20. 9. 2016</w:t>
      </w:r>
    </w:p>
    <w:p>
      <w:r>
        <w:t>Uznesenie Krajského súdu Bratislava z 20. septembra 2016, sp. zn. 55Cbi/309/2001, ECLI:SK:KSBA:2016:1001899810.25</w:t>
      </w:r>
    </w:p>
    <w:p>
      <w:r>
        <w:t>Súd: Krajský súd Bratislava</w:t>
      </w:r>
    </w:p>
    <w:p>
      <w:r>
        <w:t>Spisová značka: 55Cbi/309/2001</w:t>
      </w:r>
    </w:p>
    <w:p>
      <w:r>
        <w:t>ECLI: ECLI:SK:KSBA:2016:1001899810.25</w:t>
      </w:r>
    </w:p>
    <w:p>
      <w:r>
        <w:t>Dátum vydania: 20.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55Cbi/309/2001 Identifikačné číslo súdneho spisu: 1001899810 Dátum vydania rozhodnutia: 21. 09. 2016 Meno a priezvisko sudcu, VSÚ: JUDr. Elena Kúšová ECLI: ECLI:SK:KSBA:2016:1001899810.25 Uznesenie Krajský súd v Bratislave v senáte zloženom z predsedníčky senátu JUDr. Eleny Kúšovej a členiek senátu JUDr. Tatiany Pastierikovej a JUDr. Dany Šiffalovičovej v právnej veci žalobcu: JUDr. Katarína Cibulková, správkyňa konkurznej podstaty MANAZ, spol. s.r.o., Veľký dvor č. 12, Želiezovce, IČO: 34 124 756, právne zastúpená AK LION LAW Partners, spol. s.r.o., Komenského 14A, 974 01 Banská Bystrica, proti žalovanému: PRAN, a.s., Hraničná 55, 821 05 Bratislava, IČO: 35 734 906, právne zastúpená JUDr. Petrom Kubíkom, advokátom s.r.o., Staré Grunty 162, 841 04 Bratislava - Karlova Ves, IČO: 47 233 931, za účasti vedľajšieho účastníka: Slovenské liečebné kúpele Piešťany, a.s., Winterova 29, 921 29 Piešťany, IČO: 34 144 790, právne zastúpené AK BIZOŇ PARTNERS, s.r.o., Hviezdoslavovo nám. 25, 811 02 Bratislava, IČO: 36 833 533, o neúčinnosť kúpnej zmluvy a zaplatenie 165.969,59 Eur (5,000.000,- Sk) s prísl., takto r o z h o d o l : Súd upravuje učtáreň Krajského súdu v Bratislave, aby vrátila: I. preddavok trov konania v sume 2.489,52 Eur žalobcovi, zapísaný v knihe pohľadávok pod položkou D14/1/2014, bez vyčkania právoplatnosti uznesenia. II. preddavok trov konania v sume 8.298,48 Eur žalovanému, zapísaný v knihe pohľadávok pod položkou D14/8/2012, bez vyčkania právoplatnosti uznesenia. o d ô v o d n e n i e : 1. Na pojednávaní konanom dňa 29.02.2012 žalovaný súdu predložil návrh na uloženie povinnosti účastníkom konania zložiť preddavok na trovy konania v zmysle § 141a O.s.p. Uznesením č.k. 55Cbi/309/2001-307 zo dňa 06.03.2012 súd uložil žalobcovi zložiť preddavok na trovy konania v sume 2.489,52 Eur a žalovanému v sume 8.298,48 Eur. 2. Dňa 20.03.2012 bolo súdu doručené odvolanie právneho zástupcu žalovaného voči uzneseniu tunajšieho súdu č.k. 55Cbi/309/2001-307 zo dňa 06.03.2012 a opätovný návrh na uloženie povinnosti podľa § 141a O.s.p. Voči uvedenému rozhodnutiu podal dňa 29.03.2012 odvolanie aj právny zástupca žalobcu. Uznesením č.k. 5Obo/24/2012-322 zo dňa 29.03.2012 Najvyšší súd SR odvolanie žalovaného odmietol. 3. Uznesením č.k. 55Cbi/309/2001-332 zo dňa 01.10.2012 Krajský súd v Bratislave opravil výrokovú časť uznesenia č.k. 55Cbi/309/2001-307 zo dňa 06.03.2012, kde došlo k zrejmej nesprávnosti v neuvedení lehoty plnenia preddavku na trovy konania. 4. Voči uzneseniu č.k. 55Cbi/309/2001-332 zo dňa 01.10.2012 podali právny zástupca žalovaného a právny zástupca žalobcu odvolanie. Najvyšší súdu SR uznesením č.k. 5Obo/90/2012-371 zo dňa 29.01.2014 odvolanie žalovaného aj žalobcu odmietol. Uvedené uznesenie nadobudlo právoplatnosť dňa 21.02.2014. 5. Žalobca preddavok na trovy konania na účet súdu zložil dňa 26.02.2014 a žalovaný dňa 04. 12. 2012. 6. Súd pri svojom rozhodovaní vychádzal z nálezu Ústavného súdu Slovenskej republiky sp. zn. PL. ÚS 30/2015 zo dňa 11. 05. 2016, ktorým bolo rozhodnuté o tom, že ust. § 141a OSP v znení neskorších predpisov nie je v súlade s čl. 1 ods. 1 a čl. 46 ods. 1 Ústavy Slovenskej republiky, a teda stratilo účinnosť. Nález bol vyhlásený v Zbierke zákonov Slovenskej republiky dňa 14. 06. 2016. S účinnosťou od 01. 07. 2016 došlo podľa ust. § 473 zákona č. 160/2015 Z. z. k zrušeniu zákona č. 99/1963 Zb. V civilnom sporovom poriadku nie je upravené platenie preddavku na trovy konania. 7. Na základe týchto dôvodov súd rozhodol o vrátení preddavku na trovy konania žalobcovi aj žalovanému tak, ako je uvedené vo výroku tohto rozhodnutia. Poučenie: Proti tomuto uzneseniu nie je prípustné odvolanie.</w:t>
      </w:r>
    </w:p>
    <w:p/>
    <w:p>
      <w:r>
        <w:t>Zdroj: KAUZIS.SK – https://www.kauzis.sk/judikatura/r/ECLI:SK:KSBA:2016:1001899810.25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