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3Cb/125/2003 z 19. 10. 2016</w:t>
      </w:r>
    </w:p>
    <w:p>
      <w:r>
        <w:t>Uznesenie Krajského súdu Bratislava z 19. októbra 2016, sp. zn. 3Cb/125/2003, ECLI:SK:KSBA:2016:1003897099.2</w:t>
      </w:r>
    </w:p>
    <w:p>
      <w:r>
        <w:t>Súd: Krajský súd Bratislava</w:t>
      </w:r>
    </w:p>
    <w:p>
      <w:r>
        <w:t>Spisová značka: 3Cb/125/2003</w:t>
      </w:r>
    </w:p>
    <w:p>
      <w:r>
        <w:t>ECLI: ECLI:SK:KSBA:2016:1003897099.2</w:t>
      </w:r>
    </w:p>
    <w:p>
      <w:r>
        <w:t>Dátum vydania: 19.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3Cb/125/2003 Identifikačné číslo súdneho spisu: 1003897099 Dátum vydania rozhodnutia: 20. 10. 2016 Meno a priezvisko sudcu, VSÚ: JUDr. Elena Ondrišová ECLI: ECLI:SK:KSBA:2016:1003897099.2 Uznesenie Krajský súd v Bratislave v senáte zloženom z predsedníčky senátu JUDr. Eleny Ondrišovej a členov senátu Mgr. Štefana Zelenáka a JUDr. Miroslavy Janečkovej v právnej veci žalobcu VZOR PAPILLONS, družstvo, Olomoucka 80/797, Brno, Česká republika, IČO: 000 299 55, proti žalovanému DECORA - TÓTH, s.r.o., Miletičova 71, Bratislava, IČO: 36 224 961, o zaplatenie 5.428,62 EUR (163.542,74 SK) s príslušenstvom, jednohlasne takto r o z h o d o l : Krajský súd v Bratislave konanie z a s t a v u j e . Žiaden z účastníkov nemá nárok na náhradu trov konania. o d ô v o d n e n i e : 1. Žalobou podanou na súd 7.4.2003 si žalobca uplatnil voči žalovanému právo na zapl. 163.542,74 Sk s príslušenstvom. 2. Uznesením Krajského súdu v Bratislave sp. zn. 4K 130/01 bol dňa 25.6.2003 vyhlásený na žalovaného konkurz, v dôsledku čoho bolo konanie podľa § 14 ods. 1 písm. d/ zák. č. 328/1991 Zb. o konkurze a vyrovnaní (ZKV) zo zákona prerušené. 3. Krajský súd v Bratislave uznesením č.k. 4K 130/2001-285 zo dňa 5.5.2016 zrušil predmetný konkurz z dôvodu, že majetok úpadcu nepostačuje na úhradu výdavkov a odmeny správcu konkurznej podstaty. 4. Okresný súd Bratislava I v Bratislave (registrový súd) dňa 21.6.2016 žalovaného ex offo vymazal z obchodného registra, čím žalovaný stratil spôsobilosť byť účastníkom konania. 5. Podľa ust. § 470 zák. č. 160/2015 Z.z. (C.s.p.),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6. Podľa § 64 C.s.p., ak strana zanikne počas konania skôr, ako sa konanie právoplatne skončilo, súd rozhodne, že v konaní pokračuje s jej právnym nástupcom. Ak právneho nástupcu niet, súd konanie zastaví. 7. S poukazom na uvedené zákonné ustanovenie súd rozhodol tak, ako je uvedené vo výroku tohto uznesenia, nakoľko žalovaný zanikol bez právneho nástupcu. 8. O trovách konania bolo rozhodnuté podľa § 256 C.s.p., nakoľko žalovaná strana zanikla v priebehu konania bez právneho nástupcu. Poučenie: Proti tomuto uzneseniu možno podľa § 357 písm. d/ C.s.p. podať odvolanie v lehote do 15 dní odo dňa doručenia, dvojmo na Krajský súd v Bratislave. V odvolaní sa popri všeobecných náležitostiach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https://www.kauzis.sk/judikatura/r/ECLI:SK:KSBA:2016:1003897099.2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