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6K/4/2004 z 18. 10. 2016</w:t>
      </w:r>
    </w:p>
    <w:p>
      <w:r>
        <w:t>Uznesenie Krajského súdu Bratislava z 18. októbra 2016, sp. zn. 6K/4/2004, ECLI:SK:KSBA:2016:1004899795.5</w:t>
      </w:r>
    </w:p>
    <w:p>
      <w:r>
        <w:t>Súd: Krajský súd Bratislava</w:t>
      </w:r>
    </w:p>
    <w:p>
      <w:r>
        <w:t>Spisová značka: 6K/4/2004</w:t>
      </w:r>
    </w:p>
    <w:p>
      <w:r>
        <w:t>ECLI: ECLI:SK:KSBA:2016:1004899795.5</w:t>
      </w:r>
    </w:p>
    <w:p>
      <w:r>
        <w:t>Dátum vydania: 18. 10.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6K/4/2004 Identifikačné číslo súdneho spisu: 1004899795 Dátum vydania rozhodnutia: 19. 10. 2016 Meno a priezvisko sudcu, VSÚ: JUDr. Boris Tóth ECLI: ECLI:SK:KSBA:2016:1004899795.5 Uznesenie Krajský súd v Bratislave, v konkurznej veci úpadcu: INŠTALA výrobné družstvo, Priemyselná 4, 949 23 Nitra, IČO: 00 167 479, s ustanoveným správcom konkurznej podstaty: JUDr. Juraj Puskailer, Račianska 71, 831 02 Bratislava, o návrhu na zrušenie konkurzu, takto r o z h o d o l : Súd zrušuje konkurz vyhlásený uznesením č.k. 6K/4/2004-24 zo dňa 31.01.2005 po splnení rozvrhového uznesenia. Súd zbavuje JUDr. Juraja Puskailera, so sídlom Račianska 71, 831 02 Bratislava, funkcie správcu konkurznej podstaty. o d ô v o d n e n i e : Konkurz na úpadcu bol vyhlásený uznesením č.k. 6K/4/2004-24 zo dňa 31.01.2005, právoplatným 23.02.2005. Za správcu konkurznej podstaty bola ustanovená JUDr. Mária Gatialová, so sídlom Orechová 82, Kolárovo. Uznesením č.k. 6K/4/2004-351 zo dňa 21.05.2008, právoplatným 29.05.2008, bol do funkcie nového správcu konkurznej podstaty ustanovený JUDr. Juraj Puskailer. Správca konkurznej podstaty JUDr. Juraj Puskailer podaním doručeným súdu 05.10.2016 podal správu o splnení rozvrhového uznesenia a súčasne požiadal o zbavenie funkcie správcu konkurznej podstaty. V zmysle § 44 ods.1 písm. b) zákona č. 328/1991 Zb. o konkurze a vyrovnaní v znení neskorších predpisov (ďalej len ZKV) súd zruší konkurz, v ktorom nedošlo k potvrdeniu núteného vyrovnania po splnení rozvrhového uznesenia. Podľa ods. 4 citovaného ustanovenia, v uznesení o zrušení konkurzu zbaví súd správcu funkcie a rozhodne o jeho odmene a náhrade výdavkov, ak o nich ešte nerozhodol. V priebehu konkurzného konania bol speňažený všetok majetok zaradený do konkurznej podstaty úpadcu okrem pohľadávok, ktoré boli opatrením č.k. 6K/4/2004-489 zo dňa 17.06.2013 vylúčené z konkurznej podstaty. Správca konkurznej podstaty splnil rozvrhové uznesenie č.k. 6K/4/2004-565 zo dňa 24.04.2015, právoplatné v spojení s uznesením Najvyššieho súdu SR 2Obo/30/2015 z 15.12.2015 dňa 21.06.2016, čo preukázal priloženými kópiami dokladov o úhrade jednotlivých pohľadávok. Uznesením č.k. 6K/4/2004-586 zo dňa 24.06.2016 súd rozhodol o prijatí nevyplatenej pohľadávky do súdnej úschovy. Poučenie: Proti tomuto uzneseniu je možné podať odvolanie v lehote 30 dní od jeho zverejnenia v Obchodnom vestníku na Krajskom súde v Bratislave.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https://www.kauzis.sk/judikatura/r/ECLI:SK:KSBA:2016:1004899795.5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