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4K/130/2005 z 10. 8. 2016</w:t>
      </w:r>
    </w:p>
    <w:p>
      <w:r>
        <w:t>Uznesenie Krajského súdu Bratislava z 10. augusta 2016, sp. zn. 4K/130/2005, ECLI:SK:KSBA:2016:1005203199.7</w:t>
      </w:r>
    </w:p>
    <w:p>
      <w:r>
        <w:t>Súd: Krajský súd Bratislava</w:t>
      </w:r>
    </w:p>
    <w:p>
      <w:r>
        <w:t>Spisová značka: 4K/130/2005</w:t>
      </w:r>
    </w:p>
    <w:p>
      <w:r>
        <w:t>ECLI: ECLI:SK:KSBA:2016:1005203199.7</w:t>
      </w:r>
    </w:p>
    <w:p>
      <w:r>
        <w:t>Dátum vydania: 10. 8.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4K/130/2005 Identifikačné číslo súdneho spisu: 1005203199 Dátum vydania rozhodnutia: 11. 08. 2016 Meno a priezvisko sudcu, VSÚ: JUDr. Boris Tóth ECLI: ECLI:SK:KSBA:2016:1005203199.7 Uznesenie Krajský súd v Bratislave v konkurznej veci úpadcu: L.. Z. S. B., s miestom podnikania: Y. X, XXX XX D., IČO: XX XXX XXX, s ustanoveným správcom konkurznej podstaty: Mgr. Ing. Viera Fraňová, Holubyho 16, 902 01 Pezinok, o návrhu na zrušenie konkurzu, takto r o z h o d o l : Súd zrušuje konkurz vyhlásený uznesením č.k. 4K/130/2005-237 zo dňa 03.04.2014 po splnení rozvrhového uznesenia. Súd zbavuje Mgr. Ing. Vieru Fraňovú, so sídlom Holubyho 16, 902 01 Pezinok, funkcie správcu konkurznej podstaty. o d ô v o d n e n i e : 1. Konkurz na úpadcu bol vyhlásený uznesením č.k. 4K/130/2005-237 zo dňa 03.04.2014. Za správcu konkurznej podstaty bola ustanovená Mgr. Ing. Viera Fraňová, Holubyho 16, 902 01 Pezinok. 2. Správca konkurznej podstaty podaním doručeným súdu 06.07.2016 podal správu o splnení rozvrhového uznesenia a súčasne požiadal o zbavenie funkcie správcu konkurznej podstaty. 3. V zmysle § 44 ods.1 písm. b/ zákona č. 328/1991 Zb. o konkurze a vyrovnaní v znení neskorších predpisov (ďalej len ZKV), súd zruší konkurz, v ktorom nedošlo k potvrdeniu núteného vyrovnania po splnení rozvrhového uznesenia. Podľa ods. 4 citovaného ustanovenia, v uznesení o zrušení konkurzu zbaví súd správcu funkcie a rozhodne o jeho odmene a náhrade výdavkov, ak o nich ešte nerozhodol. 4. V priebehu konkurzného konania bol speňažený všetok majetok zaradený do konkurznej podstaty úpadcu okrem majetku, ktorý bol opatrením č.k. 4K/130/2005-240 zo 14.08.2015 vylúčený z konkurznej podstaty. 5. Správca konkurznej podstaty splnil rozvrhové uznesenie č.k. 4K/130/2005-272 zo dňa 17.05.2016, právoplatné dňa 21.06.2016, čo preukázal priloženými kópiami dokladov o úhrade jednotlivých pohľadávok. Súd preto v zmysle citovaných ustanovení zrušil konkurz a správcu zbavil jeho funkcie. Poučenie: Proti tomuto uzneseniu je možné podať odvolanie v lehote 30 dní od jeho zverejnenia v Obchodnom vestníku na Krajskom súde v Bratislave.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https://www.kauzis.sk/judikatura/r/ECLI:SK:KSBA:2016:1005203199.7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