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8Cbsi/1/2006 z 1. 5. 2016</w:t>
      </w:r>
    </w:p>
    <w:p>
      <w:r>
        <w:t>Uznesenie Krajského súdu Bratislava z 1. mája 2016, sp. zn. 8Cbsi/1/2006, ECLI:SK:KSBA:2016:1006899805.18</w:t>
      </w:r>
    </w:p>
    <w:p>
      <w:r>
        <w:t>Súd: Krajský súd Bratislava</w:t>
      </w:r>
    </w:p>
    <w:p>
      <w:r>
        <w:t>Spisová značka: 8Cbsi/1/2006</w:t>
      </w:r>
    </w:p>
    <w:p>
      <w:r>
        <w:t>ECLI: ECLI:SK:KSBA:2016:1006899805.18</w:t>
      </w:r>
    </w:p>
    <w:p>
      <w:r>
        <w:t>Dátum vydania: 1.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8Cbsi/1/2006 Identifikačné číslo súdneho spisu: 1006899805 Dátum vydania rozhodnutia: 02. 05. 2016 Meno a priezvisko sudcu, VSÚ: JUDr. Viera Šebestová ECLI: ECLI:SK:KSBA:2016:1006899805.18 Uznesenie Krajský súd v Bratislave v právnej veci žalobcu: JUDr. Martina Mrázová, Šoltésovej 20, 811 08 Bratislava, správca konkurznej podstaty úpadcu E.. E. X., XXX XX H. Č.. XXX, E.: XX XXX XXX, proti žalovanému: HEROLD TELE MEDIA, Buková 2, 811 02 Bratislava, o zaplatenie vyrovnacieho podielu, takto r o z h o d o l : Súd konanie z a s t a v u j e . Žiaden z účastníkov nemá právo na náhradu trov konania. o d ô v o d n e n i e : Žalobca sa žalobou doručenou súdu dňa 27.06.2003 domáhal, aby žalovaný uhradil čiastku (vo výške zistenej dôkazným konaním, vykonaným súdom) vrátene úrokov z omeškania vo výške 20,3 % od 30.06.1999 do zaplatenia. Podľa § 103 O.s.p. kedykoľvek za konania prihliada súd na to, či sú splnené podmienky, za ktorých môže konať vo veci (podmienky konania). Jednou z týchto podmienok je spôsobilosť byť účastníkom konania, ktorú podľa ust. § 19 O.s.p. má ten, kto má spôsobilosť mať práva a povinnosti, inak len ten, komu ju zákon priznáva. Podľa § 19a Občianskeho zákonníka, spôsobilosť právnickej osoby nadobúdať práva a povinnosti môže byť obmedzená len zákonom. Právnické osoby, ktoré sa zapisujú do obchodného registra, môžu nadobúdať práva a povinnosti odo dňa účinnosti zápisu do obchodného registra, pokiaľ osobitný zákon neustanovuje inak. Výmazom z obchodného registra túto spôsobilosť strácajú. Súd zistil z výpisu z obchodného registra Okresného súdu Bratislava I oddiel: Sro, vložka číslo 13752/ B, že žalovaný zanikol ex offo dňom výmazu 29.01.2016. Podľa § 104 ods. 1 O.s.p. veta prvá, ak ide o taký nedostatok podmienky konania, ktorý nemožno odstrániť, súd konanie zastaví. Vzhľadom na to, že došlo k ex offo výmazu žalovaného z obchodného registra ku dňu 29.01.2016, súd preto konanie zastavil. O trovách konania bolo rozhodnuté podľa § 146 ods. 1 písm. c/ O.s.p. tak, že žiaden z účastníkov nemá právo na náhradu trov konania.. Toto rozhodnutie senát Krajského súdu v Bratislave prijal pomerom hlasov 3:0. Poučenie: Proti tomuto uzneseniu je možné podať odvolanie do 15 dní odo dňa jeho doručenia na tunajšom súde, písomne, v dvoch vyhotoveniach. Odvolanie musí mať náležitosti § 205 O.s.p..</w:t>
      </w:r>
    </w:p>
    <w:p/>
    <w:p>
      <w:r>
        <w:t>Zdroj: KAUZIS.SK – https://www.kauzis.sk/judikatura/r/ECLI:SK:KSBA:2016:1006899805.18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