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1S/290/2010 z 10. 1. 2016</w:t>
      </w:r>
    </w:p>
    <w:p>
      <w:r>
        <w:t>Opravné uznesenie Krajského súdu Bratislava z 10. januára 2016, sp. zn. 1S/290/2010, ECLI:SK:KSBA:2016:1010202188.6</w:t>
      </w:r>
    </w:p>
    <w:p>
      <w:r>
        <w:t>Súd: Krajský súd Bratislava</w:t>
      </w:r>
    </w:p>
    <w:p>
      <w:r>
        <w:t>Spisová značka: 1S/290/2010</w:t>
      </w:r>
    </w:p>
    <w:p>
      <w:r>
        <w:t>ECLI: ECLI:SK:KSBA:2016:1010202188.6</w:t>
      </w:r>
    </w:p>
    <w:p>
      <w:r>
        <w:t>Dátum vydania: 10. 1.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1S/290/2010 Identifikačné číslo súdneho spisu: 1010202188 Dátum vydania rozhodnutia: 11. 01. 2016 Meno a priezvisko sudcu, VSÚ: JUDr. Monika Valašíková PhD. ECLI: ECLI:SK:KSBA:2016:1010202188.6 Opravné uznesenie Krajský súd v Bratislave v právnej veci žalobcu: JUPITER SK s.r.o., Limbová 451/3, 900 91 Limbach, IČO: 35 966 254, právne zastúpený: JUDr. Dagmar Matušková, advokátka, Búdkova 12, 811 04 Bratislava, proti žalovanému: Finančné riaditeľstvo Slovenskej republiky, Lazovná 63, 974 01 Banská Bystrica, v konaní o preskúmanie zákonnosti rozhodnutí žalovaného č. I/222/10452-100524/2010/991031-r zo dňa 28.09.2010, č. I/222/10451-100525/2010/991031-r zo dňa 28.09.2010 a č. I/222/10453-100523/2010/991031-r zo dňa 27.09.2010, takto r o z h o d o l : Súd o p r a v u j e záhlavie rozsudku tunajšieho súdu č.k. 1S 290/2010-173 (1S 292/2010, 1S 293/2010) zo dňa 12.06.2014 v časti uvedenia identifikačného čísla a sídla žalobcu, a to tak, že tieto správne znejú: „... Limbová 451/3, 900 91 Limbach, IČO: 35 966 254 ...“ o d ô v o d n e n i e : Krajský súd v Bratislave v predmetnej veci rozsudkom č.k. 1S 290/2010-173 (1S 292/2010, 1S 293/2010) zo dňa 12.06.2014 zamietol žalobu žalobcu a náhradu trov konania nepriznal. Pri vyhotovení predmetného rozsudku došlo k zrejmej nesprávnosti, nakoľko v písomnom vyhotovení daného rozhodnutia, konkrétne v jeho záhlaví, súd nesprávne označil identifikačné číslo a sídlo žalobcu. Podľa § 164 O.s.p.,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k tomu, že pri vyhotovení predmetného rozsudku došlo k zrejmej nesprávnosti a chybám v písaní tým, že v záhlaví rozsudku bolo nesprávne uvedené identifikačné číslo a sídlo žalobcu, konkrétne „....Račianska 66, 832 01 Bratislava, IČO: 31 342 841...“, pričom správne má byť uvedené „...Limbová 451/3, 900 91 Limbach, IČO: 35 966 254...“, tunajší súd s poukazom na ust. § 164 O.s.p. vydal opravné uznesenie a rozhodol tak, ako je uvedené vo výroku tohto rozhodnutia.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https://www.kauzis.sk/judikatura/r/ECLI:SK:KSBA:2016:1010202188.6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