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5S/1499/2012 z 23. 5. 2016</w:t>
      </w:r>
    </w:p>
    <w:p>
      <w:r>
        <w:t>Uznesenie Krajského súdu Bratislava z 23. mája 2016, sp. zn. 5S/1499/2012, ECLI:SK:KSBA:2016:1012206635.6</w:t>
      </w:r>
    </w:p>
    <w:p>
      <w:r>
        <w:t>Súd: Krajský súd Bratislava</w:t>
      </w:r>
    </w:p>
    <w:p>
      <w:r>
        <w:t>Spisová značka: 5S/1499/2012</w:t>
      </w:r>
    </w:p>
    <w:p>
      <w:r>
        <w:t>ECLI: ECLI:SK:KSBA:2016:1012206635.6</w:t>
      </w:r>
    </w:p>
    <w:p>
      <w:r>
        <w:t>Dátum vydania: 23. 5. 2016</w:t>
      </w:r>
    </w:p>
    <w:p>
      <w:r>
        <w:t>Forma: Uznesenie</w:t>
      </w:r>
    </w:p>
    <w:p>
      <w:pPr>
        <w:pStyle w:val="Heading2"/>
      </w:pPr>
      <w:r>
        <w:t>Text rozhodnutia</w:t>
      </w:r>
    </w:p>
    <w:p>
      <w:r>
        <w:t>Súd: Krajský súd Bratislava Spisová značka: 5S/1499/2012 Identifikačné číslo súdneho spisu: 1012206635 Dátum vydania rozhodnutia: 24. 05. 2016 Meno a priezvisko sudcu, VSÚ: JUDr. Anna Peťovská PhD. ECLI: ECLI:SK:KSBA:2016:1012206635.6 Uznesenie Krajský súd v Bratislave v právnej veci žalobcov: 1. C. C., nar. XX.XX.XXXX, H. XX, R., 2. R. H., nar. XX.XX.XXXX, R. 1, R., 3. G. G., nar. XX.XX.XXXX, H. XX, R., 4. G. B., nar. XX.XX.XXXX, H. XX, R., 5. D. M., nar. XX.XX.XXXX, H. XX, R., 6. I. M., nar. XX.XX.XXXX, H. XX, R., všetci zastúpení: JUDr. Ing. Branislav Pecho, advokát, Piaristická 2, 949 01 Nitra, adresa pre doručovanie: Bajkalská 9, 831 04 Bratislava, proti žalovanému: Úrad verejného zdravotníctva SR, Trnavská cesta 52, 826 45 Bratislava, za účasti: IMD Institute, s.r.o., Vyšehradská 12, 851 06 Bratislava, IČO: 45 465 126, zastúpený: Mgr. Khuri Toni, advokát, Pribišova 31, 841 05 Bratislava, adresa pre doručovanie: Dlhé diely II/13, 841 04 Bratislava, o preskúmanie zákonnosti rozhodnutia žalovaného č. OLP/XXXX/XXXX zo dňa 19. septembra 2012, o zastavení konania, takto r o z h o d o l : Súd konanie z a s t a v u j e . Žiaden z účastníkov nemá právo na náhradu trov konania. o d ô v o d n e n i e : Žalobou doručenou tunajšiemu súdu dňa 06.11.2012 sa žalobcovia domáhali preskúmania zákonnosti rozhodnutia žalovaného č. O./XXXX/XXXX zo dňa 19. septembra 2012, ktorým žalovaný zamietol odvolanie vlastníkov bytov a nebytových priestorov v bytovom dome na H. 12 až 18 v Bratislave a potvrdil rozhodnutie Regionálneho úradu verejného zdravotníctva Bratislava č. O./XXXXX/XXXX zo dňa XX.XX.XXXX. Prvostupňovým rozhodnutím Regionálny úrad verejného zdravotníctva Bratislava hlavné mesto vydal spoločnosti IMD Institute, s.r.o., Vyšehradská 12, 851 06 Bratislava, IČO: 45 465 126 povolenie na používanie zdrojov ionizujúceho žiarenia pri lekárskom ožiarení - mamografického röntgenového prístroja SIEMENS MAMMOMAT INSPIRATION a skiagrafického röntgenového prístroja SIEMENS AXIOM ARISTOS VX Plus na rádiodiagnostických pracoviskách IMD Institute, s.r.o. v priestoroch neštátneho zdravotníckeho zariadenia spoločných liečebných a vyšetrovacích zložiek v odbore rádiológia situovaných v nebytovom priestore č. 12-2S na 1. NP v objekte na Vyšehradskej 12 v Bratislave. Povolenie bolo udelené na neurčitý čas. Z úradnej činnosti súd zistil, že na tunajšom súde prebiehalo konanie sp. zn. 5S 198/2012, predmetom ktorého bolo preskúmanie zákonnosti rozhodnutia Úradu verejného zdravotníctva SR č. O./XXXX/ XXXX zo dňa 07.05.2012. Uvedeným rozhodnutím žalovaný potvrdil rozhodnutie Regionálneho úradu verejného zdravotníctva Bratislava hlavné mesto č. T./XXXXX/XXXX zo dňa XX.XX.XXXX, ktorým bolo vyhovené návrhu účastníka konania IMD Institute, s.r.o., Vyšehradská 12, 851 06 Bratislava, IČO: 45 465 126 a bol mu udelený súhlas s uvedením do prevádzky priestorov neštátneho zdravotníckeho zariadenia spoločných liečebných a vyšetrovacích zložiek v odbore rádiológia s potrebným príslušenstvom - situovaných v nebytovom priestore č. 12-2S na 1. NP objektu na Vyšehradskej 12-18 v Bratislave. Súhlas bol udelený po dobu trvania skúšobnej prevádzky podľa Súhlasu na začatie skúšobnej prevádzky vydaného Mestskou časťou Bratislava - Petržalka pod č. Z. XXXXX/-ALX/XX,XX-Vd zo dňa XX.XX.XXXX, t.j. do 11.01.2015. V uvedenom súdnom konaní (sp. zn. 5S 198/2012) Úrad verejného zdravotníctva SR podaním doručeným súdu dňa 12.02.2015 oznámil, že Regionálny úrad verejného zdravotníctva Bratislava hlavné mesto neeviduje žiadosť žiadneho právneho subjektu o predĺženie doby trvania časovo obmedzenej prevádzky predmetného neštátneho zdravotníckeho zariadenia.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13 ods. 4 písm. a) zákona č. 355/2007 Z.z. o ochrane, podpore a rozvoji verejného zdravia ak v tomto zákone nie je ustanovené inak, úrad verejného zdravotníctva alebo regionálny úrad verejného zdravotníctva rozhoduje o návrhoch na uvedenie priestorov do prevádzky vrátane návrhov na zmenu v ich prevádzkovaní a ak si to vyžaduje objektivizáciu faktorov životného prostredia alebo pracovného prostredia, o návrhoch na uvedenie priestorov do skúšobnej prevádzky.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Keďže žalovaný vydal spoločnosti IMD Institute, s.r.o. povolenie na používanie mamografického röntgenového prístroja a skiagrafického röntgenového prístroja len v priestoroch neštátneho zdravotníckeho zariadenia v nebytovom priestore č. 12-2S na 1. NP v objekte na Vyšehradskej 12 v Bratislave, avšak skúšobná prevádzka tohto zdravotníckeho zariadenia skončila dňom 11.01.2015, bez predĺženia doby trvania prevádzky predmetného zdravotníckeho zariadenia, uplynutím tohto času stratilo napadnuté rozhodnutie právne účinky a nie je spôsobilé ďalej zasahovať do práv a povinností účastníkov konania. Správnymi rozhodnutiami preskúmateľnými v správnom súdnictve sú s poukazom na ust. § 244 ods. 3 O.s.p. len také rozhodnutia správnych orgánov, ktoré zakladajú, menia alebo zrušujú oprávnenia a povinnosti fyzických alebo právnických osôb alebo ktorými môžu byť práva, právom chránené záujmy alebo povinnosti fyzických osôb alebo právnických osôb priamo dotknuté, pričom napadnuté rozhodnutie Úradu verejného zdravotníctva SR k takýmto rozhodnutiam odo dňa nasledujúceho po dni 11.01.2015 nepatrí, keďže povolenie používať zdroje ionizujúceho žiarenia pri lekárskom ožiarení bolo určené pre neštátne zdravotnícke zariadenie situované v nebytovom priestore č. 12-2S na Vyšehradskej 12 v Bratislave, ktorého skúšobná prevádzka bola ukončená. Možno teda skonštatovať, že predmet konania v tomto prípade odpadol. Vzhľadom na uvedenú skutočnosť tunajší súd konanie o preskúmanie napadnutého rozhodnutia zastavil podľa § 250d ods. 3 O.s.p. z dôvodu, že žaloba smeruje proti rozhodnutiu, ktoré nemôže byť predmetom preskúmania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v časti zastavenia konania nie je prípustné odvolanie. (§ 250i ods. 4 v spojení s §246c ods. 1 druhá veta O.s.p.) Proti tomuto uzneseniu v časti náhrady trov konania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https://www.kauzis.sk/judikatura/r/ECLI:SK:KSBA:2016:1012206635.6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