
<file path=[Content_Types].xml><?xml version="1.0" encoding="utf-8"?>
<Types xmlns="http://schemas.openxmlformats.org/package/2006/content-types">
  <Default Extension="jpeg" ContentType="image/jpeg"/>
  <Default Extension="rels" ContentType="application/vnd.openxmlformats-package.relationships+xml"/>
  <Default Extension="xml" ContentType="application/xml"/>
  <Override PartName="/customXml/itemProps1.xml" ContentType="application/vnd.openxmlformats-officedocument.customXmlProperties+xml"/>
  <Override PartName="/docProps/app.xml" ContentType="application/vnd.openxmlformats-officedocument.extended-properties+xml"/>
  <Override PartName="/docProps/core.xml" ContentType="application/vnd.openxmlformats-package.core-properties+xml"/>
  <Override PartName="/word/document.xml" ContentType="application/vnd.openxmlformats-officedocument.wordprocessingml.document.main+xml"/>
  <Override PartName="/word/fontTable.xml" ContentType="application/vnd.openxmlformats-officedocument.wordprocessingml.fontTable+xml"/>
  <Override PartName="/word/numbering.xml" ContentType="application/vnd.openxmlformats-officedocument.wordprocessingml.numbering+xml"/>
  <Override PartName="/word/settings.xml" ContentType="application/vnd.openxmlformats-officedocument.wordprocessingml.settings+xml"/>
  <Override PartName="/word/styles.xml" ContentType="application/vnd.openxmlformats-officedocument.wordprocessingml.styles+xml"/>
  <Override PartName="/word/stylesWithEffects.xml" ContentType="application/vnd.ms-word.stylesWithEffects+xml"/>
  <Override PartName="/word/theme/theme1.xml" ContentType="application/vnd.openxmlformats-officedocument.theme+xml"/>
  <Override PartName="/word/webSettings.xml" ContentType="application/vnd.openxmlformats-officedocument.wordprocessingml.webSettings+xml"/>
</Types>
</file>

<file path=_rels/.rels><?xml version='1.0' encoding='UTF-8' standalone='yes'?>
<Relationships xmlns="http://schemas.openxmlformats.org/package/2006/relationships"><Relationship Id="rId3" Type="http://schemas.openxmlformats.org/package/2006/relationships/metadata/core-properties" Target="docProps/core.xml"/><Relationship Id="rId4" Type="http://schemas.openxmlformats.org/officeDocument/2006/relationships/extended-properties" Target="docProps/app.xml"/><Relationship Id="rId1" Type="http://schemas.openxmlformats.org/officeDocument/2006/relationships/officeDocument" Target="word/document.xml"/><Relationship Id="rId2" Type="http://schemas.openxmlformats.org/package/2006/relationships/metadata/thumbnail" Target="docProps/thumbnail.jpeg"/></Relationships>
</file>

<file path=word/document.xml><?xml version="1.0" encoding="utf-8"?>
<w:document xmlns:wpc="http://schemas.microsoft.com/office/word/2010/wordprocessingCanvas" xmlns:mo="http://schemas.microsoft.com/office/mac/office/2008/main" xmlns:mc="http://schemas.openxmlformats.org/markup-compatibility/2006" xmlns:mv="urn:schemas-microsoft-com:mac:vml"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pg="http://schemas.microsoft.com/office/word/2010/wordprocessingGroup" xmlns:wpi="http://schemas.microsoft.com/office/word/2010/wordprocessingInk" xmlns:wne="http://schemas.microsoft.com/office/word/2006/wordml" xmlns:wps="http://schemas.microsoft.com/office/word/2010/wordprocessingShape" mc:Ignorable="w14 wp14">
  <w:body>
    <w:p>
      <w:pPr>
        <w:pStyle w:val="Heading1"/>
      </w:pPr>
      <w:r>
        <w:t>Rozsudok Krajského súdu Bratislava sp. zn. 1S/1670/2012 z 2. 3. 2016</w:t>
      </w:r>
    </w:p>
    <w:p>
      <w:r>
        <w:t>Rozsudok Krajského súdu Bratislava z 2. marca 2016, sp. zn. 1S/1670/2012, ECLI:SK:KSBA:2016:1012207673.2</w:t>
      </w:r>
    </w:p>
    <w:p>
      <w:r>
        <w:t>Súd: Krajský súd Bratislava</w:t>
      </w:r>
    </w:p>
    <w:p>
      <w:r>
        <w:t>Spisová značka: 1S/1670/2012</w:t>
      </w:r>
    </w:p>
    <w:p>
      <w:r>
        <w:t>ECLI: ECLI:SK:KSBA:2016:1012207673.2</w:t>
      </w:r>
    </w:p>
    <w:p>
      <w:r>
        <w:t>Dátum vydania: 2. 3. 2016</w:t>
      </w:r>
    </w:p>
    <w:p>
      <w:r>
        <w:t>Forma: Rozsudok</w:t>
      </w:r>
    </w:p>
    <w:p>
      <w:r>
        <w:t>Oblasť práva: Správne právo</w:t>
      </w:r>
    </w:p>
    <w:p>
      <w:pPr>
        <w:pStyle w:val="Heading2"/>
      </w:pPr>
      <w:r>
        <w:t>Text rozhodnutia</w:t>
      </w:r>
    </w:p>
    <w:p>
      <w:r>
        <w:t>Súd: Krajský súd Bratislava Spisová značka: 1S/1670/2012 Identifikačné číslo súdneho spisu: 1012207673 Dátum vydania rozhodnutia: 03. 03. 2016 Meno a priezvisko sudcu, VSÚ: JUDr. Monika Valašíková PhD. ECLI: ECLI:SK:KSBA:2016:1012207673.2 ROZSUDOK V MENE SLOVENSKEJ REPUBLIKY Krajský súd v Bratislave v senáte zloženom z predsedníčky senátu JUDr. Moniky Valašikovej, PhD. a členiek senátu JUDr. Renáty Janákovej a JUDr. Zuzany Mališovej, v právnej veci žalobcu: Lesoochranárske zoskupenie VLK, občianske združenie, so sídlom v Tulčíku 26, IČO: 31 303 862, právne zastúpený advokátkou: JUDr. Iveta Rajtáková, so sídlom Štúrova 20, Košice proti žalovanému: Ministerstvo životného prostredia SR, so sídlom Námestie Ľ. Štúra 1, Bratislava o preskúmanie zákonnosti rozhodnutia žalovaného č. 6703/2012-1.10 (52/2012-rozkl.) zo dňa 21.8.2012, takto r o z h o d o l : Krajský súd v Bratislave žalobu zamieta. Žalobcovi súd náhradu trov konania nepriznáva. o d ô v o d n e n i e : I. Včas podanou žalobou, doručenou súdu dňa 8.11.2012, sa žalobca domáhal preskúmania zákonnosti rozhodnutia ministra životného prostredia č. 6703/2012-1.10 (52/2012- rozkl.) zo dňa 21.8.2012, ktorým bol zamietnutý rozklad žalobcu a bolo potvrdené rozhodnutie Ministerstva životného prostredia Slovenskej republiky, odboru výkonu štátnej správy č. 2300/2012-2.2 zo dňa 30.5.2012. Prvostupňovým správnym rozhodnutím bol žiadateľovi Lesy Slovenskej republiky, š. p., Odštepnému závodu Liptovský Hrádok (ďalej len ,,žiadateľ“) vydaný súhlas podľa § 14 ods. 2 písm. a) v znení § 13 ods. 2 písm. c) zákona č. 543/2002 Z.z. o ochrane prírody a krajiny v znení neskorších predpisov (ďalej len zákon o ochrane prírody) a § 6 ods. 4 zákona o ochrane prírody a krajiny na výstavbu lesnej cesty „Nad Múraným mostom“, ktorá vedie cez JPRL č. XXXaXX, XXXaXX, XXXbXX, XXX XX, XXX XX (KN-C XXXX, XXXX) na LC Čierny Váh v Národnom parku Nízke Tatry (ďalej len ,,NP Nízke Tatry“) a na zmenu stavu mokrade v súvislosti s výstavbou tejto lesnej cesty, nevydalo súhlas podľa § 14 ods. 2 písm. a) v znení § 13 ods. 2 písm. c) zákona o ochrane prírody a krajiny a § 6 ods. 4 zákona o ochrane prírody a krajiny na výstavbu lesnej cesty „Kozie chrbty“ vedúcu cez JPRL č. XXXc, XXX XX, XXX (KN-C XXXXX, XXXXX, XXXXX, XXXXX, XXXXX, XXXXX, XXXXX, XXXXX, XXXXX, XXXXX, XXXXX, XXXXX, XXXXX) na LHC Čierny Váh v NP Nízke Tatry a na zmenu stavu mokrade v súvislosti s výstavbou tejto lesnej cesty a nepovolilo výnimku zo zákazov ustanovených v § 35 ods. 1 a ods. 2 zákona o ochrane prírody a krajiny, a to úmyselne usmrcovať a rušiť chránené živočíchy a ničiť ich biotopy v súvislosti s výstavbou lesnej cesty „Kozie chrbty“. Žalobca v žalobe navrhol obe rozhodnutia žalovaného správneho orgánu zrušiť a vec vrátiť na ďalšie konanie z dôvodu nesprávneho právneho posúdenia veci (§ 250j ods. 2 písm. a) O.s.p.), ďalej z dôvodu, že zistenie skutkového stavu je nedostačujúce na posúdenie veci (§ 250j ods. 2 písm. c) O.s.p.), ďalej z dôvodu nepreskúmateľnosti pre nezrozumiteľnosť, alebo pre nedostatok dôvodov (§ 250j ods. 2 písm. d) O.s.p.). Žalobca v žalobe uvádza, že z odôvodnenia prvostupňového rozhodnutia vyplýva, že toto obsahuje opis priebehu konania a opis podkladov rozhodnutia. Okrem iného je v ňom uvedené, že žalobca vo svojom vyjadrení k podkladom rozhodnutia uviedol ako dôvody, pre ktoré navrhol neudeliť žiadateľom žiadané súhlasy - narušenie kompaktnosti lesných porastov a zvýšenie fragmentácie biotopov európskeho významu a biotopov národného významu, narušenie kompaktnosti biotopov chránených druhov, ich vyrušovanie pri výstavbe a samotnej prevádzke lesnej cesty, neprimerané sprístupnenie lesov nielen pre lesohospodárov, ale i pre pytliakov, zlodejov, vykrádačov hniezd, motorkárov a pod., ohrozenie výstavbou a užívaním ciest drobných bezstavcov, ktorých priestorové šírenie je výrazne limitované, napomáhanie šíreniu inváznych druhov rastlín, zvýšenie odtokových koeficientov oblastí, zmena režimu pôdnej vody. Z odôvodnenia rozhodnutia však nijako nevyplýva, ako sa žalovaný vyrovnal s námietkami žalobcu a jeho vyjadrením k podkladom rozhodnutia. O tom, prečo udelil súhlas, sa správny orgán nezmieňuje. Žalovaný uvádza, že vychádzal zo stanovísk správy NAPANTu a KÚŽP Žilina. Žalovaný nepodal vysvetlenie, akými úvahami bol vedený pri hodnotení dôkazov, ako použil správnu úvahu a ako sa vyrovnal s konkrétnymi vyjadreniami žalobcu k podkladom rozhodnutia. Úlohou správnych orgánov je posúdiť žiadosť žiadateľa a svoj názor, prečo možno z hľadiska záujmov ochrany prírody vydať súhlas na žiadateľom žiadanú činnosť zrozumiteľne uviesť v odôvodnení rozhodnutia. Z odôvodnenia napadnutého rozhodnutia je zrejmé, že odborná organizácia ochrany prírody Správy národného parku NAPANT vo svojom stanovisku odporúčala realizovať projekt lesných ciest v prípade, že súbor lesných ciest prejde procesom posudzovania podľa zákona č. 24/2006 Z.z.. Poukázala na to, že ide o súbor ciest. Neskôr v ďalších stanoviskách zo dňa 21.1.2011 tá istá organizácia už vo vzťahu k tým úsekom ciest, kde bol vydaný súhlas žiadaný navrhovateľom zmenila názor, nepredpokladala negatívny vplyv na chránené vtáčie územia a predmet ochrany a nenavrhovala posudzovanie vplyvov na životné prostredie podľa zákona č. 24/2006 Z.z.. II. Žalovaný navrhoval žalobu zamietnuť a žalobcovi nepriznať náhradu trov konania. Uviedol, že nesúhlasí s tým, že napadnuté rozhodnutie je nepreskúmateľné, pretože obsahuje odôvodnenie plynúce z odborných stanovísk KÚŽP Žilina zo dňa 5.12.2011 a ŠOP SR, Správa NP Nízke Tatry zo dňa 21.11.2011, týkajúce sa udelenia a neudelenia súhlasu na výstavbu lesných ciest a zvážanie na územiach špecifikovaných v bode 1. tohto vyjadrenia a nepovolenie výnimky zo zákazov ustanovených v § 35 ods. 1 a 2 ZOPK na územiach špecifikovaných v treťom stupni ochrany v súlade s ZOPK. V rozhodnutí sú uvedené dôvody, pre ktoré správny orgán udelil súhlas na výstavbu lesných ciest „Nad Múraným mostom, Kozie chrbty“. Obdobne sú v rozhodnutí uvedené aj dôvody, pre ktoré nebolo časti žiadateľovej žiadosti vyhovené, t.j. nebol daný súhlas na výstavbu lesnej cesty „Kozie chrbty“, pričom ako podklad slúžili odborné stanovisko KÚŽP Žilina zo dňa 5.12.2011 a z odborného stanoviska ŠOP SR, Správa NP Nízke Tatry zo dňa 21.11.2011. Správny orgán postupoval v súlade s § 32 ods. 1 Správneho poriadku. Žalovaný zohľadnil aj vyjadrenie FSC Slovensko zo dňa 30.1.2012 a SOS/BirdLife Slovensko zo dňa 27.1.2012, keď v odôvodnení rozhodnutia konštatoval, že v územiach podliehajúcich osobitnej ochrane podľa zákona by mali mať pred záujmami lesného hospodárstva prednosť postupy zabezpečujúce ochranu lesných ekosystémov, rešpektujúce požiadavky ochrany prírody a krajiny. Kladné stanovisko k realizácii predmetných lesných ciest zaujalo Národné lesnícke centrum - National Forest Centre - Ústav pre Hospodársku úpravu lesov Zvolen. Pokiaľ ide o námietku žalobcu ohľadom toho, že NAPANT vo svojom stanovisku pôvodne odporúčal realizovať projekt lesných ciest v prípade, ak to prejde procesom posudzovania podľa zákona č. 24/2006 Z.z. a neskôr zmenil svoj názor, žalovaný uvádza, že súhrnným stanoviskom NAPANT zaujíma postoj k výstavbe lesných ciest v území ochranného pásma, ako aj vlastného územia NP Nízke Tatry, v rámci ktorého odporúča KÚŽP Žilina doručiť na MŽP SR podnet podľa § 20 zákona o posudzovaní vplyvov na životné prostredie. Predmetné súhrnné stanovisko má však len odporúčací charakter, ktoré nezaväzuje KÚŽP Žilina ani MŽP SR. Nakoľko žalovanému nebol doručený podnet, na základe ktorého by bolo povinné začať konanie podľa § 20 ods. 1 zákona o posudzovaní vplyvov na životné prostredie, má žalovaný možnosť, avšak nie povinnosť začať toto konanie. Čo sa týka námietky žalobcu ohľadom nesprávneho právneho posúdenia, žalovaný považuje túto za neopodstatnenú, pretože žalobca žiadnym spôsobom v žalobe neodôvodňuje, prečo považuje z tohto dôvodu rozhodnutie za nezákonné. Žalovaný vychádzal pri svojom rozhodovaní predovšetkým zo stanovísk Správy NAPANT a KÚŽP Žilina, v ktorých boli zohľadnené dopady výstavby lesných ciest so zohľadnením záujmov ochrany prírody na dotknutom území NP Nízke Tatry, súčasťou ktorého je aj lokalita Chráneného vtáčieho územia Nízke Tatry a územie európskeho významu Kráľovohoľské Tatry. Z uvedeného dôvodu povolilo výstavbu lesných ciest a zmenu stavu mokrade len na úsekoch, na ktorých bol jednoznačne vylúčený negatívny vplyv výstavby lesných ciest na biotopy európskeho a národného významu a na chránené druhy a neudelilo súhlas na výstavbu lesných ciest na ostatných dotknutých JPRL na území NP Nízke Tatry. III. Krajský súd v Bratislave, ako súd vecne príslušný preskúmal zákonnosť napadnutého rozhodnutia žalovaného, ako aj konanie ktoré mu predchádzalo, podľa § 244 ods. 1, 2 O.s.p., v spojení s § 247 a nasl. O.s.p. na pojednávaní (v neprítomnosti ospravedlneného žalobcu, ktorý súhlasil s prejednaním v jeho neprítomnosti) a dospel k záveru, že žaloba nie je dôvodná. O žalobe bolo rozhodnuté rozsudkom tunajšieho súdu č.k. 1S 1670/2012-98 zo dňa 02.07.2014 tak, že Krajský súd v Bratislave žalobu zamietol a žalobcovi nepriznal náhradu trov konania. Proti tomuto rozsudku podal v zákonnej lehote odvolanie žalobca. O odvolaní bolo rozhodnuté uznesením Najvyššieho súdu SR sp. zn. 6Sžo 70/2014 zo dňa 25.11.2015 tak, že rozsudok tunajšieho súdu č.k. 1S 1670/2012-98 zo dňa 02.07.2014 bol zrušený a vec mu bola vrátená na ďalšie konanie. Z jeho odôvodnenia vyplýva právny názor, že „...Najvyšší súd Slovenskej republiky poukazuje na to, že krajský súd odôvodnenie výroku napadnutého rozsudku založil iba na formálnom opise žaloby, vyjadrenia žalovaného, citovaní jednotlivých zákonných ustanovení - paragrafových znení - na vec sa vzťahujúcich právnych predpisov, pričom vlastnému právnemu odôvodneniu svojich záverov v napadnutom rozsudku venoval pozornosť v minimálnom rozsahu, čím taktiež postihol napadnutý rozsudok deficitom nepreskúmateľnosti odvolacím súdom. Na tomto mieste považuje odvolací súd za potrebné uviesť, že napadnutý rozsudok postráda dostatočne argumentačne zrozumiteľný výklad právneho posúdenia skutkového stavu podľa príslušných zákonných ustanovení. V ďalšom konaní bude povinnosťou prvostupňového súdu prejednať vec v medziach podanej žaloby, dôsledne sa vysporiadať so všetkými námietkami žalobcu, vrátane odvolacích námietok, znovu o nej rozhodnúť a svoje rozhodnutie aj riadne a presvedčivo odôvodniť....“. IV. Krajský súd v Bratislave opätovne preskúmal rozhodnutie a postup správneho orgánu v rozsahu a z dôvodov uvedených v žalobe a dospel k záveru, že rozhodnutie a postup správneho orgánu sú v súlade so zákonom, a preto podľa § 250j ods. 1 O.s.p. žalobu zamietol. Predmetom súdneho preskúmania bola časť rozhodnutia žalovaného v spojení s rozhodnutím prvostupňového orgánu vydaná v intenciách § 14 ods. 2 písm. a), v znení § 13 ods. 2 písm. c) ZOPK a § 6 ods. 4 ZOPK, o vydaní súhlasu na na výstavbu lesnej cesty „Nad Múraným mostom“, ktorá vedie cez JPRL č. XXXaXX, XXXaXX, XXXbXX, XXX XX, XXX XX (KN - C XXXX, XXXX) na LHC Čierny Váh v NP Nízke Tatry a na zmenu stavu mokrade v súvislosti s výstavbou tejto lesnej cesty. Predmetom súdneho preskúmania nebola časť rozhodnutí ohľadom nevydania súhlasu a nepovolenia výnimky. Podľa § 244 ods. 1, 2, 3 O.s.p., v správnom súdnictve preskúmavajú súdy na základe žalôb alebo opravných prostriedkov, zákonnosť rozhodnutí a postupov orgánov verejnej správy. V správnom súdnictve preskúmavajú súdy zákonnosť rozhodnutí a postupov orgánov štátnej správy, orgánov územnej samosprávy, ako aj orgánov záujmovej samosprávy a ďalších právnických osôb, ako aj fyzických osôb, pokiaľ im zákon zveruje rozhodovanie o právach a povinnostiach fyzických a právnických osôb v oblasti verejnej správy (ďalej len „rozhodnutie a postup správneho orgánu“). Rozhodnutiami správnych orgánov sa rozumejú rozhodnutia vydané nimi v správnom konaní, ako aj ďalšie rozhodnutia, ktoré zakladajú, menia alebo zrušujú oprávnenia a povinnosti fyzických alebo právnických osôb priamo dotknuté. Postupom správneho orgánu sa rozumie aj jeho nečinnosť. Podľa § 247 ods. 1, 2 a 3 O.s.p., podľa ustanovení tejto hlavy sa postupuje v prípadoch, v ktorých fyzická alebo právnická osoba tvrdí, že bola na svojich právach ukrátená rozhodnutím a postupom správneho orgánu, a žiada, aby súd preskúmal zákonnosť tohto rozhodnutia a postupu. Pri rozhodnutí správneho orgánu vydaného v správnom konaní je predpokladom postupu podľa tejto hlavy, aby išlo o rozhodnutie, ktoré po vyčerpaní riadnych opravných prostriedkov, ktoré sa preň pripúšťajú, nadobudlo právoplatnosť. Predmetom preskúmania môže byť za podmienok ustanovených v odsekoch 1 a 2 aj rozhodnutie, proti ktorému zákon nepripúšťa opravný prostriedok, ak sa stalo právoplatným. Podľa § 32 ods. 1 správneho poriadku, správny orgán je povinný zistiť presne a úplne skutočný stav veci a za tým účelom si obstarať potrebné podklady pre rozhodnutie. Pritom nie je viazaný len návrhmi účastníkov konania. Podľa § 32 ods. 2 správneho poriadku, podkladom pre rozhodnutie sú najmä podania, návrhy a vyjadrenia účastníkov konania, dôkazy, čestné vyhlásenia, ako aj skutočnosti všeobecne známe alebo známe správnemu orgánu z jeho úradnej činnosti. Rozsah a spôsob zisťovania podkladov pre rozhodnutie určuje správny orgán. Podľa § 33 ods. 1 správneho poriadku, účastník konania a zúčastnená osoba má právo navrhovať dôkazy a ich doplnenie a klásť svedkom a znalcom otázky pri ústnom pojednávaní a miestnej ohliadke. Podľa § 33 ods. 2 správneho poriadku, správny orgán je povinný dať účastníkom konania a zúčastneným osobám možnosť, aby sa pred vydaním rozhodnutia mohli vyjadriť k jeho podkladu i k spôsobu jeho zistenia, prípadne navrhnúť jeho doplnenie. Podľa § 47 ods. 1 správneho poriadku, rozhodnutie musí obsahovať výrok, odôvodnenie a poučenie o odvolaní (rozklade). Odôvodnenie nie je potrebné, ak sa všetkým účastníkom konania vyhovuje v plnom rozsahu. Podľa § 47 ods. 2 správneho poriadku, výrok obsahuje rozhodnutie vo veci s uvedením ustanovenia právneho predpisu, podľa ktorého sa rozhodlo, prípadne aj rozhodnutie o povinnosti nahradiť trovy konania. Pokiaľ sa v rozhodnutí ukladá účastníkovi konania povinnosť na plnenie, správny orgán určí pre ňu lehotu; lehota nesmie byť kratšia, než ustanovuje osobitný zákon. Podľa § 47 ods. 3 správneho poriadku, v odôvodnení rozhodnutia správny orgán uvedie, ktoré skutočnosti boli podkladom na rozhodnutie, akými úvahami bol vedený pri hodnotení dôkazov, ako použil správnu úvahu pri použití právnych predpisov, na základe ktorých rozhodoval, a ako sa vyrovnal s návrhmi a námietkami účastníkov konania a s ich vyjadreniami k podkladom rozhodnutia. Podľa § 6 ods. 4 ZOPK, na zmenu stavu mokrade, najmä jej úpravu zasypávaním, odvodňovaním, ťažbou tŕstia, rašeliny, bahna a riečneho materiálu, sa vyžaduje súhlas orgánu ochrany prírody okrem vykonávania týchto činností správcom vodného toku v súlade s osobitným predpisom. Podľa § 13 ods. 2 písm. c) ZOPK, na území, na ktorom platí druhý stupeň ochrany, sa vyžaduje súhlas orgánu ochrany prírody na výstavbu lesných ciest a zvážnic. Podľa § 14 ods. 2 písm. a) ZOPK, na území, na ktorom platí tretí stupeň ochrany, sa vyžaduje súhlas orgánu ochrany prírody na vykonávanie činností uvedených v § 13 ods. 2 písm. a) až e), i), j), l) a m) a o). V. Z administratívneho spisu krajský súd zistil, že žiadateľ - LESY SR, š. p., OZ Liptovský Hrádok požiadal KÚŽP o povolenie výnimky z § 35 a vydanie súhlasu podľa § 14 ods. 2 písm. a) v znení § 13 ods. 2 písm. c) ZOPK. K žiadosti boli vydané odborné stanoviská KÚŽP podľa § 28 ods. 4 ZOPK, č. 2011/00511-13/ Dur zo dňa 5.12.2011 a č. 2011/00511-14/Dur zo dňa 5.12.2011. Podkladom pre stanoviská KÚŽP boli stanoviská ŠOP SR, Správa NP Nízke Tatry. ŠOP SR, Správa NP Nízke Tatry posúdila možnosť výstavby všetkých ciest žiadateľa a vytipovala tie, z ktorých výstavba nepredstavuje neprimerané riziko pre dotknuté biotopy európskeho alebo národného významu. Krajský súd v Bratislave v rozsahu žalobných dôvodov žalobcu preskúmal rozhodnutie žalovaného, ako aj konanie, ktoré mu predchádzalo, ako aj prvostupňové rozhodnutie Ministerstva životného prostredia SR a jemu predchádzajúce konanie, najmä z toho pohľadu, či sa žalovaný vysporiadal so zásadnými námietkami uvedenými v odvolaní a či správne posúdil zákonnosť a správnosť prvostupňového rozhodnutia správneho orgánu. Krajský súd v Bratislave po vyhodnotení žalobných dôvodov vo vzťahu k napadnutému rozhodnutiu konštatoval, že nezistil dôvod na to, aby sa v zásade odchýlil od logických argumentov a relevantných právnych záverov vo veci samej s poukazom na právnu úpravu vzťahujúcu sa k predmetu konania uvedenú v odôvodnení preskúmavaného rozhodnutia. Krajský súd v Bratislave považuje právne posúdenie preskúmavanej veci žalovaným za správne a súladné so zákonom. Zastáva názor, že rozhodnutia správneho orgánu tak prvého, ako aj druhého stupňa sú vydané v súlade so správnym poriadkom, dostatočne odôvodnené a vydané na základe riadne zisteného skutkového stavu. Za účelom náležitého zistenia skutkového stavu si správny orgán prvého stupňa vyžiadal stanoviská ŠOP SR, Správa NAPANT č. NAPANT/487c/2011, stanovisko ŠOP SR, Správa NAPANT č. NAPANT/487/2011, stanovisko ŠOP SR, Správa NAPANT č. NAPANT/1388/2011, odborné stanovisko KÚ ŽP Žilina č. 2011/00511-13/Dur Nad Múraným mostom, odborné stanovisko KÚ ŽP Žilina č. 2011/00511-14/Dur Kozie chrbty, stanovisko SOS/BirdLife, stanovisko FCS Slovensko, stanovisko ŠOP SR, Správy NAPANT č. NAPANT/172/2012 k argumentom FSC Slovensko a LZ VLK. Na základe vyššie uvedeného konštatoval, že z oboch preskúmavaným rozhodnutí vyplýva, že tak prvostupňový, ako aj druhostupňový orgán sa náležite vysporiadali so všetkými námietkami žalobcu. Zákon č. 543/2002 Z.z. upravuje pôsobnosť orgánov štátnej správy a obcí, ako aj práva a povinnosti právnických osôb a fyzických osôb pri ochrane prírody a krajiny s cieľom prispieť k zachovávaniu rozmanitosti podmienok a foriem života na Zemi, utvárať podmienky na trvalé udržiavacie, obnovovacie a racionálne využívanie prírodných zdrojov, záchranu prírodného dedičstva, charakteristického vzhľadu krajiny a na dosiahnutie a udržanie ekologickej stability (§ 1 ods. 1 citovaného zákona). Zákonodarca v zákone o ochrane prírody a krajiny upravuje predmet a rozsah právnej úpravy, ktorým je ochrana prírody a krajiny a pôsobnosť orgánov štátnej správy a obcí, ako aj práva a povinnosti právnických osôb a fyzických osôb pri ochrane prírody a krajiny s cieľom prispieť k zachovaniu rozmanitosti podmienok a foriem života na Zemi, utvárať podmienky na trvalé udržiavanie, obnovovanie a racionálne využívanie prírodných zdrojov, záchranu prírodného dedičstva, charakteristického vzhľadu krajiny a na dosiahnutie a udržanie ekologickej stability. V citovaných ustanoveniach § 13 ods. 2 písm. c) a § 6 ods. 4 zákonodarca ustanovuje podmienku vykonávania zákonom stanovených činností na chránenom území len so súhlasom príslušného orgánu štátnej správy na úseku ochrany prírody a krajiny. Podľa čl. 2 ods. 2 Ústavy SR, štátne orgány môžu konať iba na základe ústavy, v jej medziach a v rozsahu a spôsobom, ktorý ustanoví zákon. Podľa čl. 152 ods. 4 Ústavy SR, výklad a uplatňovanie ústavných zákonov, zákonov a ostatných všeobecne záväzných právnych predpisov musí byť v súlade s touto ústavou. Z uvedeného článku ústavy vyplýva, že výklad a uplatňovanie všeobecne záväzných právnych predpisov musí byť v súlade s ústavou. Vplyvom ústavy dochádza k vsunutiu jej obsahovo hodnotových vlastností do všeobecných pojmov zákona tak, aby bol zabezpečený ústavne konformný výklad. Požiadavka na ústavne konformnú aplikáciu a výklad zákona je súčasťou zákonnosti rozhodnutia ako individuálneho správneho aktu. Práve tu je ťažisko činnosti orgánov verejnej správy a správneho súdnictva, pretože dikcia zákona nemôže byť interpretovaná izolovane, mimo zmyslu a účelu zákona, cieľa právnej regulácie, ktorý zákon sleduje. Orgány štátu realizujúc svoju rozhodovaciu právomoc sú pri výkone svojej moci povinné postupovať v zmysle čl. 2 ods. 2 ústavy, s prihliadnutím na to, že súčasne sú viazané aj právnou úpravu obsiahnutou v medzinárodných zmluvách, ktorými je Slovenská republika viazaná (čl. 7 Ústavy SR) a po vstupe Slovenskej republiky do Európskeho spoločenstva, Európskej únie postupovať tiež v súlade s právne záväznými predpismi Európskeho spoločenstva, Európskej únie. Z administratívneho spisu vyplynulo, že Ministerstvo životného prostredia SR, Odbor výkonu štátnej správy prvostupňovým rozhodnutím zo dňa 30.05.2012 podľa § 65 ods. 1 písm. h) a § 83 ods. 1 zákona č. 543/2002 Z.z., na základe žiadosti žiadateľa štátny podnik Lesy Slovenskej republiky, OZ Liptovský Hrádok zo dňa 06.10.2011, vydal súhlas podľa § 14 ods. 2 písm. a) v znení § 13 ods. 2 písm. c) a § 6 ods. 4 citovaného zákona na výstavbu lesnej cesty „Nad Múraným mostom“, ktorá vedie cez JPRL č. XXXaXX, XXXaXX, XXXbXX, XXX XX, XXX XX (KN-C XXXX, XXXX) na LHC Čierny Váh v NP Nízke Tatry a na zmenu stavu mokrade v súvislosti s výstavbou tejto lesnej cesty. Podľa § 82 ods. 1 zákona č. 543/2002 Z.z., zo žiadosti o vydanie rozhodnutie musí byť najmä zrejmé kto ju podáva, akej činnosti sa týka a čo navrhuje. Každá žiadosť a s ňou súvisiace doklady musia byť vyhotovené písomne a v štátnom jazyku. Z prvostupňového rozhodnutia správneho orgánu vyplýva, že tento správny orgán rozhodol o vydaní súhlasu podľa ust. § 14 ods. 2 písm. a), § 13 ods. 2 písm. c) a § 6 ods. 4 citovaného zákona. Je nesporné, že za účelom náležitého zistenia skutkového stavu si správny orgán prvého stupňa zaobstaral vyššie citované stanoviská ŠOP SR, z ktorých nesporne vyplýva kladný postoj k výstavbe trvalých lesných ciest v území ochranného pásma, ako aj vlastnému územiu Národného parku Nízke Tatry, v rámci ktorého KÚ ŽP Žilina odporúča doručiť na MŽP SR podnet podľa § 20 zákona o posudzovaní vplyvov na životné prostredie. Predmetné súhrnné stanovisko ŠOP SR, Správa NP Nízke Tatry má však len odporúčací charakter, ktoré nijakým spôsobom nezaväzuje KÚ ŽP Žilina, ani žalovaného. Stanovisko ŠOP SR, Správy NP Nízke Tatry č. NAPANT/487/2011 bolo vydané k navrhovanej výstavbe 32 lesných ciest na LHC Čierny Váh, Javorinka, Malužiná a Liptovská Osada na území Národného parku Nízke Tatry a jeho ochranného pásma, pričom odporúčanie na podanie podnetu podľa § 20 zákona o posudzovaní vplyvov na životné prostredie ŠOP SR, Správa NP Nízke Tatry zdôvodnila tým, že celková plocha záberu biotopov ďaleko presahuje hranicu 10 ha, predmetom žiadosti žiadateľa zo dňa 29.03.2011, doplnenej podaním zo dňa 10.06.2011 bolo vydanie súhlasu na výstavbu dvoch lesných ciest na LHC Čierny Váh, a to lesnej cesty „Nad Múraným mostom“ a lesnej cesty „Kozie chrbty“, pri ktorých by došlo k záberu biotopov v celkovej ploche 0,79 ha. Z uvedeného je zrejmé, že dôvody, ktoré viedli ŠOP SR, Správu NP Nízke Tatry k odporúčaniu na podanie podnetu podľa § 20 zákona o posudzovaní vplyvov na životné prostredie neboli vo vzťahu k navrhovanej výstavbe predmetných lesných ciest, o ktorých žalovaný rozhodoval, naplnené. Z odborného stanoviska č. 2011/00511-13/Dur zo dňa 05.12.2011, ktoré bolo vydané KÚ ŽP Žilina v zmysle § 28 ods. 4 zákona, vyplýva, že výstavba lesnej cesty „Nad Múraným mostom“ nebude mať významný vplyv na územie sústavy chránených území. Na základe tejto skutočnosti nebolo potrebné ďalšie posudzovanie vplyvov podľa osobitných predpisov. Podľa názoru Krajského súdu v Bratislave preskúmavané rozhodnutie je podrobné a zrozumiteľné, správny orgán sa vysporiadal so všetkými námietkami žalobcu, aplikoval na vec správne právne predpisy, rozhodnutie bolo dostatočne odôvodnené, a preto nie je dôvod ho považovať za nespreskúmateľné, preto Krajský súd v Bratislave s poukazom na ust. § 250j ods. 1 O.s.p. žalobu zamietol. K námietke žalobcu, že odborná organizácia ochrany prírody Správy národného parku NAPANT vo svojom stanovisku najprv odporučila realizovať projekt až keď prejde procesom posudzovania podľa zákona o posudzovaní vplyvov na životného prostredie, pričom neskôr svoj názor zmenila, krajský súd uvádza, že žalovanému nebol doručený podnet na základe ktorého by bolo povinné začať konanie podľa § 20 ods. 1 zákona o posudzovaní vplyvov na životné prostredie, takže nebol povinný začať konanie podľa § 18 ods. 10, ods. 11 zákona o posudzovaní vplyvov na životné prostredie. V zmysle § 20 ods. 2 zákona o posudzovaní vplyvov na životné prostredie, ministerstvo môže začať konanie podľa § 18 ods. 10, ods. 11 aj z vlastného podnetu, pričom prihliada na podnety verejnosti, dotknutej obce a dotknutého orgánu. Z vyššie uvedeného vyplýva, že ministerstvo má možnosť, avšak nie povinnosť určiť, či posudzovaniu vplyvov podlieha aj navrhovaná činnosť alebo jej zmena uvedená v prílohe č. 8 (§ 18 ods. 10 zákona o posudzovaní vplyvov na životné prostredie), prípade, či posudzovaniu vplyvov podlieha aj navrhovaná činnosť alebo jej zmena, ktorá nedosahuje prahové hodnoty uvedené v prílohe č. 8. V danom prípade treba zdôrazniť skutočnosť, že kým stanovisko ŠOP SR, Správy NP Nízke Tatry č. NAPANT/487/2011 bolo vydané k navrhovanej výstavbe 32 lesných ciest na LHC Čierny Váh, Javorinka, Malužiná a Liptovská Osada na území NP Nízke Tatry a jeho ochranného pásma, pričom odporučenie na podanie podnetu podľa § 20 zákona o posudzovaní vplyvov na životné prostredie ŠOP SR - Správa NP Nízke Tatry zdôvodnila tým, že celková plocha záberu biotopov ďaleko presahuje hranicu 10 ha, predmetom žiadosti žiadateľa zo dňa 29.03.2011 bolo vydanie súhlasu na výstavbu dvoch lesných ciest na LHC Čierny Váh, pri ktorých by došlo k záberu biotopov o celkovej ploche 0,79 ha (spolu). Z vyššie uvedeného je nesporné, že dôvody, ktoré viedli ŠOP SR, Správu NP Nízke Tatry k odporučeniu na podanie podnetu podľa § 20 zákona, neboli vo vzťahu k navrhovanej výstavbe oboch lesných ciest, ktoré boli predmetom administratívneho konania, splnené. Súd konštatoval, že neobstojí ani ďalšia námietka žalobcu o nedostatočnom dokazovaní, nakoľko je nesporné, že preskúmavané rozhodnutie vychádza z odborných stanovísk KÚ ŽP Žilina vydaných podľa § 28 ods. 4 zákona o ochrane prírody a krajiny, z ktorých vyplýva, že: „Predmetná činnosť nesúvisí so starostlivosťou o predmetné územie sústavy chránených území NATURA 2000 a nie je pre starostlivosť o takéto územie potrebná. V súvislosti s územiami sústavy NATURA 2000 prichádza do úvahy možnosť ovplyvnenia a určitého zásahu do biotopov pri výstavbe, navrhovaná zmena však nebude mať vplyv na tieto územia európskeho významu, a teda nie je predmetom posudzovania jeho vplyvu na životné prostredie podľa osobitného predpisu (zákon č. 24/2006 Z.z.)“. Z vyššie uvedeného nesporne podľa názoru súdu vyplýva, že navrhovaná činnosť, ku ktorej bol žalovaným vydaný súhlas, by mala podliehať posudzovaniu vplyvov v zmysle ust. § 18 zákona o posudzovaní vplyvov na životné prostredie. Ministerstvo teda nebolo oprávnené požadovať od žiadateľa, aby k svojej žiadosti doložil záverečné stanovisko z posúdenia navrhovanej činnosti podľa zákona o posudzovaní vplyvov na životné prostredie, ktoré by navrhovanú činnosť odporučilo realizovať. Krajský súd v Bratislave konštatoval, že žalovaný správny orgán vo veci vykonal dostatočné dokazovanie, rozhodol so zohľadnením záujmov ochrany prírody a krajiny na dotknutom území Národného parku Nízke Tatry, ktorého súčasťou je aj lokalita Chráneného vtáčieho územia Nízke Tatry a územie európskeho významu Kráľovohoľské Tatry. Ministerstvo povolilo výstavbu lesných ciest a zmenu mokrade len na úsekoch, na ktorých bol jednoznačne vylúčený negatívny vplyv výstavby lesných ciest na biotopy európskeho a národného významu a na chránené druhy neudelilo súhlas na výstavbu lesných ciest a ostatných dotknutých JPRL na území Národného parku Nízke Tatry. Na základe vyššie uvedených skutočností Krajský súd v Bratislave považoval preskúmavané rozhodnutie žalovaného za zákonné, a preto rozhodol tak, ako je uvedené vo výrokovej časti tohto rozhodnutia. O trovách konania rozhodol tak, že neúspešnému žalobcovi ich náhradu nepriznal. Toto rozhodnutie prijal senát Krajského súdu v Bratislave v pomere hlasov 3:0 (§ 3 ods. 9, veta tretia zákona č. 757/2004 Z.z. o súdoch a o zmene a doplnení niektorých zákonov v znení účinnom od 01.05.2011). Poučenie: Proti tomuto rozhodnutiu možno podať odvolanie do 15 dní odo dňa jeho doručenia na Krajský súd v Bratislave, písomne, dvojmo. Z podania musí byť zjavné, ktorému súdu je určené, kto ho robí, ktorej veci sa týka a čo sleduje a musí byť podpísané a datované (§ 42 ods. 3 O.s.p). V odvolaní sa má popri všeobecných náležitostiach (§ 42 ods. 3 O.s.p.) uviesť, proti ktorému rozhodnutiu smeruje, v akom rozsahu sa napáda, v čom sa toto rozhodnutie alebo postup súdu považuje za nesprávny a čoho sa odvolateľ domáha (§ 205 ods. 1 O.s.p.). Podľa § 205 ods. 2 O.s.p. odvolanie možno odôvodniť len tým, že: a/ v konaní došlo k vadám uvedeným v § 221 ods. 1 O.s.p.; b/ konanie má inú vadu, ktorá mohla mať za následok nesprávne rozhodnutie vo veci; c/ súd prvého stupňa neúplne zistil skutkový stav veci, pretože nevykonal navrhnuté dôkazy, potrebné na zistenie rozhodujúcich skutočností; d/ súd prvého stupňa dospel na základe vykonaných dôkazov k nesprávnym skutkovým zisteniam; e/ doteraz zistený skutkový stav neobstojí, pretože sú tu ďalšie skutočnosti alebo iné dôkazy, ktoré doteraz neboli uplatnené (§ 205 a/ O.s.p.); f/ rozhodnutie súdu prvého stupňa vychádza z nesprávneho právneho posúdenia veci. Rozsah, v akom sa rozhodnutie napáda a dôvody odvolania môže odvolateľ rozšíriť len do uplynutia lehoty na odvolanie.</w:t>
      </w:r>
    </w:p>
    <w:p/>
    <w:p>
      <w:r>
        <w:t>Zdroj: KAUZIS.SK – https://www.kauzis.sk/judikatura/r/ECLI:SK:KSBA:2016:1012207673.2 (dáta aktuálne k 31. 10. 2026). Záväzné je znenie zverejnené súdom.</w:t>
      </w:r>
    </w:p>
    <w:sectPr w:rsidR="00FC693F" w:rsidRPr="0006063C" w:rsidSect="00034616">
      <w:pgSz w:w="12240" w:h="15840"/>
      <w:pgMar w:top="1440" w:right="1800" w:bottom="1440" w:left="1800" w:header="720" w:footer="720" w:gutter="0"/>
      <w:cols w:space="720"/>
      <w:docGrid w:linePitch="360"/>
    </w:sectPr>
  </w:body>
</w:document>
</file>

<file path=word/fontTable.xml><?xml version="1.0" encoding="utf-8"?>
<w:fonts xmlns:mc="http://schemas.openxmlformats.org/markup-compatibility/2006" xmlns:r="http://schemas.openxmlformats.org/officeDocument/2006/relationships" xmlns:w="http://schemas.openxmlformats.org/wordprocessingml/2006/main" xmlns:w14="http://schemas.microsoft.com/office/word/2010/wordml" mc:Ignorable="w14">
  <w:font w:name="Symbol">
    <w:panose1 w:val="00000000000000000000"/>
    <w:charset w:val="02"/>
    <w:family w:val="auto"/>
    <w:pitch w:val="variable"/>
    <w:sig w:usb0="00000000" w:usb1="10000000" w:usb2="00000000" w:usb3="00000000" w:csb0="80000000" w:csb1="00000000"/>
  </w:font>
  <w:font w:name="Times New Roman">
    <w:panose1 w:val="02020603050405020304"/>
    <w:charset w:val="00"/>
    <w:family w:val="auto"/>
    <w:pitch w:val="variable"/>
    <w:sig w:usb0="E0002AFF" w:usb1="C0007841" w:usb2="00000009" w:usb3="00000000" w:csb0="000001FF" w:csb1="00000000"/>
  </w:font>
  <w:font w:name="Cambria">
    <w:panose1 w:val="02040503050406030204"/>
    <w:charset w:val="00"/>
    <w:family w:val="auto"/>
    <w:pitch w:val="variable"/>
    <w:sig w:usb0="E00002FF" w:usb1="400004FF" w:usb2="00000000" w:usb3="00000000" w:csb0="0000019F" w:csb1="00000000"/>
  </w:font>
  <w:font w:name="ＭＳ 明朝">
    <w:panose1 w:val="00000000000000000000"/>
    <w:charset w:val="80"/>
    <w:family w:val="roman"/>
    <w:notTrueType/>
    <w:pitch w:val="fixed"/>
    <w:sig w:usb0="00000001" w:usb1="08070000" w:usb2="00000010" w:usb3="00000000" w:csb0="00020000" w:csb1="00000000"/>
  </w:font>
  <w:font w:name="Calibri">
    <w:panose1 w:val="020F0502020204030204"/>
    <w:charset w:val="00"/>
    <w:family w:val="auto"/>
    <w:pitch w:val="variable"/>
    <w:sig w:usb0="E10002FF" w:usb1="4000ACFF" w:usb2="00000009" w:usb3="00000000" w:csb0="0000019F" w:csb1="00000000"/>
  </w:font>
  <w:font w:name="ＭＳ ゴシック">
    <w:panose1 w:val="00000000000000000000"/>
    <w:charset w:val="80"/>
    <w:family w:val="modern"/>
    <w:notTrueType/>
    <w:pitch w:val="fixed"/>
    <w:sig w:usb0="00000001" w:usb1="08070000" w:usb2="00000010" w:usb3="00000000" w:csb0="00020000" w:csb1="00000000"/>
  </w:font>
  <w:font w:name="Courier">
    <w:panose1 w:val="02000500000000000000"/>
    <w:charset w:val="00"/>
    <w:family w:val="auto"/>
    <w:pitch w:val="variable"/>
    <w:sig w:usb0="00000003" w:usb1="00000000" w:usb2="00000000" w:usb3="00000000" w:csb0="00000001" w:csb1="00000000"/>
  </w:font>
  <w:font w:name="Arial">
    <w:panose1 w:val="020B0604020202020204"/>
    <w:charset w:val="00"/>
    <w:family w:val="auto"/>
    <w:pitch w:val="variable"/>
    <w:sig w:usb0="E0002AFF" w:usb1="C0007843" w:usb2="00000009" w:usb3="00000000" w:csb0="000001FF" w:csb1="00000000"/>
  </w:font>
</w:fonts>
</file>

<file path=word/numbering.xml><?xml version="1.0" encoding="utf-8"?>
<w:numbering xmlns:wpc="http://schemas.microsoft.com/office/word/2010/wordprocessingCanvas" xmlns:mo="http://schemas.microsoft.com/office/mac/office/2008/main" xmlns:mc="http://schemas.openxmlformats.org/markup-compatibility/2006" xmlns:mv="urn:schemas-microsoft-com:mac:vml"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pg="http://schemas.microsoft.com/office/word/2010/wordprocessingGroup" xmlns:wpi="http://schemas.microsoft.com/office/word/2010/wordprocessingInk" xmlns:wne="http://schemas.microsoft.com/office/word/2006/wordml" xmlns:wps="http://schemas.microsoft.com/office/word/2010/wordprocessingShape" mc:Ignorable="w14 wp14">
  <w:abstractNum w:abstractNumId="0">
    <w:nsid w:val="FFFFFF7C"/>
    <w:multiLevelType w:val="singleLevel"/>
    <w:tmpl w:val="C310EC42"/>
    <w:lvl w:ilvl="0">
      <w:start w:val="1"/>
      <w:numFmt w:val="decimal"/>
      <w:lvlText w:val="%1."/>
      <w:lvlJc w:val="left"/>
      <w:pPr>
        <w:tabs>
          <w:tab w:val="num" w:pos="1800"/>
        </w:tabs>
        <w:ind w:left="1800" w:hanging="360"/>
      </w:pPr>
    </w:lvl>
  </w:abstractNum>
  <w:abstractNum w:abstractNumId="1">
    <w:nsid w:val="FFFFFF7D"/>
    <w:multiLevelType w:val="singleLevel"/>
    <w:tmpl w:val="E4089024"/>
    <w:lvl w:ilvl="0">
      <w:start w:val="1"/>
      <w:numFmt w:val="decimal"/>
      <w:lvlText w:val="%1."/>
      <w:lvlJc w:val="left"/>
      <w:pPr>
        <w:tabs>
          <w:tab w:val="num" w:pos="1440"/>
        </w:tabs>
        <w:ind w:left="1440" w:hanging="360"/>
      </w:pPr>
    </w:lvl>
  </w:abstractNum>
  <w:abstractNum w:abstractNumId="2">
    <w:nsid w:val="FFFFFF7E"/>
    <w:multiLevelType w:val="singleLevel"/>
    <w:tmpl w:val="FB12693A"/>
    <w:lvl w:ilvl="0">
      <w:start w:val="1"/>
      <w:numFmt w:val="decimal"/>
      <w:pStyle w:val="ListNumber3"/>
      <w:lvlText w:val="%1."/>
      <w:lvlJc w:val="left"/>
      <w:pPr>
        <w:tabs>
          <w:tab w:val="num" w:pos="1080"/>
        </w:tabs>
        <w:ind w:left="1080" w:hanging="360"/>
      </w:pPr>
    </w:lvl>
  </w:abstractNum>
  <w:abstractNum w:abstractNumId="3">
    <w:nsid w:val="FFFFFF7F"/>
    <w:multiLevelType w:val="singleLevel"/>
    <w:tmpl w:val="38441652"/>
    <w:lvl w:ilvl="0">
      <w:start w:val="1"/>
      <w:numFmt w:val="decimal"/>
      <w:pStyle w:val="ListNumber2"/>
      <w:lvlText w:val="%1."/>
      <w:lvlJc w:val="left"/>
      <w:pPr>
        <w:tabs>
          <w:tab w:val="num" w:pos="720"/>
        </w:tabs>
        <w:ind w:left="720" w:hanging="360"/>
      </w:pPr>
    </w:lvl>
  </w:abstractNum>
  <w:abstractNum w:abstractNumId="4">
    <w:nsid w:val="FFFFFF81"/>
    <w:multiLevelType w:val="singleLevel"/>
    <w:tmpl w:val="171AC3A4"/>
    <w:lvl w:ilvl="0">
      <w:start w:val="1"/>
      <w:numFmt w:val="bullet"/>
      <w:lvlText w:val=""/>
      <w:lvlJc w:val="left"/>
      <w:pPr>
        <w:tabs>
          <w:tab w:val="num" w:pos="1440"/>
        </w:tabs>
        <w:ind w:left="1440" w:hanging="360"/>
      </w:pPr>
      <w:rPr>
        <w:rFonts w:ascii="Symbol" w:hAnsi="Symbol" w:hint="default"/>
      </w:rPr>
    </w:lvl>
  </w:abstractNum>
  <w:abstractNum w:abstractNumId="5">
    <w:nsid w:val="FFFFFF82"/>
    <w:multiLevelType w:val="singleLevel"/>
    <w:tmpl w:val="F3EAFDEC"/>
    <w:lvl w:ilvl="0">
      <w:start w:val="1"/>
      <w:numFmt w:val="bullet"/>
      <w:pStyle w:val="ListBullet3"/>
      <w:lvlText w:val=""/>
      <w:lvlJc w:val="left"/>
      <w:pPr>
        <w:tabs>
          <w:tab w:val="num" w:pos="1080"/>
        </w:tabs>
        <w:ind w:left="1080" w:hanging="360"/>
      </w:pPr>
      <w:rPr>
        <w:rFonts w:ascii="Symbol" w:hAnsi="Symbol" w:hint="default"/>
      </w:rPr>
    </w:lvl>
  </w:abstractNum>
  <w:abstractNum w:abstractNumId="6">
    <w:nsid w:val="FFFFFF83"/>
    <w:multiLevelType w:val="singleLevel"/>
    <w:tmpl w:val="3D1EFFD4"/>
    <w:lvl w:ilvl="0">
      <w:start w:val="1"/>
      <w:numFmt w:val="bullet"/>
      <w:pStyle w:val="ListBullet2"/>
      <w:lvlText w:val=""/>
      <w:lvlJc w:val="left"/>
      <w:pPr>
        <w:tabs>
          <w:tab w:val="num" w:pos="720"/>
        </w:tabs>
        <w:ind w:left="720" w:hanging="360"/>
      </w:pPr>
      <w:rPr>
        <w:rFonts w:ascii="Symbol" w:hAnsi="Symbol" w:hint="default"/>
      </w:rPr>
    </w:lvl>
  </w:abstractNum>
  <w:abstractNum w:abstractNumId="7">
    <w:nsid w:val="FFFFFF88"/>
    <w:multiLevelType w:val="singleLevel"/>
    <w:tmpl w:val="D0A62B40"/>
    <w:lvl w:ilvl="0">
      <w:start w:val="1"/>
      <w:numFmt w:val="decimal"/>
      <w:pStyle w:val="ListNumber"/>
      <w:lvlText w:val="%1."/>
      <w:lvlJc w:val="left"/>
      <w:pPr>
        <w:tabs>
          <w:tab w:val="num" w:pos="360"/>
        </w:tabs>
        <w:ind w:left="360" w:hanging="360"/>
      </w:pPr>
    </w:lvl>
  </w:abstractNum>
  <w:abstractNum w:abstractNumId="8">
    <w:nsid w:val="FFFFFF89"/>
    <w:multiLevelType w:val="singleLevel"/>
    <w:tmpl w:val="29761A62"/>
    <w:lvl w:ilvl="0">
      <w:start w:val="1"/>
      <w:numFmt w:val="bullet"/>
      <w:pStyle w:val="ListBullet"/>
      <w:lvlText w:val=""/>
      <w:lvlJc w:val="left"/>
      <w:pPr>
        <w:tabs>
          <w:tab w:val="num" w:pos="360"/>
        </w:tabs>
        <w:ind w:left="360" w:hanging="360"/>
      </w:pPr>
      <w:rPr>
        <w:rFonts w:ascii="Symbol" w:hAnsi="Symbol" w:hint="default"/>
      </w:rPr>
    </w:lvl>
  </w:abstractNum>
  <w:num w:numId="1">
    <w:abstractNumId w:val="8"/>
  </w:num>
  <w:num w:numId="2">
    <w:abstractNumId w:val="6"/>
  </w:num>
  <w:num w:numId="3">
    <w:abstractNumId w:val="5"/>
  </w:num>
  <w:num w:numId="4">
    <w:abstractNumId w:val="4"/>
  </w:num>
  <w:num w:numId="5">
    <w:abstractNumId w:val="7"/>
  </w:num>
  <w:num w:numId="6">
    <w:abstractNumId w:val="3"/>
  </w:num>
  <w:num w:numId="7">
    <w:abstractNumId w:val="2"/>
  </w:num>
  <w:num w:numId="8">
    <w:abstractNumId w:val="1"/>
  </w:num>
  <w:num w:numId="9">
    <w:abstractNumId w:val="0"/>
  </w:num>
</w:numbering>
</file>

<file path=word/settings.xml><?xml version="1.0" encoding="utf-8"?>
<w:settings xmlns:mc="http://schemas.openxmlformats.org/markup-compatibility/2006" xmlns:o="urn:schemas-microsoft-com:office:office" xmlns:r="http://schemas.openxmlformats.org/officeDocument/2006/relationships" xmlns:m="http://schemas.openxmlformats.org/officeDocument/2006/math" xmlns:v="urn:schemas-microsoft-com:vml" xmlns:w10="urn:schemas-microsoft-com:office:word" xmlns:w="http://schemas.openxmlformats.org/wordprocessingml/2006/main" xmlns:w14="http://schemas.microsoft.com/office/word/2010/wordml" xmlns:sl="http://schemas.openxmlformats.org/schemaLibrary/2006/main" mc:Ignorable="w14">
  <w:zoom w:val="bestFit"/>
  <w:proofState w:spelling="clean" w:grammar="clean"/>
  <w:defaultTabStop w:val="720"/>
  <w:characterSpacingControl w:val="doNotCompress"/>
  <w:savePreviewPicture/>
  <w:compat>
    <w:useFELayout/>
    <w:compatSetting w:name="compatibilityMode" w:uri="http://schemas.microsoft.com/office/word" w:val="14"/>
    <w:compatSetting w:name="overrideTableStyleFontSizeAndJustification" w:uri="http://schemas.microsoft.com/office/word" w:val="1"/>
    <w:compatSetting w:name="enableOpenTypeFeatures" w:uri="http://schemas.microsoft.com/office/word" w:val="1"/>
    <w:compatSetting w:name="doNotFlipMirrorIndents" w:uri="http://schemas.microsoft.com/office/word" w:val="1"/>
  </w:compat>
  <w:rsids>
    <w:rsidRoot w:val="00B47730"/>
    <w:rsid w:val="00034616"/>
    <w:rsid w:val="0006063C"/>
    <w:rsid w:val="0015074B"/>
    <w:rsid w:val="0029639D"/>
    <w:rsid w:val="00326F90"/>
    <w:rsid w:val="00AA1D8D"/>
    <w:rsid w:val="00B47730"/>
    <w:rsid w:val="00CB0664"/>
    <w:rsid w:val="00FC693F"/>
  </w:rsids>
  <m:mathPr>
    <m:mathFont m:val="Cambria Math"/>
    <m:brkBin m:val="before"/>
    <m:brkBinSub m:val="--"/>
    <m:smallFrac m:val="0"/>
    <m:dispDef/>
    <m:lMargin m:val="0"/>
    <m:rMargin m:val="0"/>
    <m:defJc m:val="centerGroup"/>
    <m:wrapIndent m:val="1440"/>
    <m:intLim m:val="subSup"/>
    <m:naryLim m:val="undOvr"/>
  </m:mathPr>
  <w:themeFontLang w:val="en-US" w:eastAsia="ja-JP"/>
  <w:clrSchemeMapping w:bg1="light1" w:t1="dark1" w:bg2="light2" w:t2="dark2" w:accent1="accent1" w:accent2="accent2" w:accent3="accent3" w:accent4="accent4" w:accent5="accent5" w:accent6="accent6" w:hyperlink="hyperlink" w:followedHyperlink="followedHyperlink"/>
  <w:doNotAutoCompressPictures/>
  <w:shapeDefaults>
    <o:shapedefaults v:ext="edit" spidmax="1027"/>
    <o:shapelayout v:ext="edit">
      <o:idmap v:ext="edit" data="1"/>
    </o:shapelayout>
  </w:shapeDefaults>
  <w:decimalSymbol w:val="."/>
  <w:listSeparator w:val=","/>
  <w14:docId w14:val="24062061"/>
  <w14:defaultImageDpi w14:val="300"/>
</w:settings>
</file>

<file path=word/styles.xml><?xml version="1.0" encoding="utf-8"?>
<w:styles xmlns:mc="http://schemas.openxmlformats.org/markup-compatibility/2006" xmlns:r="http://schemas.openxmlformats.org/officeDocument/2006/relationships" xmlns:w="http://schemas.openxmlformats.org/wordprocessingml/2006/main" xmlns:w14="http://schemas.microsoft.com/office/word/2010/wordml" mc:Ignorable="w14">
  <w:docDefaults>
    <w:rPrDefault>
      <w:rPr>
        <w:rFonts w:asciiTheme="minorHAnsi" w:eastAsiaTheme="minorEastAsia" w:hAnsiTheme="minorHAnsi" w:cstheme="minorBidi"/>
        <w:sz w:val="22"/>
        <w:szCs w:val="22"/>
        <w:lang w:val="en-US" w:eastAsia="en-US" w:bidi="ar-SA"/>
      </w:rPr>
    </w:rPrDefault>
    <w:pPrDefault>
      <w:pPr>
        <w:spacing w:after="200" w:line="276" w:lineRule="auto"/>
      </w:pPr>
    </w:pPrDefault>
  </w:docDefaults>
  <w:latentStyles w:defLockedState="0" w:defUIPriority="99" w:defSemiHidden="1" w:defUnhideWhenUsed="1" w:defQFormat="0" w:count="276">
    <w:lsdException w:name="Normal" w:semiHidden="0" w:uiPriority="0" w:unhideWhenUsed="0" w:qFormat="1"/>
    <w:lsdException w:name="heading 1" w:semiHidden="0" w:uiPriority="9" w:unhideWhenUsed="0" w:qFormat="1"/>
    <w:lsdException w:name="heading 2" w:uiPriority="9" w:qFormat="1"/>
    <w:lsdException w:name="heading 3" w:uiPriority="9" w:qFormat="1"/>
    <w:lsdException w:name="heading 4" w:uiPriority="9" w:qFormat="1"/>
    <w:lsdException w:name="heading 5" w:uiPriority="9" w:qFormat="1"/>
    <w:lsdException w:name="heading 6" w:uiPriority="9" w:qFormat="1"/>
    <w:lsdException w:name="heading 7" w:uiPriority="9" w:qFormat="1"/>
    <w:lsdException w:name="heading 8" w:uiPriority="9" w:qFormat="1"/>
    <w:lsdException w:name="heading 9" w:uiPriority="9" w:qFormat="1"/>
    <w:lsdException w:name="toc 1" w:uiPriority="39"/>
    <w:lsdException w:name="toc 2" w:uiPriority="39"/>
    <w:lsdException w:name="toc 3" w:uiPriority="39"/>
    <w:lsdException w:name="toc 4" w:uiPriority="39"/>
    <w:lsdException w:name="toc 5" w:uiPriority="39"/>
    <w:lsdException w:name="toc 6" w:uiPriority="39"/>
    <w:lsdException w:name="toc 7" w:uiPriority="39"/>
    <w:lsdException w:name="toc 8" w:uiPriority="39"/>
    <w:lsdException w:name="toc 9" w:uiPriority="39"/>
    <w:lsdException w:name="caption" w:uiPriority="35" w:qFormat="1"/>
    <w:lsdException w:name="Title" w:semiHidden="0" w:uiPriority="10" w:unhideWhenUsed="0" w:qFormat="1"/>
    <w:lsdException w:name="Default Paragraph Font" w:uiPriority="1"/>
    <w:lsdException w:name="Subtitle" w:semiHidden="0" w:uiPriority="11" w:unhideWhenUsed="0" w:qFormat="1"/>
    <w:lsdException w:name="Strong" w:semiHidden="0" w:uiPriority="22" w:unhideWhenUsed="0" w:qFormat="1"/>
    <w:lsdException w:name="Emphasis" w:semiHidden="0" w:uiPriority="20" w:unhideWhenUsed="0" w:qFormat="1"/>
    <w:lsdException w:name="Table Grid" w:semiHidden="0" w:uiPriority="59" w:unhideWhenUsed="0"/>
    <w:lsdException w:name="Placeholder Text" w:unhideWhenUsed="0"/>
    <w:lsdException w:name="No Spacing" w:semiHidden="0" w:uiPriority="1" w:unhideWhenUsed="0" w:qFormat="1"/>
    <w:lsdException w:name="Light Shading" w:semiHidden="0" w:uiPriority="60" w:unhideWhenUsed="0"/>
    <w:lsdException w:name="Light List" w:semiHidden="0" w:uiPriority="61" w:unhideWhenUsed="0"/>
    <w:lsdException w:name="Light Grid" w:semiHidden="0" w:uiPriority="62" w:unhideWhenUsed="0"/>
    <w:lsdException w:name="Medium Shading 1" w:semiHidden="0" w:uiPriority="63" w:unhideWhenUsed="0"/>
    <w:lsdException w:name="Medium Shading 2" w:semiHidden="0" w:uiPriority="64" w:unhideWhenUsed="0"/>
    <w:lsdException w:name="Medium List 1" w:semiHidden="0" w:uiPriority="65" w:unhideWhenUsed="0"/>
    <w:lsdException w:name="Medium List 2" w:semiHidden="0" w:uiPriority="66" w:unhideWhenUsed="0"/>
    <w:lsdException w:name="Medium Grid 1" w:semiHidden="0" w:uiPriority="67" w:unhideWhenUsed="0"/>
    <w:lsdException w:name="Medium Grid 2" w:semiHidden="0" w:uiPriority="68" w:unhideWhenUsed="0"/>
    <w:lsdException w:name="Medium Grid 3" w:semiHidden="0" w:uiPriority="69" w:unhideWhenUsed="0"/>
    <w:lsdException w:name="Dark List" w:semiHidden="0" w:uiPriority="70" w:unhideWhenUsed="0"/>
    <w:lsdException w:name="Colorful Shading" w:semiHidden="0" w:uiPriority="71" w:unhideWhenUsed="0"/>
    <w:lsdException w:name="Colorful List" w:semiHidden="0" w:uiPriority="72" w:unhideWhenUsed="0"/>
    <w:lsdException w:name="Colorful Grid" w:semiHidden="0" w:uiPriority="73" w:unhideWhenUsed="0"/>
    <w:lsdException w:name="Light Shading Accent 1" w:semiHidden="0" w:uiPriority="60" w:unhideWhenUsed="0"/>
    <w:lsdException w:name="Light List Accent 1" w:semiHidden="0" w:uiPriority="61" w:unhideWhenUsed="0"/>
    <w:lsdException w:name="Light Grid Accent 1" w:semiHidden="0" w:uiPriority="62" w:unhideWhenUsed="0"/>
    <w:lsdException w:name="Medium Shading 1 Accent 1" w:semiHidden="0" w:uiPriority="63" w:unhideWhenUsed="0"/>
    <w:lsdException w:name="Medium Shading 2 Accent 1" w:semiHidden="0" w:uiPriority="64" w:unhideWhenUsed="0"/>
    <w:lsdException w:name="Medium List 1 Accent 1" w:semiHidden="0" w:uiPriority="65" w:unhideWhenUsed="0"/>
    <w:lsdException w:name="Revision" w:unhideWhenUsed="0"/>
    <w:lsdException w:name="List Paragraph" w:semiHidden="0" w:uiPriority="34" w:unhideWhenUsed="0" w:qFormat="1"/>
    <w:lsdException w:name="Quote" w:semiHidden="0" w:uiPriority="29" w:unhideWhenUsed="0" w:qFormat="1"/>
    <w:lsdException w:name="Intense Quote" w:semiHidden="0" w:uiPriority="30" w:unhideWhenUsed="0" w:qFormat="1"/>
    <w:lsdException w:name="Medium List 2 Accent 1" w:semiHidden="0" w:uiPriority="66" w:unhideWhenUsed="0"/>
    <w:lsdException w:name="Medium Grid 1 Accent 1" w:semiHidden="0" w:uiPriority="67" w:unhideWhenUsed="0"/>
    <w:lsdException w:name="Medium Grid 2 Accent 1" w:semiHidden="0" w:uiPriority="68" w:unhideWhenUsed="0"/>
    <w:lsdException w:name="Medium Grid 3 Accent 1" w:semiHidden="0" w:uiPriority="69" w:unhideWhenUsed="0"/>
    <w:lsdException w:name="Dark List Accent 1" w:semiHidden="0" w:uiPriority="70" w:unhideWhenUsed="0"/>
    <w:lsdException w:name="Colorful Shading Accent 1" w:semiHidden="0" w:uiPriority="71" w:unhideWhenUsed="0"/>
    <w:lsdException w:name="Colorful List Accent 1" w:semiHidden="0" w:uiPriority="72" w:unhideWhenUsed="0"/>
    <w:lsdException w:name="Colorful Grid Accent 1" w:semiHidden="0" w:uiPriority="73" w:unhideWhenUsed="0"/>
    <w:lsdException w:name="Light Shading Accent 2" w:semiHidden="0" w:uiPriority="60" w:unhideWhenUsed="0"/>
    <w:lsdException w:name="Light List Accent 2" w:semiHidden="0" w:uiPriority="61" w:unhideWhenUsed="0"/>
    <w:lsdException w:name="Light Grid Accent 2" w:semiHidden="0" w:uiPriority="62" w:unhideWhenUsed="0"/>
    <w:lsdException w:name="Medium Shading 1 Accent 2" w:semiHidden="0" w:uiPriority="63" w:unhideWhenUsed="0"/>
    <w:lsdException w:name="Medium Shading 2 Accent 2" w:semiHidden="0" w:uiPriority="64" w:unhideWhenUsed="0"/>
    <w:lsdException w:name="Medium List 1 Accent 2" w:semiHidden="0" w:uiPriority="65" w:unhideWhenUsed="0"/>
    <w:lsdException w:name="Medium List 2 Accent 2" w:semiHidden="0" w:uiPriority="66" w:unhideWhenUsed="0"/>
    <w:lsdException w:name="Medium Grid 1 Accent 2" w:semiHidden="0" w:uiPriority="67" w:unhideWhenUsed="0"/>
    <w:lsdException w:name="Medium Grid 2 Accent 2" w:semiHidden="0" w:uiPriority="68" w:unhideWhenUsed="0"/>
    <w:lsdException w:name="Medium Grid 3 Accent 2" w:semiHidden="0" w:uiPriority="69" w:unhideWhenUsed="0"/>
    <w:lsdException w:name="Dark List Accent 2" w:semiHidden="0" w:uiPriority="70" w:unhideWhenUsed="0"/>
    <w:lsdException w:name="Colorful Shading Accent 2" w:semiHidden="0" w:uiPriority="71" w:unhideWhenUsed="0"/>
    <w:lsdException w:name="Colorful List Accent 2" w:semiHidden="0" w:uiPriority="72" w:unhideWhenUsed="0"/>
    <w:lsdException w:name="Colorful Grid Accent 2" w:semiHidden="0" w:uiPriority="73" w:unhideWhenUsed="0"/>
    <w:lsdException w:name="Light Shading Accent 3" w:semiHidden="0" w:uiPriority="60" w:unhideWhenUsed="0"/>
    <w:lsdException w:name="Light List Accent 3" w:semiHidden="0" w:uiPriority="61" w:unhideWhenUsed="0"/>
    <w:lsdException w:name="Light Grid Accent 3" w:semiHidden="0" w:uiPriority="62" w:unhideWhenUsed="0"/>
    <w:lsdException w:name="Medium Shading 1 Accent 3" w:semiHidden="0" w:uiPriority="63" w:unhideWhenUsed="0"/>
    <w:lsdException w:name="Medium Shading 2 Accent 3" w:semiHidden="0" w:uiPriority="64" w:unhideWhenUsed="0"/>
    <w:lsdException w:name="Medium List 1 Accent 3" w:semiHidden="0" w:uiPriority="65" w:unhideWhenUsed="0"/>
    <w:lsdException w:name="Medium List 2 Accent 3" w:semiHidden="0" w:uiPriority="66" w:unhideWhenUsed="0"/>
    <w:lsdException w:name="Medium Grid 1 Accent 3" w:semiHidden="0" w:uiPriority="67" w:unhideWhenUsed="0"/>
    <w:lsdException w:name="Medium Grid 2 Accent 3" w:semiHidden="0" w:uiPriority="68" w:unhideWhenUsed="0"/>
    <w:lsdException w:name="Medium Grid 3 Accent 3" w:semiHidden="0" w:uiPriority="69" w:unhideWhenUsed="0"/>
    <w:lsdException w:name="Dark List Accent 3" w:semiHidden="0" w:uiPriority="70" w:unhideWhenUsed="0"/>
    <w:lsdException w:name="Colorful Shading Accent 3" w:semiHidden="0" w:uiPriority="71" w:unhideWhenUsed="0"/>
    <w:lsdException w:name="Colorful List Accent 3" w:semiHidden="0" w:uiPriority="72" w:unhideWhenUsed="0"/>
    <w:lsdException w:name="Colorful Grid Accent 3" w:semiHidden="0" w:uiPriority="73" w:unhideWhenUsed="0"/>
    <w:lsdException w:name="Light Shading Accent 4" w:semiHidden="0" w:uiPriority="60" w:unhideWhenUsed="0"/>
    <w:lsdException w:name="Light List Accent 4" w:semiHidden="0" w:uiPriority="61" w:unhideWhenUsed="0"/>
    <w:lsdException w:name="Light Grid Accent 4" w:semiHidden="0" w:uiPriority="62" w:unhideWhenUsed="0"/>
    <w:lsdException w:name="Medium Shading 1 Accent 4" w:semiHidden="0" w:uiPriority="63" w:unhideWhenUsed="0"/>
    <w:lsdException w:name="Medium Shading 2 Accent 4" w:semiHidden="0" w:uiPriority="64" w:unhideWhenUsed="0"/>
    <w:lsdException w:name="Medium List 1 Accent 4" w:semiHidden="0" w:uiPriority="65" w:unhideWhenUsed="0"/>
    <w:lsdException w:name="Medium List 2 Accent 4" w:semiHidden="0" w:uiPriority="66" w:unhideWhenUsed="0"/>
    <w:lsdException w:name="Medium Grid 1 Accent 4" w:semiHidden="0" w:uiPriority="67" w:unhideWhenUsed="0"/>
    <w:lsdException w:name="Medium Grid 2 Accent 4" w:semiHidden="0" w:uiPriority="68" w:unhideWhenUsed="0"/>
    <w:lsdException w:name="Medium Grid 3 Accent 4" w:semiHidden="0" w:uiPriority="69" w:unhideWhenUsed="0"/>
    <w:lsdException w:name="Dark List Accent 4" w:semiHidden="0" w:uiPriority="70" w:unhideWhenUsed="0"/>
    <w:lsdException w:name="Colorful Shading Accent 4" w:semiHidden="0" w:uiPriority="71" w:unhideWhenUsed="0"/>
    <w:lsdException w:name="Colorful List Accent 4" w:semiHidden="0" w:uiPriority="72" w:unhideWhenUsed="0"/>
    <w:lsdException w:name="Colorful Grid Accent 4" w:semiHidden="0" w:uiPriority="73" w:unhideWhenUsed="0"/>
    <w:lsdException w:name="Light Shading Accent 5" w:semiHidden="0" w:uiPriority="60" w:unhideWhenUsed="0"/>
    <w:lsdException w:name="Light List Accent 5" w:semiHidden="0" w:uiPriority="61" w:unhideWhenUsed="0"/>
    <w:lsdException w:name="Light Grid Accent 5" w:semiHidden="0" w:uiPriority="62" w:unhideWhenUsed="0"/>
    <w:lsdException w:name="Medium Shading 1 Accent 5" w:semiHidden="0" w:uiPriority="63" w:unhideWhenUsed="0"/>
    <w:lsdException w:name="Medium Shading 2 Accent 5" w:semiHidden="0" w:uiPriority="64" w:unhideWhenUsed="0"/>
    <w:lsdException w:name="Medium List 1 Accent 5" w:semiHidden="0" w:uiPriority="65" w:unhideWhenUsed="0"/>
    <w:lsdException w:name="Medium List 2 Accent 5" w:semiHidden="0" w:uiPriority="66" w:unhideWhenUsed="0"/>
    <w:lsdException w:name="Medium Grid 1 Accent 5" w:semiHidden="0" w:uiPriority="67" w:unhideWhenUsed="0"/>
    <w:lsdException w:name="Medium Grid 2 Accent 5" w:semiHidden="0" w:uiPriority="68" w:unhideWhenUsed="0"/>
    <w:lsdException w:name="Medium Grid 3 Accent 5" w:semiHidden="0" w:uiPriority="69" w:unhideWhenUsed="0"/>
    <w:lsdException w:name="Dark List Accent 5" w:semiHidden="0" w:uiPriority="70" w:unhideWhenUsed="0"/>
    <w:lsdException w:name="Colorful Shading Accent 5" w:semiHidden="0" w:uiPriority="71" w:unhideWhenUsed="0"/>
    <w:lsdException w:name="Colorful List Accent 5" w:semiHidden="0" w:uiPriority="72" w:unhideWhenUsed="0"/>
    <w:lsdException w:name="Colorful Grid Accent 5" w:semiHidden="0" w:uiPriority="73" w:unhideWhenUsed="0"/>
    <w:lsdException w:name="Light Shading Accent 6" w:semiHidden="0" w:uiPriority="60" w:unhideWhenUsed="0"/>
    <w:lsdException w:name="Light List Accent 6" w:semiHidden="0" w:uiPriority="61" w:unhideWhenUsed="0"/>
    <w:lsdException w:name="Light Grid Accent 6" w:semiHidden="0" w:uiPriority="62" w:unhideWhenUsed="0"/>
    <w:lsdException w:name="Medium Shading 1 Accent 6" w:semiHidden="0" w:uiPriority="63" w:unhideWhenUsed="0"/>
    <w:lsdException w:name="Medium Shading 2 Accent 6" w:semiHidden="0" w:uiPriority="64" w:unhideWhenUsed="0"/>
    <w:lsdException w:name="Medium List 1 Accent 6" w:semiHidden="0" w:uiPriority="65" w:unhideWhenUsed="0"/>
    <w:lsdException w:name="Medium List 2 Accent 6" w:semiHidden="0" w:uiPriority="66" w:unhideWhenUsed="0"/>
    <w:lsdException w:name="Medium Grid 1 Accent 6" w:semiHidden="0" w:uiPriority="67" w:unhideWhenUsed="0"/>
    <w:lsdException w:name="Medium Grid 2 Accent 6" w:semiHidden="0" w:uiPriority="68" w:unhideWhenUsed="0"/>
    <w:lsdException w:name="Medium Grid 3 Accent 6" w:semiHidden="0" w:uiPriority="69" w:unhideWhenUsed="0"/>
    <w:lsdException w:name="Dark List Accent 6" w:semiHidden="0" w:uiPriority="70" w:unhideWhenUsed="0"/>
    <w:lsdException w:name="Colorful Shading Accent 6" w:semiHidden="0" w:uiPriority="71" w:unhideWhenUsed="0"/>
    <w:lsdException w:name="Colorful List Accent 6" w:semiHidden="0" w:uiPriority="72" w:unhideWhenUsed="0"/>
    <w:lsdException w:name="Colorful Grid Accent 6" w:semiHidden="0" w:uiPriority="73" w:unhideWhenUsed="0"/>
    <w:lsdException w:name="Subtle Emphasis" w:semiHidden="0" w:uiPriority="19" w:unhideWhenUsed="0" w:qFormat="1"/>
    <w:lsdException w:name="Intense Emphasis" w:semiHidden="0" w:uiPriority="21" w:unhideWhenUsed="0" w:qFormat="1"/>
    <w:lsdException w:name="Subtle Reference" w:semiHidden="0" w:uiPriority="31" w:unhideWhenUsed="0" w:qFormat="1"/>
    <w:lsdException w:name="Intense Reference" w:semiHidden="0" w:uiPriority="32" w:unhideWhenUsed="0" w:qFormat="1"/>
    <w:lsdException w:name="Book Title" w:semiHidden="0" w:uiPriority="33" w:unhideWhenUsed="0" w:qFormat="1"/>
    <w:lsdException w:name="Bibliography" w:uiPriority="37"/>
    <w:lsdException w:name="TOC Heading" w:uiPriority="39" w:qFormat="1"/>
  </w:latentStyles>
  <w:style w:type="paragraph" w:default="1" w:styleId="Normal">
    <w:name w:val="Normal"/>
    <w:qFormat/>
    <w:rsid w:val="00FC693F"/>
    <w:rPr>
      <w:rFonts w:ascii="Calibri" w:hAnsi="Calibri"/>
      <w:sz w:val="22"/>
    </w:rPr>
  </w:style>
  <w:style w:type="paragraph" w:styleId="Header">
    <w:name w:val="header"/>
    <w:basedOn w:val="Normal"/>
    <w:link w:val="HeaderChar"/>
    <w:uiPriority w:val="99"/>
    <w:unhideWhenUsed/>
    <w:rsid w:val="00E618BF"/>
    <w:pPr>
      <w:tabs>
        <w:tab w:val="center" w:pos="4680"/>
        <w:tab w:val="right" w:pos="9360"/>
      </w:tabs>
      <w:spacing w:after="0" w:line="240" w:lineRule="auto"/>
    </w:pPr>
  </w:style>
  <w:style w:type="character" w:customStyle="1" w:styleId="HeaderChar">
    <w:name w:val="Header Char"/>
    <w:basedOn w:val="DefaultParagraphFont"/>
    <w:link w:val="Header"/>
    <w:uiPriority w:val="99"/>
    <w:rsid w:val="00E618BF"/>
  </w:style>
  <w:style w:type="paragraph" w:styleId="Footer">
    <w:name w:val="footer"/>
    <w:basedOn w:val="Normal"/>
    <w:link w:val="FooterChar"/>
    <w:uiPriority w:val="99"/>
    <w:unhideWhenUsed/>
    <w:rsid w:val="00E618BF"/>
    <w:pPr>
      <w:tabs>
        <w:tab w:val="center" w:pos="4680"/>
        <w:tab w:val="right" w:pos="9360"/>
      </w:tabs>
      <w:spacing w:after="0" w:line="240" w:lineRule="auto"/>
    </w:pPr>
  </w:style>
  <w:style w:type="character" w:customStyle="1" w:styleId="FooterChar">
    <w:name w:val="Footer Char"/>
    <w:basedOn w:val="DefaultParagraphFont"/>
    <w:link w:val="Footer"/>
    <w:uiPriority w:val="99"/>
    <w:rsid w:val="00E618BF"/>
  </w:style>
  <w:style w:type="paragraph" w:styleId="Heading1">
    <w:name w:val="heading 1"/>
    <w:basedOn w:val="Normal"/>
    <w:next w:val="Normal"/>
    <w:link w:val="Heading1Char"/>
    <w:uiPriority w:val="9"/>
    <w:qFormat/>
    <w:rsid w:val="00FC693F"/>
    <w:pPr>
      <w:keepNext/>
      <w:keepLines/>
      <w:spacing w:before="480" w:after="0"/>
      <w:outlineLvl w:val="0"/>
    </w:pPr>
    <w:rPr>
      <w:rFonts w:asciiTheme="majorHAnsi" w:eastAsiaTheme="majorEastAsia" w:hAnsiTheme="majorHAnsi" w:cstheme="majorBidi"/>
      <w:b/>
      <w:bCs/>
      <w:color w:val="365F91" w:themeColor="accent1" w:themeShade="BF"/>
      <w:sz w:val="28"/>
      <w:szCs w:val="28"/>
    </w:rPr>
  </w:style>
  <w:style w:type="paragraph" w:styleId="Heading2">
    <w:name w:val="heading 2"/>
    <w:basedOn w:val="Normal"/>
    <w:next w:val="Normal"/>
    <w:link w:val="Heading2Char"/>
    <w:uiPriority w:val="9"/>
    <w:unhideWhenUsed/>
    <w:qFormat/>
    <w:rsid w:val="00FC693F"/>
    <w:pPr>
      <w:keepNext/>
      <w:keepLines/>
      <w:spacing w:before="200" w:after="0"/>
      <w:outlineLvl w:val="1"/>
    </w:pPr>
    <w:rPr>
      <w:rFonts w:asciiTheme="majorHAnsi" w:eastAsiaTheme="majorEastAsia" w:hAnsiTheme="majorHAnsi" w:cstheme="majorBidi"/>
      <w:b/>
      <w:bCs/>
      <w:color w:val="4F81BD" w:themeColor="accent1"/>
      <w:sz w:val="26"/>
      <w:szCs w:val="26"/>
    </w:rPr>
  </w:style>
  <w:style w:type="paragraph" w:styleId="Heading3">
    <w:name w:val="heading 3"/>
    <w:basedOn w:val="Normal"/>
    <w:next w:val="Normal"/>
    <w:link w:val="Heading3Char"/>
    <w:uiPriority w:val="9"/>
    <w:unhideWhenUsed/>
    <w:qFormat/>
    <w:rsid w:val="00FC693F"/>
    <w:pPr>
      <w:keepNext/>
      <w:keepLines/>
      <w:spacing w:before="200" w:after="0"/>
      <w:outlineLvl w:val="2"/>
    </w:pPr>
    <w:rPr>
      <w:rFonts w:asciiTheme="majorHAnsi" w:eastAsiaTheme="majorEastAsia" w:hAnsiTheme="majorHAnsi" w:cstheme="majorBidi"/>
      <w:b/>
      <w:bCs/>
      <w:color w:val="4F81BD" w:themeColor="accent1"/>
    </w:rPr>
  </w:style>
  <w:style w:type="paragraph" w:styleId="Heading4">
    <w:name w:val="heading 4"/>
    <w:basedOn w:val="Normal"/>
    <w:next w:val="Normal"/>
    <w:link w:val="Heading4Char"/>
    <w:uiPriority w:val="9"/>
    <w:semiHidden/>
    <w:unhideWhenUsed/>
    <w:qFormat/>
    <w:rsid w:val="00FC693F"/>
    <w:pPr>
      <w:keepNext/>
      <w:keepLines/>
      <w:spacing w:before="200" w:after="0"/>
      <w:outlineLvl w:val="3"/>
    </w:pPr>
    <w:rPr>
      <w:rFonts w:asciiTheme="majorHAnsi" w:eastAsiaTheme="majorEastAsia" w:hAnsiTheme="majorHAnsi" w:cstheme="majorBidi"/>
      <w:b/>
      <w:bCs/>
      <w:i/>
      <w:iCs/>
      <w:color w:val="4F81BD" w:themeColor="accent1"/>
    </w:rPr>
  </w:style>
  <w:style w:type="paragraph" w:styleId="Heading5">
    <w:name w:val="heading 5"/>
    <w:basedOn w:val="Normal"/>
    <w:next w:val="Normal"/>
    <w:link w:val="Heading5Char"/>
    <w:uiPriority w:val="9"/>
    <w:semiHidden/>
    <w:unhideWhenUsed/>
    <w:qFormat/>
    <w:rsid w:val="00FC693F"/>
    <w:pPr>
      <w:keepNext/>
      <w:keepLines/>
      <w:spacing w:before="200" w:after="0"/>
      <w:outlineLvl w:val="4"/>
    </w:pPr>
    <w:rPr>
      <w:rFonts w:asciiTheme="majorHAnsi" w:eastAsiaTheme="majorEastAsia" w:hAnsiTheme="majorHAnsi" w:cstheme="majorBidi"/>
      <w:color w:val="243F60" w:themeColor="accent1" w:themeShade="7F"/>
    </w:rPr>
  </w:style>
  <w:style w:type="paragraph" w:styleId="Heading6">
    <w:name w:val="heading 6"/>
    <w:basedOn w:val="Normal"/>
    <w:next w:val="Normal"/>
    <w:link w:val="Heading6Char"/>
    <w:uiPriority w:val="9"/>
    <w:semiHidden/>
    <w:unhideWhenUsed/>
    <w:qFormat/>
    <w:rsid w:val="00FC693F"/>
    <w:pPr>
      <w:keepNext/>
      <w:keepLines/>
      <w:spacing w:before="200" w:after="0"/>
      <w:outlineLvl w:val="5"/>
    </w:pPr>
    <w:rPr>
      <w:rFonts w:asciiTheme="majorHAnsi" w:eastAsiaTheme="majorEastAsia" w:hAnsiTheme="majorHAnsi" w:cstheme="majorBidi"/>
      <w:i/>
      <w:iCs/>
      <w:color w:val="243F60" w:themeColor="accent1" w:themeShade="7F"/>
    </w:rPr>
  </w:style>
  <w:style w:type="paragraph" w:styleId="Heading7">
    <w:name w:val="heading 7"/>
    <w:basedOn w:val="Normal"/>
    <w:next w:val="Normal"/>
    <w:link w:val="Heading7Char"/>
    <w:uiPriority w:val="9"/>
    <w:semiHidden/>
    <w:unhideWhenUsed/>
    <w:qFormat/>
    <w:rsid w:val="00FC693F"/>
    <w:pPr>
      <w:keepNext/>
      <w:keepLines/>
      <w:spacing w:before="200" w:after="0"/>
      <w:outlineLvl w:val="6"/>
    </w:pPr>
    <w:rPr>
      <w:rFonts w:asciiTheme="majorHAnsi" w:eastAsiaTheme="majorEastAsia" w:hAnsiTheme="majorHAnsi" w:cstheme="majorBidi"/>
      <w:i/>
      <w:iCs/>
      <w:color w:val="404040" w:themeColor="text1" w:themeTint="BF"/>
    </w:rPr>
  </w:style>
  <w:style w:type="paragraph" w:styleId="Heading8">
    <w:name w:val="heading 8"/>
    <w:basedOn w:val="Normal"/>
    <w:next w:val="Normal"/>
    <w:link w:val="Heading8Char"/>
    <w:uiPriority w:val="9"/>
    <w:semiHidden/>
    <w:unhideWhenUsed/>
    <w:qFormat/>
    <w:rsid w:val="00FC693F"/>
    <w:pPr>
      <w:keepNext/>
      <w:keepLines/>
      <w:spacing w:before="200" w:after="0"/>
      <w:outlineLvl w:val="7"/>
    </w:pPr>
    <w:rPr>
      <w:rFonts w:asciiTheme="majorHAnsi" w:eastAsiaTheme="majorEastAsia" w:hAnsiTheme="majorHAnsi" w:cstheme="majorBidi"/>
      <w:color w:val="4F81BD" w:themeColor="accent1"/>
      <w:sz w:val="20"/>
      <w:szCs w:val="20"/>
    </w:rPr>
  </w:style>
  <w:style w:type="paragraph" w:styleId="Heading9">
    <w:name w:val="heading 9"/>
    <w:basedOn w:val="Normal"/>
    <w:next w:val="Normal"/>
    <w:link w:val="Heading9Char"/>
    <w:uiPriority w:val="9"/>
    <w:semiHidden/>
    <w:unhideWhenUsed/>
    <w:qFormat/>
    <w:rsid w:val="00FC693F"/>
    <w:pPr>
      <w:keepNext/>
      <w:keepLines/>
      <w:spacing w:before="200" w:after="0"/>
      <w:outlineLvl w:val="8"/>
    </w:pPr>
    <w:rPr>
      <w:rFonts w:asciiTheme="majorHAnsi" w:eastAsiaTheme="majorEastAsia" w:hAnsiTheme="majorHAnsi" w:cstheme="majorBidi"/>
      <w:i/>
      <w:iCs/>
      <w:color w:val="404040" w:themeColor="text1" w:themeTint="BF"/>
      <w:sz w:val="20"/>
      <w:szCs w:val="20"/>
    </w:rPr>
  </w:style>
  <w:style w:type="character" w:default="1" w:styleId="DefaultParagraphFont">
    <w:name w:val="Default Paragraph Font"/>
    <w:uiPriority w:val="1"/>
    <w:semiHidden/>
    <w:unhideWhenUsed/>
  </w:style>
  <w:style w:type="table" w:default="1" w:styleId="TableNormal">
    <w:name w:val="Normal Table"/>
    <w:uiPriority w:val="99"/>
    <w:semiHidden/>
    <w:unhideWhenUsed/>
    <w:tblPr>
      <w:tblInd w:w="0" w:type="dxa"/>
      <w:tblCellMar>
        <w:top w:w="0" w:type="dxa"/>
        <w:left w:w="108" w:type="dxa"/>
        <w:bottom w:w="0" w:type="dxa"/>
        <w:right w:w="108" w:type="dxa"/>
      </w:tblCellMar>
    </w:tblPr>
  </w:style>
  <w:style w:type="numbering" w:default="1" w:styleId="NoList">
    <w:name w:val="No List"/>
    <w:uiPriority w:val="99"/>
    <w:semiHidden/>
    <w:unhideWhenUsed/>
  </w:style>
  <w:style w:type="paragraph" w:styleId="NoSpacing">
    <w:name w:val="No Spacing"/>
    <w:uiPriority w:val="1"/>
    <w:qFormat/>
    <w:rsid w:val="00FC693F"/>
    <w:pPr>
      <w:spacing w:after="0" w:line="240" w:lineRule="auto"/>
    </w:pPr>
  </w:style>
  <w:style w:type="character" w:customStyle="1" w:styleId="Heading1Char">
    <w:name w:val="Heading 1 Char"/>
    <w:basedOn w:val="DefaultParagraphFont"/>
    <w:link w:val="Heading1"/>
    <w:uiPriority w:val="9"/>
    <w:rsid w:val="00FC693F"/>
    <w:rPr>
      <w:rFonts w:asciiTheme="majorHAnsi" w:eastAsiaTheme="majorEastAsia" w:hAnsiTheme="majorHAnsi" w:cstheme="majorBidi"/>
      <w:b/>
      <w:bCs/>
      <w:color w:val="365F91" w:themeColor="accent1" w:themeShade="BF"/>
      <w:sz w:val="28"/>
      <w:szCs w:val="28"/>
    </w:rPr>
  </w:style>
  <w:style w:type="character" w:customStyle="1" w:styleId="Heading2Char">
    <w:name w:val="Heading 2 Char"/>
    <w:basedOn w:val="DefaultParagraphFont"/>
    <w:link w:val="Heading2"/>
    <w:uiPriority w:val="9"/>
    <w:rsid w:val="00FC693F"/>
    <w:rPr>
      <w:rFonts w:asciiTheme="majorHAnsi" w:eastAsiaTheme="majorEastAsia" w:hAnsiTheme="majorHAnsi" w:cstheme="majorBidi"/>
      <w:b/>
      <w:bCs/>
      <w:color w:val="4F81BD" w:themeColor="accent1"/>
      <w:sz w:val="26"/>
      <w:szCs w:val="26"/>
    </w:rPr>
  </w:style>
  <w:style w:type="character" w:customStyle="1" w:styleId="Heading3Char">
    <w:name w:val="Heading 3 Char"/>
    <w:basedOn w:val="DefaultParagraphFont"/>
    <w:link w:val="Heading3"/>
    <w:uiPriority w:val="9"/>
    <w:rsid w:val="00FC693F"/>
    <w:rPr>
      <w:rFonts w:asciiTheme="majorHAnsi" w:eastAsiaTheme="majorEastAsia" w:hAnsiTheme="majorHAnsi" w:cstheme="majorBidi"/>
      <w:b/>
      <w:bCs/>
      <w:color w:val="4F81BD" w:themeColor="accent1"/>
    </w:rPr>
  </w:style>
  <w:style w:type="paragraph" w:styleId="Title">
    <w:name w:val="Title"/>
    <w:basedOn w:val="Normal"/>
    <w:next w:val="Normal"/>
    <w:link w:val="TitleChar"/>
    <w:uiPriority w:val="10"/>
    <w:qFormat/>
    <w:rsid w:val="00FC693F"/>
    <w:pPr>
      <w:pBdr>
        <w:bottom w:val="single" w:sz="8" w:space="4" w:color="4F81BD" w:themeColor="accent1"/>
      </w:pBdr>
      <w:spacing w:after="300" w:line="240" w:lineRule="auto"/>
      <w:contextualSpacing/>
    </w:pPr>
    <w:rPr>
      <w:rFonts w:asciiTheme="majorHAnsi" w:eastAsiaTheme="majorEastAsia" w:hAnsiTheme="majorHAnsi" w:cstheme="majorBidi"/>
      <w:color w:val="17365D" w:themeColor="text2" w:themeShade="BF"/>
      <w:spacing w:val="5"/>
      <w:kern w:val="28"/>
      <w:sz w:val="52"/>
      <w:szCs w:val="52"/>
    </w:rPr>
  </w:style>
  <w:style w:type="character" w:customStyle="1" w:styleId="TitleChar">
    <w:name w:val="Title Char"/>
    <w:basedOn w:val="DefaultParagraphFont"/>
    <w:link w:val="Title"/>
    <w:uiPriority w:val="10"/>
    <w:rsid w:val="00FC693F"/>
    <w:rPr>
      <w:rFonts w:asciiTheme="majorHAnsi" w:eastAsiaTheme="majorEastAsia" w:hAnsiTheme="majorHAnsi" w:cstheme="majorBidi"/>
      <w:color w:val="17365D" w:themeColor="text2" w:themeShade="BF"/>
      <w:spacing w:val="5"/>
      <w:kern w:val="28"/>
      <w:sz w:val="52"/>
      <w:szCs w:val="52"/>
    </w:rPr>
  </w:style>
  <w:style w:type="paragraph" w:styleId="Subtitle">
    <w:name w:val="Subtitle"/>
    <w:basedOn w:val="Normal"/>
    <w:next w:val="Normal"/>
    <w:link w:val="SubtitleChar"/>
    <w:uiPriority w:val="11"/>
    <w:qFormat/>
    <w:rsid w:val="00FC693F"/>
    <w:pPr>
      <w:numPr>
        <w:ilvl w:val="1"/>
      </w:numPr>
    </w:pPr>
    <w:rPr>
      <w:rFonts w:asciiTheme="majorHAnsi" w:eastAsiaTheme="majorEastAsia" w:hAnsiTheme="majorHAnsi" w:cstheme="majorBidi"/>
      <w:i/>
      <w:iCs/>
      <w:color w:val="4F81BD" w:themeColor="accent1"/>
      <w:spacing w:val="15"/>
      <w:sz w:val="24"/>
      <w:szCs w:val="24"/>
    </w:rPr>
  </w:style>
  <w:style w:type="character" w:customStyle="1" w:styleId="SubtitleChar">
    <w:name w:val="Subtitle Char"/>
    <w:basedOn w:val="DefaultParagraphFont"/>
    <w:link w:val="Subtitle"/>
    <w:uiPriority w:val="11"/>
    <w:rsid w:val="00FC693F"/>
    <w:rPr>
      <w:rFonts w:asciiTheme="majorHAnsi" w:eastAsiaTheme="majorEastAsia" w:hAnsiTheme="majorHAnsi" w:cstheme="majorBidi"/>
      <w:i/>
      <w:iCs/>
      <w:color w:val="4F81BD" w:themeColor="accent1"/>
      <w:spacing w:val="15"/>
      <w:sz w:val="24"/>
      <w:szCs w:val="24"/>
    </w:rPr>
  </w:style>
  <w:style w:type="paragraph" w:styleId="ListParagraph">
    <w:name w:val="List Paragraph"/>
    <w:basedOn w:val="Normal"/>
    <w:uiPriority w:val="34"/>
    <w:qFormat/>
    <w:rsid w:val="00FC693F"/>
    <w:pPr>
      <w:ind w:left="720"/>
      <w:contextualSpacing/>
    </w:pPr>
  </w:style>
  <w:style w:type="paragraph" w:styleId="BodyText">
    <w:name w:val="Body Text"/>
    <w:basedOn w:val="Normal"/>
    <w:link w:val="BodyTextChar"/>
    <w:uiPriority w:val="99"/>
    <w:unhideWhenUsed/>
    <w:rsid w:val="00AA1D8D"/>
    <w:pPr>
      <w:spacing w:after="120"/>
    </w:pPr>
  </w:style>
  <w:style w:type="character" w:customStyle="1" w:styleId="BodyTextChar">
    <w:name w:val="Body Text Char"/>
    <w:basedOn w:val="DefaultParagraphFont"/>
    <w:link w:val="BodyText"/>
    <w:uiPriority w:val="99"/>
    <w:rsid w:val="00AA1D8D"/>
  </w:style>
  <w:style w:type="paragraph" w:styleId="BodyText2">
    <w:name w:val="Body Text 2"/>
    <w:basedOn w:val="Normal"/>
    <w:link w:val="BodyText2Char"/>
    <w:uiPriority w:val="99"/>
    <w:unhideWhenUsed/>
    <w:rsid w:val="00AA1D8D"/>
    <w:pPr>
      <w:spacing w:after="120" w:line="480" w:lineRule="auto"/>
    </w:pPr>
  </w:style>
  <w:style w:type="character" w:customStyle="1" w:styleId="BodyText2Char">
    <w:name w:val="Body Text 2 Char"/>
    <w:basedOn w:val="DefaultParagraphFont"/>
    <w:link w:val="BodyText2"/>
    <w:uiPriority w:val="99"/>
    <w:rsid w:val="00AA1D8D"/>
  </w:style>
  <w:style w:type="paragraph" w:styleId="BodyText3">
    <w:name w:val="Body Text 3"/>
    <w:basedOn w:val="Normal"/>
    <w:link w:val="BodyText3Char"/>
    <w:uiPriority w:val="99"/>
    <w:unhideWhenUsed/>
    <w:rsid w:val="00AA1D8D"/>
    <w:pPr>
      <w:spacing w:after="120"/>
    </w:pPr>
    <w:rPr>
      <w:sz w:val="16"/>
      <w:szCs w:val="16"/>
    </w:rPr>
  </w:style>
  <w:style w:type="character" w:customStyle="1" w:styleId="BodyText3Char">
    <w:name w:val="Body Text 3 Char"/>
    <w:basedOn w:val="DefaultParagraphFont"/>
    <w:link w:val="BodyText3"/>
    <w:uiPriority w:val="99"/>
    <w:rsid w:val="00AA1D8D"/>
    <w:rPr>
      <w:sz w:val="16"/>
      <w:szCs w:val="16"/>
    </w:rPr>
  </w:style>
  <w:style w:type="paragraph" w:styleId="List">
    <w:name w:val="List"/>
    <w:basedOn w:val="Normal"/>
    <w:uiPriority w:val="99"/>
    <w:unhideWhenUsed/>
    <w:rsid w:val="00AA1D8D"/>
    <w:pPr>
      <w:ind w:left="360" w:hanging="360"/>
      <w:contextualSpacing/>
    </w:pPr>
  </w:style>
  <w:style w:type="paragraph" w:styleId="List2">
    <w:name w:val="List 2"/>
    <w:basedOn w:val="Normal"/>
    <w:uiPriority w:val="99"/>
    <w:unhideWhenUsed/>
    <w:rsid w:val="00326F90"/>
    <w:pPr>
      <w:ind w:left="720" w:hanging="360"/>
      <w:contextualSpacing/>
    </w:pPr>
  </w:style>
  <w:style w:type="paragraph" w:styleId="List3">
    <w:name w:val="List 3"/>
    <w:basedOn w:val="Normal"/>
    <w:uiPriority w:val="99"/>
    <w:unhideWhenUsed/>
    <w:rsid w:val="00326F90"/>
    <w:pPr>
      <w:ind w:left="1080" w:hanging="360"/>
      <w:contextualSpacing/>
    </w:pPr>
  </w:style>
  <w:style w:type="paragraph" w:styleId="ListBullet">
    <w:name w:val="List Bullet"/>
    <w:basedOn w:val="Normal"/>
    <w:uiPriority w:val="99"/>
    <w:unhideWhenUsed/>
    <w:rsid w:val="00326F90"/>
    <w:pPr>
      <w:numPr>
        <w:numId w:val="1"/>
      </w:numPr>
      <w:contextualSpacing/>
    </w:pPr>
  </w:style>
  <w:style w:type="paragraph" w:styleId="ListBullet2">
    <w:name w:val="List Bullet 2"/>
    <w:basedOn w:val="Normal"/>
    <w:uiPriority w:val="99"/>
    <w:unhideWhenUsed/>
    <w:rsid w:val="00326F90"/>
    <w:pPr>
      <w:numPr>
        <w:numId w:val="2"/>
      </w:numPr>
      <w:contextualSpacing/>
    </w:pPr>
  </w:style>
  <w:style w:type="paragraph" w:styleId="ListBullet3">
    <w:name w:val="List Bullet 3"/>
    <w:basedOn w:val="Normal"/>
    <w:uiPriority w:val="99"/>
    <w:unhideWhenUsed/>
    <w:rsid w:val="00326F90"/>
    <w:pPr>
      <w:numPr>
        <w:numId w:val="3"/>
      </w:numPr>
      <w:contextualSpacing/>
    </w:pPr>
  </w:style>
  <w:style w:type="paragraph" w:styleId="ListNumber">
    <w:name w:val="List Number"/>
    <w:basedOn w:val="Normal"/>
    <w:uiPriority w:val="99"/>
    <w:unhideWhenUsed/>
    <w:rsid w:val="00326F90"/>
    <w:pPr>
      <w:numPr>
        <w:numId w:val="5"/>
      </w:numPr>
      <w:contextualSpacing/>
    </w:pPr>
  </w:style>
  <w:style w:type="paragraph" w:styleId="ListNumber2">
    <w:name w:val="List Number 2"/>
    <w:basedOn w:val="Normal"/>
    <w:uiPriority w:val="99"/>
    <w:unhideWhenUsed/>
    <w:rsid w:val="0029639D"/>
    <w:pPr>
      <w:numPr>
        <w:numId w:val="6"/>
      </w:numPr>
      <w:contextualSpacing/>
    </w:pPr>
  </w:style>
  <w:style w:type="paragraph" w:styleId="ListNumber3">
    <w:name w:val="List Number 3"/>
    <w:basedOn w:val="Normal"/>
    <w:uiPriority w:val="99"/>
    <w:unhideWhenUsed/>
    <w:rsid w:val="0029639D"/>
    <w:pPr>
      <w:numPr>
        <w:numId w:val="7"/>
      </w:numPr>
      <w:contextualSpacing/>
    </w:pPr>
  </w:style>
  <w:style w:type="paragraph" w:styleId="ListContinue">
    <w:name w:val="List Continue"/>
    <w:basedOn w:val="Normal"/>
    <w:uiPriority w:val="99"/>
    <w:unhideWhenUsed/>
    <w:rsid w:val="0029639D"/>
    <w:pPr>
      <w:spacing w:after="120"/>
      <w:ind w:left="360"/>
      <w:contextualSpacing/>
    </w:pPr>
  </w:style>
  <w:style w:type="paragraph" w:styleId="ListContinue2">
    <w:name w:val="List Continue 2"/>
    <w:basedOn w:val="Normal"/>
    <w:uiPriority w:val="99"/>
    <w:unhideWhenUsed/>
    <w:rsid w:val="0029639D"/>
    <w:pPr>
      <w:spacing w:after="120"/>
      <w:ind w:left="720"/>
      <w:contextualSpacing/>
    </w:pPr>
  </w:style>
  <w:style w:type="paragraph" w:styleId="ListContinue3">
    <w:name w:val="List Continue 3"/>
    <w:basedOn w:val="Normal"/>
    <w:uiPriority w:val="99"/>
    <w:unhideWhenUsed/>
    <w:rsid w:val="0029639D"/>
    <w:pPr>
      <w:spacing w:after="120"/>
      <w:ind w:left="1080"/>
      <w:contextualSpacing/>
    </w:pPr>
  </w:style>
  <w:style w:type="paragraph" w:styleId="MacroText">
    <w:name w:val="macro"/>
    <w:link w:val="MacroTextChar"/>
    <w:uiPriority w:val="99"/>
    <w:unhideWhenUsed/>
    <w:rsid w:val="0029639D"/>
    <w:pPr>
      <w:tabs>
        <w:tab w:val="left" w:pos="576"/>
        <w:tab w:val="left" w:pos="1152"/>
        <w:tab w:val="left" w:pos="1728"/>
        <w:tab w:val="left" w:pos="2304"/>
        <w:tab w:val="left" w:pos="2880"/>
        <w:tab w:val="left" w:pos="3456"/>
        <w:tab w:val="left" w:pos="4032"/>
      </w:tabs>
    </w:pPr>
    <w:rPr>
      <w:rFonts w:ascii="Courier" w:hAnsi="Courier"/>
      <w:sz w:val="20"/>
      <w:szCs w:val="20"/>
    </w:rPr>
  </w:style>
  <w:style w:type="character" w:customStyle="1" w:styleId="MacroTextChar">
    <w:name w:val="Macro Text Char"/>
    <w:basedOn w:val="DefaultParagraphFont"/>
    <w:link w:val="MacroText"/>
    <w:uiPriority w:val="99"/>
    <w:rsid w:val="0029639D"/>
    <w:rPr>
      <w:rFonts w:ascii="Courier" w:hAnsi="Courier"/>
      <w:sz w:val="20"/>
      <w:szCs w:val="20"/>
    </w:rPr>
  </w:style>
  <w:style w:type="paragraph" w:styleId="Quote">
    <w:name w:val="Quote"/>
    <w:basedOn w:val="Normal"/>
    <w:next w:val="Normal"/>
    <w:link w:val="QuoteChar"/>
    <w:uiPriority w:val="29"/>
    <w:qFormat/>
    <w:rsid w:val="00FC693F"/>
    <w:rPr>
      <w:i/>
      <w:iCs/>
      <w:color w:val="000000" w:themeColor="text1"/>
    </w:rPr>
  </w:style>
  <w:style w:type="character" w:customStyle="1" w:styleId="QuoteChar">
    <w:name w:val="Quote Char"/>
    <w:basedOn w:val="DefaultParagraphFont"/>
    <w:link w:val="Quote"/>
    <w:uiPriority w:val="29"/>
    <w:rsid w:val="00FC693F"/>
    <w:rPr>
      <w:i/>
      <w:iCs/>
      <w:color w:val="000000" w:themeColor="text1"/>
    </w:rPr>
  </w:style>
  <w:style w:type="character" w:customStyle="1" w:styleId="Heading4Char">
    <w:name w:val="Heading 4 Char"/>
    <w:basedOn w:val="DefaultParagraphFont"/>
    <w:link w:val="Heading4"/>
    <w:uiPriority w:val="9"/>
    <w:semiHidden/>
    <w:rsid w:val="00FC693F"/>
    <w:rPr>
      <w:rFonts w:asciiTheme="majorHAnsi" w:eastAsiaTheme="majorEastAsia" w:hAnsiTheme="majorHAnsi" w:cstheme="majorBidi"/>
      <w:b/>
      <w:bCs/>
      <w:i/>
      <w:iCs/>
      <w:color w:val="4F81BD" w:themeColor="accent1"/>
    </w:rPr>
  </w:style>
  <w:style w:type="character" w:customStyle="1" w:styleId="Heading5Char">
    <w:name w:val="Heading 5 Char"/>
    <w:basedOn w:val="DefaultParagraphFont"/>
    <w:link w:val="Heading5"/>
    <w:uiPriority w:val="9"/>
    <w:semiHidden/>
    <w:rsid w:val="00FC693F"/>
    <w:rPr>
      <w:rFonts w:asciiTheme="majorHAnsi" w:eastAsiaTheme="majorEastAsia" w:hAnsiTheme="majorHAnsi" w:cstheme="majorBidi"/>
      <w:color w:val="243F60" w:themeColor="accent1" w:themeShade="7F"/>
    </w:rPr>
  </w:style>
  <w:style w:type="character" w:customStyle="1" w:styleId="Heading6Char">
    <w:name w:val="Heading 6 Char"/>
    <w:basedOn w:val="DefaultParagraphFont"/>
    <w:link w:val="Heading6"/>
    <w:uiPriority w:val="9"/>
    <w:semiHidden/>
    <w:rsid w:val="00FC693F"/>
    <w:rPr>
      <w:rFonts w:asciiTheme="majorHAnsi" w:eastAsiaTheme="majorEastAsia" w:hAnsiTheme="majorHAnsi" w:cstheme="majorBidi"/>
      <w:i/>
      <w:iCs/>
      <w:color w:val="243F60" w:themeColor="accent1" w:themeShade="7F"/>
    </w:rPr>
  </w:style>
  <w:style w:type="character" w:customStyle="1" w:styleId="Heading7Char">
    <w:name w:val="Heading 7 Char"/>
    <w:basedOn w:val="DefaultParagraphFont"/>
    <w:link w:val="Heading7"/>
    <w:uiPriority w:val="9"/>
    <w:semiHidden/>
    <w:rsid w:val="00FC693F"/>
    <w:rPr>
      <w:rFonts w:asciiTheme="majorHAnsi" w:eastAsiaTheme="majorEastAsia" w:hAnsiTheme="majorHAnsi" w:cstheme="majorBidi"/>
      <w:i/>
      <w:iCs/>
      <w:color w:val="404040" w:themeColor="text1" w:themeTint="BF"/>
    </w:rPr>
  </w:style>
  <w:style w:type="character" w:customStyle="1" w:styleId="Heading8Char">
    <w:name w:val="Heading 8 Char"/>
    <w:basedOn w:val="DefaultParagraphFont"/>
    <w:link w:val="Heading8"/>
    <w:uiPriority w:val="9"/>
    <w:semiHidden/>
    <w:rsid w:val="00FC693F"/>
    <w:rPr>
      <w:rFonts w:asciiTheme="majorHAnsi" w:eastAsiaTheme="majorEastAsia" w:hAnsiTheme="majorHAnsi" w:cstheme="majorBidi"/>
      <w:color w:val="4F81BD" w:themeColor="accent1"/>
      <w:sz w:val="20"/>
      <w:szCs w:val="20"/>
    </w:rPr>
  </w:style>
  <w:style w:type="character" w:customStyle="1" w:styleId="Heading9Char">
    <w:name w:val="Heading 9 Char"/>
    <w:basedOn w:val="DefaultParagraphFont"/>
    <w:link w:val="Heading9"/>
    <w:uiPriority w:val="9"/>
    <w:semiHidden/>
    <w:rsid w:val="00FC693F"/>
    <w:rPr>
      <w:rFonts w:asciiTheme="majorHAnsi" w:eastAsiaTheme="majorEastAsia" w:hAnsiTheme="majorHAnsi" w:cstheme="majorBidi"/>
      <w:i/>
      <w:iCs/>
      <w:color w:val="404040" w:themeColor="text1" w:themeTint="BF"/>
      <w:sz w:val="20"/>
      <w:szCs w:val="20"/>
    </w:rPr>
  </w:style>
  <w:style w:type="paragraph" w:styleId="Caption">
    <w:name w:val="caption"/>
    <w:basedOn w:val="Normal"/>
    <w:next w:val="Normal"/>
    <w:uiPriority w:val="35"/>
    <w:semiHidden/>
    <w:unhideWhenUsed/>
    <w:qFormat/>
    <w:rsid w:val="00FC693F"/>
    <w:pPr>
      <w:spacing w:line="240" w:lineRule="auto"/>
    </w:pPr>
    <w:rPr>
      <w:b/>
      <w:bCs/>
      <w:color w:val="4F81BD" w:themeColor="accent1"/>
      <w:sz w:val="18"/>
      <w:szCs w:val="18"/>
    </w:rPr>
  </w:style>
  <w:style w:type="character" w:styleId="Strong">
    <w:name w:val="Strong"/>
    <w:basedOn w:val="DefaultParagraphFont"/>
    <w:uiPriority w:val="22"/>
    <w:qFormat/>
    <w:rsid w:val="00FC693F"/>
    <w:rPr>
      <w:b/>
      <w:bCs/>
    </w:rPr>
  </w:style>
  <w:style w:type="character" w:styleId="Emphasis">
    <w:name w:val="Emphasis"/>
    <w:basedOn w:val="DefaultParagraphFont"/>
    <w:uiPriority w:val="20"/>
    <w:qFormat/>
    <w:rsid w:val="00FC693F"/>
    <w:rPr>
      <w:i/>
      <w:iCs/>
    </w:rPr>
  </w:style>
  <w:style w:type="paragraph" w:styleId="IntenseQuote">
    <w:name w:val="Intense Quote"/>
    <w:basedOn w:val="Normal"/>
    <w:next w:val="Normal"/>
    <w:link w:val="IntenseQuoteChar"/>
    <w:uiPriority w:val="30"/>
    <w:qFormat/>
    <w:rsid w:val="00FC693F"/>
    <w:pPr>
      <w:pBdr>
        <w:bottom w:val="single" w:sz="4" w:space="4" w:color="4F81BD" w:themeColor="accent1"/>
      </w:pBdr>
      <w:spacing w:before="200" w:after="280"/>
      <w:ind w:left="936" w:right="936"/>
    </w:pPr>
    <w:rPr>
      <w:b/>
      <w:bCs/>
      <w:i/>
      <w:iCs/>
      <w:color w:val="4F81BD" w:themeColor="accent1"/>
    </w:rPr>
  </w:style>
  <w:style w:type="character" w:customStyle="1" w:styleId="IntenseQuoteChar">
    <w:name w:val="Intense Quote Char"/>
    <w:basedOn w:val="DefaultParagraphFont"/>
    <w:link w:val="IntenseQuote"/>
    <w:uiPriority w:val="30"/>
    <w:rsid w:val="00FC693F"/>
    <w:rPr>
      <w:b/>
      <w:bCs/>
      <w:i/>
      <w:iCs/>
      <w:color w:val="4F81BD" w:themeColor="accent1"/>
    </w:rPr>
  </w:style>
  <w:style w:type="character" w:styleId="SubtleEmphasis">
    <w:name w:val="Subtle Emphasis"/>
    <w:basedOn w:val="DefaultParagraphFont"/>
    <w:uiPriority w:val="19"/>
    <w:qFormat/>
    <w:rsid w:val="00FC693F"/>
    <w:rPr>
      <w:i/>
      <w:iCs/>
      <w:color w:val="808080" w:themeColor="text1" w:themeTint="7F"/>
    </w:rPr>
  </w:style>
  <w:style w:type="character" w:styleId="IntenseEmphasis">
    <w:name w:val="Intense Emphasis"/>
    <w:basedOn w:val="DefaultParagraphFont"/>
    <w:uiPriority w:val="21"/>
    <w:qFormat/>
    <w:rsid w:val="00FC693F"/>
    <w:rPr>
      <w:b/>
      <w:bCs/>
      <w:i/>
      <w:iCs/>
      <w:color w:val="4F81BD" w:themeColor="accent1"/>
    </w:rPr>
  </w:style>
  <w:style w:type="character" w:styleId="SubtleReference">
    <w:name w:val="Subtle Reference"/>
    <w:basedOn w:val="DefaultParagraphFont"/>
    <w:uiPriority w:val="31"/>
    <w:qFormat/>
    <w:rsid w:val="00FC693F"/>
    <w:rPr>
      <w:smallCaps/>
      <w:color w:val="C0504D" w:themeColor="accent2"/>
      <w:u w:val="single"/>
    </w:rPr>
  </w:style>
  <w:style w:type="character" w:styleId="IntenseReference">
    <w:name w:val="Intense Reference"/>
    <w:basedOn w:val="DefaultParagraphFont"/>
    <w:uiPriority w:val="32"/>
    <w:qFormat/>
    <w:rsid w:val="00FC693F"/>
    <w:rPr>
      <w:b/>
      <w:bCs/>
      <w:smallCaps/>
      <w:color w:val="C0504D" w:themeColor="accent2"/>
      <w:spacing w:val="5"/>
      <w:u w:val="single"/>
    </w:rPr>
  </w:style>
  <w:style w:type="character" w:styleId="BookTitle">
    <w:name w:val="Book Title"/>
    <w:basedOn w:val="DefaultParagraphFont"/>
    <w:uiPriority w:val="33"/>
    <w:qFormat/>
    <w:rsid w:val="00FC693F"/>
    <w:rPr>
      <w:b/>
      <w:bCs/>
      <w:smallCaps/>
      <w:spacing w:val="5"/>
    </w:rPr>
  </w:style>
  <w:style w:type="paragraph" w:styleId="TOCHeading">
    <w:name w:val="TOC Heading"/>
    <w:basedOn w:val="Heading1"/>
    <w:next w:val="Normal"/>
    <w:uiPriority w:val="39"/>
    <w:semiHidden/>
    <w:unhideWhenUsed/>
    <w:qFormat/>
    <w:rsid w:val="00FC693F"/>
    <w:pPr>
      <w:outlineLvl w:val="9"/>
    </w:pPr>
  </w:style>
  <w:style w:type="table" w:styleId="TableGrid">
    <w:name w:val="Table Grid"/>
    <w:basedOn w:val="TableNormal"/>
    <w:uiPriority w:val="59"/>
    <w:rsid w:val="00FC693F"/>
    <w:pPr>
      <w:spacing w:after="0" w:line="240" w:lineRule="auto"/>
    </w:pPr>
    <w:tblPr>
      <w:tblInd w:w="0" w:type="dxa"/>
      <w:tblBorders>
        <w:top w:val="single" w:sz="4" w:space="0" w:color="auto"/>
        <w:left w:val="single" w:sz="4" w:space="0" w:color="auto"/>
        <w:bottom w:val="single" w:sz="4" w:space="0" w:color="auto"/>
        <w:right w:val="single" w:sz="4" w:space="0" w:color="auto"/>
        <w:insideH w:val="single" w:sz="4" w:space="0" w:color="auto"/>
        <w:insideV w:val="single" w:sz="4" w:space="0" w:color="auto"/>
      </w:tblBorders>
      <w:tblCellMar>
        <w:top w:w="0" w:type="dxa"/>
        <w:left w:w="108" w:type="dxa"/>
        <w:bottom w:w="0" w:type="dxa"/>
        <w:right w:w="108" w:type="dxa"/>
      </w:tblCellMar>
    </w:tblPr>
  </w:style>
  <w:style w:type="table" w:styleId="LightShading">
    <w:name w:val="Light Shading"/>
    <w:basedOn w:val="TableNormal"/>
    <w:uiPriority w:val="60"/>
    <w:rsid w:val="00FC693F"/>
    <w:pPr>
      <w:spacing w:after="0" w:line="240" w:lineRule="auto"/>
    </w:pPr>
    <w:rPr>
      <w:color w:val="000000" w:themeColor="text1" w:themeShade="BF"/>
    </w:rPr>
    <w:tblPr>
      <w:tblStyleRowBandSize w:val="1"/>
      <w:tblStyleColBandSize w:val="1"/>
      <w:tblInd w:w="0" w:type="dxa"/>
      <w:tblBorders>
        <w:top w:val="single" w:sz="8" w:space="0" w:color="000000" w:themeColor="text1"/>
        <w:bottom w:val="single" w:sz="8" w:space="0" w:color="000000" w:themeColor="text1"/>
      </w:tblBorders>
      <w:tblCellMar>
        <w:top w:w="0" w:type="dxa"/>
        <w:left w:w="108" w:type="dxa"/>
        <w:bottom w:w="0" w:type="dxa"/>
        <w:right w:w="108" w:type="dxa"/>
      </w:tblCellMar>
    </w:tblPr>
    <w:tblStylePr w:type="firstRow">
      <w:pPr>
        <w:spacing w:before="0" w:after="0" w:line="240" w:lineRule="auto"/>
      </w:pPr>
      <w:rPr>
        <w:b/>
        <w:bCs/>
      </w:rPr>
      <w:tblPr/>
      <w:tcPr>
        <w:tcBorders>
          <w:top w:val="single" w:sz="8" w:space="0" w:color="000000" w:themeColor="text1"/>
          <w:left w:val="nil"/>
          <w:bottom w:val="single" w:sz="8" w:space="0" w:color="000000" w:themeColor="text1"/>
          <w:right w:val="nil"/>
          <w:insideH w:val="nil"/>
          <w:insideV w:val="nil"/>
        </w:tcBorders>
      </w:tcPr>
    </w:tblStylePr>
    <w:tblStylePr w:type="lastRow">
      <w:pPr>
        <w:spacing w:before="0" w:after="0" w:line="240" w:lineRule="auto"/>
      </w:pPr>
      <w:rPr>
        <w:b/>
        <w:bCs/>
      </w:rPr>
      <w:tblPr/>
      <w:tcPr>
        <w:tcBorders>
          <w:top w:val="single" w:sz="8" w:space="0" w:color="000000" w:themeColor="text1"/>
          <w:left w:val="nil"/>
          <w:bottom w:val="single" w:sz="8" w:space="0" w:color="000000" w:themeColor="text1"/>
          <w:right w:val="nil"/>
          <w:insideH w:val="nil"/>
          <w:insideV w:val="nil"/>
        </w:tcBorders>
      </w:tcPr>
    </w:tblStylePr>
    <w:tblStylePr w:type="firstCol">
      <w:rPr>
        <w:b/>
        <w:bCs/>
      </w:rPr>
    </w:tblStylePr>
    <w:tblStylePr w:type="lastCol">
      <w:rPr>
        <w:b/>
        <w:bCs/>
      </w:rPr>
    </w:tblStylePr>
    <w:tblStylePr w:type="band1Vert">
      <w:tblPr/>
      <w:tcPr>
        <w:tcBorders>
          <w:left w:val="nil"/>
          <w:right w:val="nil"/>
          <w:insideH w:val="nil"/>
          <w:insideV w:val="nil"/>
        </w:tcBorders>
        <w:shd w:val="clear" w:color="auto" w:fill="C0C0C0" w:themeFill="text1" w:themeFillTint="3F"/>
      </w:tcPr>
    </w:tblStylePr>
    <w:tblStylePr w:type="band1Horz">
      <w:tblPr/>
      <w:tcPr>
        <w:tcBorders>
          <w:left w:val="nil"/>
          <w:right w:val="nil"/>
          <w:insideH w:val="nil"/>
          <w:insideV w:val="nil"/>
        </w:tcBorders>
        <w:shd w:val="clear" w:color="auto" w:fill="C0C0C0" w:themeFill="text1" w:themeFillTint="3F"/>
      </w:tcPr>
    </w:tblStylePr>
  </w:style>
  <w:style w:type="table" w:styleId="LightShading-Accent1">
    <w:name w:val="Light Shading Accent 1"/>
    <w:basedOn w:val="TableNormal"/>
    <w:uiPriority w:val="60"/>
    <w:rsid w:val="00FC693F"/>
    <w:pPr>
      <w:spacing w:after="0" w:line="240" w:lineRule="auto"/>
    </w:pPr>
    <w:rPr>
      <w:color w:val="365F91" w:themeColor="accent1" w:themeShade="BF"/>
    </w:rPr>
    <w:tblPr>
      <w:tblStyleRowBandSize w:val="1"/>
      <w:tblStyleColBandSize w:val="1"/>
      <w:tblInd w:w="0" w:type="dxa"/>
      <w:tblBorders>
        <w:top w:val="single" w:sz="8" w:space="0" w:color="4F81BD" w:themeColor="accent1"/>
        <w:bottom w:val="single" w:sz="8" w:space="0" w:color="4F81BD" w:themeColor="accent1"/>
      </w:tblBorders>
      <w:tblCellMar>
        <w:top w:w="0" w:type="dxa"/>
        <w:left w:w="108" w:type="dxa"/>
        <w:bottom w:w="0" w:type="dxa"/>
        <w:right w:w="108" w:type="dxa"/>
      </w:tblCellMar>
    </w:tblPr>
    <w:tblStylePr w:type="firstRow">
      <w:pPr>
        <w:spacing w:before="0" w:after="0" w:line="240" w:lineRule="auto"/>
      </w:pPr>
      <w:rPr>
        <w:b/>
        <w:bCs/>
      </w:rPr>
      <w:tblPr/>
      <w:tcPr>
        <w:tcBorders>
          <w:top w:val="single" w:sz="8" w:space="0" w:color="4F81BD" w:themeColor="accent1"/>
          <w:left w:val="nil"/>
          <w:bottom w:val="single" w:sz="8" w:space="0" w:color="4F81BD" w:themeColor="accent1"/>
          <w:right w:val="nil"/>
          <w:insideH w:val="nil"/>
          <w:insideV w:val="nil"/>
        </w:tcBorders>
      </w:tcPr>
    </w:tblStylePr>
    <w:tblStylePr w:type="lastRow">
      <w:pPr>
        <w:spacing w:before="0" w:after="0" w:line="240" w:lineRule="auto"/>
      </w:pPr>
      <w:rPr>
        <w:b/>
        <w:bCs/>
      </w:rPr>
      <w:tblPr/>
      <w:tcPr>
        <w:tcBorders>
          <w:top w:val="single" w:sz="8" w:space="0" w:color="4F81BD" w:themeColor="accent1"/>
          <w:left w:val="nil"/>
          <w:bottom w:val="single" w:sz="8" w:space="0" w:color="4F81BD" w:themeColor="accent1"/>
          <w:right w:val="nil"/>
          <w:insideH w:val="nil"/>
          <w:insideV w:val="nil"/>
        </w:tcBorders>
      </w:tcPr>
    </w:tblStylePr>
    <w:tblStylePr w:type="firstCol">
      <w:rPr>
        <w:b/>
        <w:bCs/>
      </w:rPr>
    </w:tblStylePr>
    <w:tblStylePr w:type="lastCol">
      <w:rPr>
        <w:b/>
        <w:bCs/>
      </w:rPr>
    </w:tblStylePr>
    <w:tblStylePr w:type="band1Vert">
      <w:tblPr/>
      <w:tcPr>
        <w:tcBorders>
          <w:left w:val="nil"/>
          <w:right w:val="nil"/>
          <w:insideH w:val="nil"/>
          <w:insideV w:val="nil"/>
        </w:tcBorders>
        <w:shd w:val="clear" w:color="auto" w:fill="D3DFEE" w:themeFill="accent1" w:themeFillTint="3F"/>
      </w:tcPr>
    </w:tblStylePr>
    <w:tblStylePr w:type="band1Horz">
      <w:tblPr/>
      <w:tcPr>
        <w:tcBorders>
          <w:left w:val="nil"/>
          <w:right w:val="nil"/>
          <w:insideH w:val="nil"/>
          <w:insideV w:val="nil"/>
        </w:tcBorders>
        <w:shd w:val="clear" w:color="auto" w:fill="D3DFEE" w:themeFill="accent1" w:themeFillTint="3F"/>
      </w:tcPr>
    </w:tblStylePr>
  </w:style>
  <w:style w:type="table" w:styleId="LightShading-Accent2">
    <w:name w:val="Light Shading Accent 2"/>
    <w:basedOn w:val="TableNormal"/>
    <w:uiPriority w:val="60"/>
    <w:rsid w:val="00FC693F"/>
    <w:pPr>
      <w:spacing w:after="0" w:line="240" w:lineRule="auto"/>
    </w:pPr>
    <w:rPr>
      <w:color w:val="943634" w:themeColor="accent2" w:themeShade="BF"/>
    </w:rPr>
    <w:tblPr>
      <w:tblStyleRowBandSize w:val="1"/>
      <w:tblStyleColBandSize w:val="1"/>
      <w:tblInd w:w="0" w:type="dxa"/>
      <w:tblBorders>
        <w:top w:val="single" w:sz="8" w:space="0" w:color="C0504D" w:themeColor="accent2"/>
        <w:bottom w:val="single" w:sz="8" w:space="0" w:color="C0504D" w:themeColor="accent2"/>
      </w:tblBorders>
      <w:tblCellMar>
        <w:top w:w="0" w:type="dxa"/>
        <w:left w:w="108" w:type="dxa"/>
        <w:bottom w:w="0" w:type="dxa"/>
        <w:right w:w="108" w:type="dxa"/>
      </w:tblCellMar>
    </w:tblPr>
    <w:tblStylePr w:type="firstRow">
      <w:pPr>
        <w:spacing w:before="0" w:after="0" w:line="240" w:lineRule="auto"/>
      </w:pPr>
      <w:rPr>
        <w:b/>
        <w:bCs/>
      </w:rPr>
      <w:tblPr/>
      <w:tcPr>
        <w:tcBorders>
          <w:top w:val="single" w:sz="8" w:space="0" w:color="C0504D" w:themeColor="accent2"/>
          <w:left w:val="nil"/>
          <w:bottom w:val="single" w:sz="8" w:space="0" w:color="C0504D" w:themeColor="accent2"/>
          <w:right w:val="nil"/>
          <w:insideH w:val="nil"/>
          <w:insideV w:val="nil"/>
        </w:tcBorders>
      </w:tcPr>
    </w:tblStylePr>
    <w:tblStylePr w:type="lastRow">
      <w:pPr>
        <w:spacing w:before="0" w:after="0" w:line="240" w:lineRule="auto"/>
      </w:pPr>
      <w:rPr>
        <w:b/>
        <w:bCs/>
      </w:rPr>
      <w:tblPr/>
      <w:tcPr>
        <w:tcBorders>
          <w:top w:val="single" w:sz="8" w:space="0" w:color="C0504D" w:themeColor="accent2"/>
          <w:left w:val="nil"/>
          <w:bottom w:val="single" w:sz="8" w:space="0" w:color="C0504D" w:themeColor="accent2"/>
          <w:right w:val="nil"/>
          <w:insideH w:val="nil"/>
          <w:insideV w:val="nil"/>
        </w:tcBorders>
      </w:tcPr>
    </w:tblStylePr>
    <w:tblStylePr w:type="firstCol">
      <w:rPr>
        <w:b/>
        <w:bCs/>
      </w:rPr>
    </w:tblStylePr>
    <w:tblStylePr w:type="lastCol">
      <w:rPr>
        <w:b/>
        <w:bCs/>
      </w:rPr>
    </w:tblStylePr>
    <w:tblStylePr w:type="band1Vert">
      <w:tblPr/>
      <w:tcPr>
        <w:tcBorders>
          <w:left w:val="nil"/>
          <w:right w:val="nil"/>
          <w:insideH w:val="nil"/>
          <w:insideV w:val="nil"/>
        </w:tcBorders>
        <w:shd w:val="clear" w:color="auto" w:fill="EFD3D2" w:themeFill="accent2" w:themeFillTint="3F"/>
      </w:tcPr>
    </w:tblStylePr>
    <w:tblStylePr w:type="band1Horz">
      <w:tblPr/>
      <w:tcPr>
        <w:tcBorders>
          <w:left w:val="nil"/>
          <w:right w:val="nil"/>
          <w:insideH w:val="nil"/>
          <w:insideV w:val="nil"/>
        </w:tcBorders>
        <w:shd w:val="clear" w:color="auto" w:fill="EFD3D2" w:themeFill="accent2" w:themeFillTint="3F"/>
      </w:tcPr>
    </w:tblStylePr>
  </w:style>
  <w:style w:type="table" w:styleId="LightShading-Accent3">
    <w:name w:val="Light Shading Accent 3"/>
    <w:basedOn w:val="TableNormal"/>
    <w:uiPriority w:val="60"/>
    <w:rsid w:val="00FC693F"/>
    <w:pPr>
      <w:spacing w:after="0" w:line="240" w:lineRule="auto"/>
    </w:pPr>
    <w:rPr>
      <w:color w:val="76923C" w:themeColor="accent3" w:themeShade="BF"/>
    </w:rPr>
    <w:tblPr>
      <w:tblStyleRowBandSize w:val="1"/>
      <w:tblStyleColBandSize w:val="1"/>
      <w:tblInd w:w="0" w:type="dxa"/>
      <w:tblBorders>
        <w:top w:val="single" w:sz="8" w:space="0" w:color="9BBB59" w:themeColor="accent3"/>
        <w:bottom w:val="single" w:sz="8" w:space="0" w:color="9BBB59" w:themeColor="accent3"/>
      </w:tblBorders>
      <w:tblCellMar>
        <w:top w:w="0" w:type="dxa"/>
        <w:left w:w="108" w:type="dxa"/>
        <w:bottom w:w="0" w:type="dxa"/>
        <w:right w:w="108" w:type="dxa"/>
      </w:tblCellMar>
    </w:tblPr>
    <w:tblStylePr w:type="firstRow">
      <w:pPr>
        <w:spacing w:before="0" w:after="0" w:line="240" w:lineRule="auto"/>
      </w:pPr>
      <w:rPr>
        <w:b/>
        <w:bCs/>
      </w:rPr>
      <w:tblPr/>
      <w:tcPr>
        <w:tcBorders>
          <w:top w:val="single" w:sz="8" w:space="0" w:color="9BBB59" w:themeColor="accent3"/>
          <w:left w:val="nil"/>
          <w:bottom w:val="single" w:sz="8" w:space="0" w:color="9BBB59" w:themeColor="accent3"/>
          <w:right w:val="nil"/>
          <w:insideH w:val="nil"/>
          <w:insideV w:val="nil"/>
        </w:tcBorders>
      </w:tcPr>
    </w:tblStylePr>
    <w:tblStylePr w:type="lastRow">
      <w:pPr>
        <w:spacing w:before="0" w:after="0" w:line="240" w:lineRule="auto"/>
      </w:pPr>
      <w:rPr>
        <w:b/>
        <w:bCs/>
      </w:rPr>
      <w:tblPr/>
      <w:tcPr>
        <w:tcBorders>
          <w:top w:val="single" w:sz="8" w:space="0" w:color="9BBB59" w:themeColor="accent3"/>
          <w:left w:val="nil"/>
          <w:bottom w:val="single" w:sz="8" w:space="0" w:color="9BBB59" w:themeColor="accent3"/>
          <w:right w:val="nil"/>
          <w:insideH w:val="nil"/>
          <w:insideV w:val="nil"/>
        </w:tcBorders>
      </w:tcPr>
    </w:tblStylePr>
    <w:tblStylePr w:type="firstCol">
      <w:rPr>
        <w:b/>
        <w:bCs/>
      </w:rPr>
    </w:tblStylePr>
    <w:tblStylePr w:type="lastCol">
      <w:rPr>
        <w:b/>
        <w:bCs/>
      </w:rPr>
    </w:tblStylePr>
    <w:tblStylePr w:type="band1Vert">
      <w:tblPr/>
      <w:tcPr>
        <w:tcBorders>
          <w:left w:val="nil"/>
          <w:right w:val="nil"/>
          <w:insideH w:val="nil"/>
          <w:insideV w:val="nil"/>
        </w:tcBorders>
        <w:shd w:val="clear" w:color="auto" w:fill="E6EED5" w:themeFill="accent3" w:themeFillTint="3F"/>
      </w:tcPr>
    </w:tblStylePr>
    <w:tblStylePr w:type="band1Horz">
      <w:tblPr/>
      <w:tcPr>
        <w:tcBorders>
          <w:left w:val="nil"/>
          <w:right w:val="nil"/>
          <w:insideH w:val="nil"/>
          <w:insideV w:val="nil"/>
        </w:tcBorders>
        <w:shd w:val="clear" w:color="auto" w:fill="E6EED5" w:themeFill="accent3" w:themeFillTint="3F"/>
      </w:tcPr>
    </w:tblStylePr>
  </w:style>
  <w:style w:type="table" w:styleId="LightShading-Accent4">
    <w:name w:val="Light Shading Accent 4"/>
    <w:basedOn w:val="TableNormal"/>
    <w:uiPriority w:val="60"/>
    <w:rsid w:val="00FC693F"/>
    <w:pPr>
      <w:spacing w:after="0" w:line="240" w:lineRule="auto"/>
    </w:pPr>
    <w:rPr>
      <w:color w:val="5F497A" w:themeColor="accent4" w:themeShade="BF"/>
    </w:rPr>
    <w:tblPr>
      <w:tblStyleRowBandSize w:val="1"/>
      <w:tblStyleColBandSize w:val="1"/>
      <w:tblInd w:w="0" w:type="dxa"/>
      <w:tblBorders>
        <w:top w:val="single" w:sz="8" w:space="0" w:color="8064A2" w:themeColor="accent4"/>
        <w:bottom w:val="single" w:sz="8" w:space="0" w:color="8064A2" w:themeColor="accent4"/>
      </w:tblBorders>
      <w:tblCellMar>
        <w:top w:w="0" w:type="dxa"/>
        <w:left w:w="108" w:type="dxa"/>
        <w:bottom w:w="0" w:type="dxa"/>
        <w:right w:w="108" w:type="dxa"/>
      </w:tblCellMar>
    </w:tblPr>
    <w:tblStylePr w:type="firstRow">
      <w:pPr>
        <w:spacing w:before="0" w:after="0" w:line="240" w:lineRule="auto"/>
      </w:pPr>
      <w:rPr>
        <w:b/>
        <w:bCs/>
      </w:rPr>
      <w:tblPr/>
      <w:tcPr>
        <w:tcBorders>
          <w:top w:val="single" w:sz="8" w:space="0" w:color="8064A2" w:themeColor="accent4"/>
          <w:left w:val="nil"/>
          <w:bottom w:val="single" w:sz="8" w:space="0" w:color="8064A2" w:themeColor="accent4"/>
          <w:right w:val="nil"/>
          <w:insideH w:val="nil"/>
          <w:insideV w:val="nil"/>
        </w:tcBorders>
      </w:tcPr>
    </w:tblStylePr>
    <w:tblStylePr w:type="lastRow">
      <w:pPr>
        <w:spacing w:before="0" w:after="0" w:line="240" w:lineRule="auto"/>
      </w:pPr>
      <w:rPr>
        <w:b/>
        <w:bCs/>
      </w:rPr>
      <w:tblPr/>
      <w:tcPr>
        <w:tcBorders>
          <w:top w:val="single" w:sz="8" w:space="0" w:color="8064A2" w:themeColor="accent4"/>
          <w:left w:val="nil"/>
          <w:bottom w:val="single" w:sz="8" w:space="0" w:color="8064A2" w:themeColor="accent4"/>
          <w:right w:val="nil"/>
          <w:insideH w:val="nil"/>
          <w:insideV w:val="nil"/>
        </w:tcBorders>
      </w:tcPr>
    </w:tblStylePr>
    <w:tblStylePr w:type="firstCol">
      <w:rPr>
        <w:b/>
        <w:bCs/>
      </w:rPr>
    </w:tblStylePr>
    <w:tblStylePr w:type="lastCol">
      <w:rPr>
        <w:b/>
        <w:bCs/>
      </w:rPr>
    </w:tblStylePr>
    <w:tblStylePr w:type="band1Vert">
      <w:tblPr/>
      <w:tcPr>
        <w:tcBorders>
          <w:left w:val="nil"/>
          <w:right w:val="nil"/>
          <w:insideH w:val="nil"/>
          <w:insideV w:val="nil"/>
        </w:tcBorders>
        <w:shd w:val="clear" w:color="auto" w:fill="DFD8E8" w:themeFill="accent4" w:themeFillTint="3F"/>
      </w:tcPr>
    </w:tblStylePr>
    <w:tblStylePr w:type="band1Horz">
      <w:tblPr/>
      <w:tcPr>
        <w:tcBorders>
          <w:left w:val="nil"/>
          <w:right w:val="nil"/>
          <w:insideH w:val="nil"/>
          <w:insideV w:val="nil"/>
        </w:tcBorders>
        <w:shd w:val="clear" w:color="auto" w:fill="DFD8E8" w:themeFill="accent4" w:themeFillTint="3F"/>
      </w:tcPr>
    </w:tblStylePr>
  </w:style>
  <w:style w:type="table" w:styleId="LightShading-Accent5">
    <w:name w:val="Light Shading Accent 5"/>
    <w:basedOn w:val="TableNormal"/>
    <w:uiPriority w:val="60"/>
    <w:rsid w:val="00FC693F"/>
    <w:pPr>
      <w:spacing w:after="0" w:line="240" w:lineRule="auto"/>
    </w:pPr>
    <w:rPr>
      <w:color w:val="31849B" w:themeColor="accent5" w:themeShade="BF"/>
    </w:rPr>
    <w:tblPr>
      <w:tblStyleRowBandSize w:val="1"/>
      <w:tblStyleColBandSize w:val="1"/>
      <w:tblInd w:w="0" w:type="dxa"/>
      <w:tblBorders>
        <w:top w:val="single" w:sz="8" w:space="0" w:color="4BACC6" w:themeColor="accent5"/>
        <w:bottom w:val="single" w:sz="8" w:space="0" w:color="4BACC6" w:themeColor="accent5"/>
      </w:tblBorders>
      <w:tblCellMar>
        <w:top w:w="0" w:type="dxa"/>
        <w:left w:w="108" w:type="dxa"/>
        <w:bottom w:w="0" w:type="dxa"/>
        <w:right w:w="108" w:type="dxa"/>
      </w:tblCellMar>
    </w:tblPr>
    <w:tblStylePr w:type="firstRow">
      <w:pPr>
        <w:spacing w:before="0" w:after="0" w:line="240" w:lineRule="auto"/>
      </w:pPr>
      <w:rPr>
        <w:b/>
        <w:bCs/>
      </w:rPr>
      <w:tblPr/>
      <w:tcPr>
        <w:tcBorders>
          <w:top w:val="single" w:sz="8" w:space="0" w:color="4BACC6" w:themeColor="accent5"/>
          <w:left w:val="nil"/>
          <w:bottom w:val="single" w:sz="8" w:space="0" w:color="4BACC6" w:themeColor="accent5"/>
          <w:right w:val="nil"/>
          <w:insideH w:val="nil"/>
          <w:insideV w:val="nil"/>
        </w:tcBorders>
      </w:tcPr>
    </w:tblStylePr>
    <w:tblStylePr w:type="lastRow">
      <w:pPr>
        <w:spacing w:before="0" w:after="0" w:line="240" w:lineRule="auto"/>
      </w:pPr>
      <w:rPr>
        <w:b/>
        <w:bCs/>
      </w:rPr>
      <w:tblPr/>
      <w:tcPr>
        <w:tcBorders>
          <w:top w:val="single" w:sz="8" w:space="0" w:color="4BACC6" w:themeColor="accent5"/>
          <w:left w:val="nil"/>
          <w:bottom w:val="single" w:sz="8" w:space="0" w:color="4BACC6" w:themeColor="accent5"/>
          <w:right w:val="nil"/>
          <w:insideH w:val="nil"/>
          <w:insideV w:val="nil"/>
        </w:tcBorders>
      </w:tcPr>
    </w:tblStylePr>
    <w:tblStylePr w:type="firstCol">
      <w:rPr>
        <w:b/>
        <w:bCs/>
      </w:rPr>
    </w:tblStylePr>
    <w:tblStylePr w:type="lastCol">
      <w:rPr>
        <w:b/>
        <w:bCs/>
      </w:rPr>
    </w:tblStylePr>
    <w:tblStylePr w:type="band1Vert">
      <w:tblPr/>
      <w:tcPr>
        <w:tcBorders>
          <w:left w:val="nil"/>
          <w:right w:val="nil"/>
          <w:insideH w:val="nil"/>
          <w:insideV w:val="nil"/>
        </w:tcBorders>
        <w:shd w:val="clear" w:color="auto" w:fill="D2EAF1" w:themeFill="accent5" w:themeFillTint="3F"/>
      </w:tcPr>
    </w:tblStylePr>
    <w:tblStylePr w:type="band1Horz">
      <w:tblPr/>
      <w:tcPr>
        <w:tcBorders>
          <w:left w:val="nil"/>
          <w:right w:val="nil"/>
          <w:insideH w:val="nil"/>
          <w:insideV w:val="nil"/>
        </w:tcBorders>
        <w:shd w:val="clear" w:color="auto" w:fill="D2EAF1" w:themeFill="accent5" w:themeFillTint="3F"/>
      </w:tcPr>
    </w:tblStylePr>
  </w:style>
  <w:style w:type="table" w:styleId="LightShading-Accent6">
    <w:name w:val="Light Shading Accent 6"/>
    <w:basedOn w:val="TableNormal"/>
    <w:uiPriority w:val="60"/>
    <w:rsid w:val="00FC693F"/>
    <w:pPr>
      <w:spacing w:after="0" w:line="240" w:lineRule="auto"/>
    </w:pPr>
    <w:rPr>
      <w:color w:val="E36C0A" w:themeColor="accent6" w:themeShade="BF"/>
    </w:rPr>
    <w:tblPr>
      <w:tblStyleRowBandSize w:val="1"/>
      <w:tblStyleColBandSize w:val="1"/>
      <w:tblInd w:w="0" w:type="dxa"/>
      <w:tblBorders>
        <w:top w:val="single" w:sz="8" w:space="0" w:color="F79646" w:themeColor="accent6"/>
        <w:bottom w:val="single" w:sz="8" w:space="0" w:color="F79646" w:themeColor="accent6"/>
      </w:tblBorders>
      <w:tblCellMar>
        <w:top w:w="0" w:type="dxa"/>
        <w:left w:w="108" w:type="dxa"/>
        <w:bottom w:w="0" w:type="dxa"/>
        <w:right w:w="108" w:type="dxa"/>
      </w:tblCellMar>
    </w:tblPr>
    <w:tblStylePr w:type="firstRow">
      <w:pPr>
        <w:spacing w:before="0" w:after="0" w:line="240" w:lineRule="auto"/>
      </w:pPr>
      <w:rPr>
        <w:b/>
        <w:bCs/>
      </w:rPr>
      <w:tblPr/>
      <w:tcPr>
        <w:tcBorders>
          <w:top w:val="single" w:sz="8" w:space="0" w:color="F79646" w:themeColor="accent6"/>
          <w:left w:val="nil"/>
          <w:bottom w:val="single" w:sz="8" w:space="0" w:color="F79646" w:themeColor="accent6"/>
          <w:right w:val="nil"/>
          <w:insideH w:val="nil"/>
          <w:insideV w:val="nil"/>
        </w:tcBorders>
      </w:tcPr>
    </w:tblStylePr>
    <w:tblStylePr w:type="lastRow">
      <w:pPr>
        <w:spacing w:before="0" w:after="0" w:line="240" w:lineRule="auto"/>
      </w:pPr>
      <w:rPr>
        <w:b/>
        <w:bCs/>
      </w:rPr>
      <w:tblPr/>
      <w:tcPr>
        <w:tcBorders>
          <w:top w:val="single" w:sz="8" w:space="0" w:color="F79646" w:themeColor="accent6"/>
          <w:left w:val="nil"/>
          <w:bottom w:val="single" w:sz="8" w:space="0" w:color="F79646" w:themeColor="accent6"/>
          <w:right w:val="nil"/>
          <w:insideH w:val="nil"/>
          <w:insideV w:val="nil"/>
        </w:tcBorders>
      </w:tcPr>
    </w:tblStylePr>
    <w:tblStylePr w:type="firstCol">
      <w:rPr>
        <w:b/>
        <w:bCs/>
      </w:rPr>
    </w:tblStylePr>
    <w:tblStylePr w:type="lastCol">
      <w:rPr>
        <w:b/>
        <w:bCs/>
      </w:rPr>
    </w:tblStylePr>
    <w:tblStylePr w:type="band1Vert">
      <w:tblPr/>
      <w:tcPr>
        <w:tcBorders>
          <w:left w:val="nil"/>
          <w:right w:val="nil"/>
          <w:insideH w:val="nil"/>
          <w:insideV w:val="nil"/>
        </w:tcBorders>
        <w:shd w:val="clear" w:color="auto" w:fill="FDE4D0" w:themeFill="accent6" w:themeFillTint="3F"/>
      </w:tcPr>
    </w:tblStylePr>
    <w:tblStylePr w:type="band1Horz">
      <w:tblPr/>
      <w:tcPr>
        <w:tcBorders>
          <w:left w:val="nil"/>
          <w:right w:val="nil"/>
          <w:insideH w:val="nil"/>
          <w:insideV w:val="nil"/>
        </w:tcBorders>
        <w:shd w:val="clear" w:color="auto" w:fill="FDE4D0" w:themeFill="accent6" w:themeFillTint="3F"/>
      </w:tcPr>
    </w:tblStylePr>
  </w:style>
  <w:style w:type="table" w:styleId="LightList">
    <w:name w:val="Light List"/>
    <w:basedOn w:val="TableNormal"/>
    <w:uiPriority w:val="61"/>
    <w:rsid w:val="00FC693F"/>
    <w:pPr>
      <w:spacing w:after="0" w:line="240" w:lineRule="auto"/>
    </w:pPr>
    <w:tblPr>
      <w:tblStyleRowBandSize w:val="1"/>
      <w:tblStyleColBandSize w:val="1"/>
      <w:tblInd w:w="0" w:type="dxa"/>
      <w:tblBorders>
        <w:top w:val="single" w:sz="8" w:space="0" w:color="000000" w:themeColor="text1"/>
        <w:left w:val="single" w:sz="8" w:space="0" w:color="000000" w:themeColor="text1"/>
        <w:bottom w:val="single" w:sz="8" w:space="0" w:color="000000" w:themeColor="text1"/>
        <w:right w:val="single" w:sz="8" w:space="0" w:color="000000" w:themeColor="text1"/>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shd w:val="clear" w:color="auto" w:fill="000000" w:themeFill="text1"/>
      </w:tcPr>
    </w:tblStylePr>
    <w:tblStylePr w:type="lastRow">
      <w:pPr>
        <w:spacing w:before="0" w:after="0" w:line="240" w:lineRule="auto"/>
      </w:pPr>
      <w:rPr>
        <w:b/>
        <w:bCs/>
      </w:rPr>
      <w:tblPr/>
      <w:tcPr>
        <w:tcBorders>
          <w:top w:val="double" w:sz="6" w:space="0" w:color="000000" w:themeColor="text1"/>
          <w:left w:val="single" w:sz="8" w:space="0" w:color="000000" w:themeColor="text1"/>
          <w:bottom w:val="single" w:sz="8" w:space="0" w:color="000000" w:themeColor="text1"/>
          <w:right w:val="single" w:sz="8" w:space="0" w:color="000000" w:themeColor="text1"/>
        </w:tcBorders>
      </w:tcPr>
    </w:tblStylePr>
    <w:tblStylePr w:type="firstCol">
      <w:rPr>
        <w:b/>
        <w:bCs/>
      </w:rPr>
    </w:tblStylePr>
    <w:tblStylePr w:type="lastCol">
      <w:rPr>
        <w:b/>
        <w:bCs/>
      </w:rPr>
    </w:tblStylePr>
    <w:tblStylePr w:type="band1Vert">
      <w:tblPr/>
      <w:tcPr>
        <w:tcBorders>
          <w:top w:val="single" w:sz="8" w:space="0" w:color="000000" w:themeColor="text1"/>
          <w:left w:val="single" w:sz="8" w:space="0" w:color="000000" w:themeColor="text1"/>
          <w:bottom w:val="single" w:sz="8" w:space="0" w:color="000000" w:themeColor="text1"/>
          <w:right w:val="single" w:sz="8" w:space="0" w:color="000000" w:themeColor="text1"/>
        </w:tcBorders>
      </w:tcPr>
    </w:tblStylePr>
    <w:tblStylePr w:type="band1Horz">
      <w:tblPr/>
      <w:tcPr>
        <w:tcBorders>
          <w:top w:val="single" w:sz="8" w:space="0" w:color="000000" w:themeColor="text1"/>
          <w:left w:val="single" w:sz="8" w:space="0" w:color="000000" w:themeColor="text1"/>
          <w:bottom w:val="single" w:sz="8" w:space="0" w:color="000000" w:themeColor="text1"/>
          <w:right w:val="single" w:sz="8" w:space="0" w:color="000000" w:themeColor="text1"/>
        </w:tcBorders>
      </w:tcPr>
    </w:tblStylePr>
  </w:style>
  <w:style w:type="table" w:styleId="LightList-Accent1">
    <w:name w:val="Light List Accent 1"/>
    <w:basedOn w:val="TableNormal"/>
    <w:uiPriority w:val="61"/>
    <w:rsid w:val="00FC693F"/>
    <w:pPr>
      <w:spacing w:after="0" w:line="240" w:lineRule="auto"/>
    </w:pPr>
    <w:tblPr>
      <w:tblStyleRowBandSize w:val="1"/>
      <w:tblStyleColBandSize w:val="1"/>
      <w:tblInd w:w="0" w:type="dxa"/>
      <w:tblBorders>
        <w:top w:val="single" w:sz="8" w:space="0" w:color="4F81BD" w:themeColor="accent1"/>
        <w:left w:val="single" w:sz="8" w:space="0" w:color="4F81BD" w:themeColor="accent1"/>
        <w:bottom w:val="single" w:sz="8" w:space="0" w:color="4F81BD" w:themeColor="accent1"/>
        <w:right w:val="single" w:sz="8" w:space="0" w:color="4F81BD" w:themeColor="accent1"/>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shd w:val="clear" w:color="auto" w:fill="4F81BD" w:themeFill="accent1"/>
      </w:tcPr>
    </w:tblStylePr>
    <w:tblStylePr w:type="lastRow">
      <w:pPr>
        <w:spacing w:before="0" w:after="0" w:line="240" w:lineRule="auto"/>
      </w:pPr>
      <w:rPr>
        <w:b/>
        <w:bCs/>
      </w:rPr>
      <w:tblPr/>
      <w:tcPr>
        <w:tcBorders>
          <w:top w:val="double" w:sz="6" w:space="0" w:color="4F81BD" w:themeColor="accent1"/>
          <w:left w:val="single" w:sz="8" w:space="0" w:color="4F81BD" w:themeColor="accent1"/>
          <w:bottom w:val="single" w:sz="8" w:space="0" w:color="4F81BD" w:themeColor="accent1"/>
          <w:right w:val="single" w:sz="8" w:space="0" w:color="4F81BD" w:themeColor="accent1"/>
        </w:tcBorders>
      </w:tcPr>
    </w:tblStylePr>
    <w:tblStylePr w:type="firstCol">
      <w:rPr>
        <w:b/>
        <w:bCs/>
      </w:rPr>
    </w:tblStylePr>
    <w:tblStylePr w:type="lastCol">
      <w:rPr>
        <w:b/>
        <w:bCs/>
      </w:rPr>
    </w:tblStylePr>
    <w:tblStylePr w:type="band1Vert">
      <w:tblPr/>
      <w:tcPr>
        <w:tcBorders>
          <w:top w:val="single" w:sz="8" w:space="0" w:color="4F81BD" w:themeColor="accent1"/>
          <w:left w:val="single" w:sz="8" w:space="0" w:color="4F81BD" w:themeColor="accent1"/>
          <w:bottom w:val="single" w:sz="8" w:space="0" w:color="4F81BD" w:themeColor="accent1"/>
          <w:right w:val="single" w:sz="8" w:space="0" w:color="4F81BD" w:themeColor="accent1"/>
        </w:tcBorders>
      </w:tcPr>
    </w:tblStylePr>
    <w:tblStylePr w:type="band1Horz">
      <w:tblPr/>
      <w:tcPr>
        <w:tcBorders>
          <w:top w:val="single" w:sz="8" w:space="0" w:color="4F81BD" w:themeColor="accent1"/>
          <w:left w:val="single" w:sz="8" w:space="0" w:color="4F81BD" w:themeColor="accent1"/>
          <w:bottom w:val="single" w:sz="8" w:space="0" w:color="4F81BD" w:themeColor="accent1"/>
          <w:right w:val="single" w:sz="8" w:space="0" w:color="4F81BD" w:themeColor="accent1"/>
        </w:tcBorders>
      </w:tcPr>
    </w:tblStylePr>
  </w:style>
  <w:style w:type="table" w:styleId="LightList-Accent2">
    <w:name w:val="Light List Accent 2"/>
    <w:basedOn w:val="TableNormal"/>
    <w:uiPriority w:val="61"/>
    <w:rsid w:val="00CB0664"/>
    <w:pPr>
      <w:spacing w:after="0" w:line="240" w:lineRule="auto"/>
    </w:pPr>
    <w:tblPr>
      <w:tblStyleRowBandSize w:val="1"/>
      <w:tblStyleColBandSize w:val="1"/>
      <w:tblInd w:w="0" w:type="dxa"/>
      <w:tblBorders>
        <w:top w:val="single" w:sz="8" w:space="0" w:color="C0504D" w:themeColor="accent2"/>
        <w:left w:val="single" w:sz="8" w:space="0" w:color="C0504D" w:themeColor="accent2"/>
        <w:bottom w:val="single" w:sz="8" w:space="0" w:color="C0504D" w:themeColor="accent2"/>
        <w:right w:val="single" w:sz="8" w:space="0" w:color="C0504D" w:themeColor="accent2"/>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shd w:val="clear" w:color="auto" w:fill="C0504D" w:themeFill="accent2"/>
      </w:tcPr>
    </w:tblStylePr>
    <w:tblStylePr w:type="lastRow">
      <w:pPr>
        <w:spacing w:before="0" w:after="0" w:line="240" w:lineRule="auto"/>
      </w:pPr>
      <w:rPr>
        <w:b/>
        <w:bCs/>
      </w:rPr>
      <w:tblPr/>
      <w:tcPr>
        <w:tcBorders>
          <w:top w:val="double" w:sz="6" w:space="0" w:color="C0504D" w:themeColor="accent2"/>
          <w:left w:val="single" w:sz="8" w:space="0" w:color="C0504D" w:themeColor="accent2"/>
          <w:bottom w:val="single" w:sz="8" w:space="0" w:color="C0504D" w:themeColor="accent2"/>
          <w:right w:val="single" w:sz="8" w:space="0" w:color="C0504D" w:themeColor="accent2"/>
        </w:tcBorders>
      </w:tcPr>
    </w:tblStylePr>
    <w:tblStylePr w:type="firstCol">
      <w:rPr>
        <w:b/>
        <w:bCs/>
      </w:rPr>
    </w:tblStylePr>
    <w:tblStylePr w:type="lastCol">
      <w:rPr>
        <w:b/>
        <w:bCs/>
      </w:rPr>
    </w:tblStylePr>
    <w:tblStylePr w:type="band1Vert">
      <w:tblPr/>
      <w:tcPr>
        <w:tcBorders>
          <w:top w:val="single" w:sz="8" w:space="0" w:color="C0504D" w:themeColor="accent2"/>
          <w:left w:val="single" w:sz="8" w:space="0" w:color="C0504D" w:themeColor="accent2"/>
          <w:bottom w:val="single" w:sz="8" w:space="0" w:color="C0504D" w:themeColor="accent2"/>
          <w:right w:val="single" w:sz="8" w:space="0" w:color="C0504D" w:themeColor="accent2"/>
        </w:tcBorders>
      </w:tcPr>
    </w:tblStylePr>
    <w:tblStylePr w:type="band1Horz">
      <w:tblPr/>
      <w:tcPr>
        <w:tcBorders>
          <w:top w:val="single" w:sz="8" w:space="0" w:color="C0504D" w:themeColor="accent2"/>
          <w:left w:val="single" w:sz="8" w:space="0" w:color="C0504D" w:themeColor="accent2"/>
          <w:bottom w:val="single" w:sz="8" w:space="0" w:color="C0504D" w:themeColor="accent2"/>
          <w:right w:val="single" w:sz="8" w:space="0" w:color="C0504D" w:themeColor="accent2"/>
        </w:tcBorders>
      </w:tcPr>
    </w:tblStylePr>
  </w:style>
  <w:style w:type="table" w:styleId="LightList-Accent3">
    <w:name w:val="Light List Accent 3"/>
    <w:basedOn w:val="TableNormal"/>
    <w:uiPriority w:val="61"/>
    <w:rsid w:val="00CB0664"/>
    <w:pPr>
      <w:spacing w:after="0" w:line="240" w:lineRule="auto"/>
    </w:pPr>
    <w:tblPr>
      <w:tblStyleRowBandSize w:val="1"/>
      <w:tblStyleColBandSize w:val="1"/>
      <w:tblInd w:w="0" w:type="dxa"/>
      <w:tblBorders>
        <w:top w:val="single" w:sz="8" w:space="0" w:color="9BBB59" w:themeColor="accent3"/>
        <w:left w:val="single" w:sz="8" w:space="0" w:color="9BBB59" w:themeColor="accent3"/>
        <w:bottom w:val="single" w:sz="8" w:space="0" w:color="9BBB59" w:themeColor="accent3"/>
        <w:right w:val="single" w:sz="8" w:space="0" w:color="9BBB59" w:themeColor="accent3"/>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shd w:val="clear" w:color="auto" w:fill="9BBB59" w:themeFill="accent3"/>
      </w:tcPr>
    </w:tblStylePr>
    <w:tblStylePr w:type="lastRow">
      <w:pPr>
        <w:spacing w:before="0" w:after="0" w:line="240" w:lineRule="auto"/>
      </w:pPr>
      <w:rPr>
        <w:b/>
        <w:bCs/>
      </w:rPr>
      <w:tblPr/>
      <w:tcPr>
        <w:tcBorders>
          <w:top w:val="double" w:sz="6" w:space="0" w:color="9BBB59" w:themeColor="accent3"/>
          <w:left w:val="single" w:sz="8" w:space="0" w:color="9BBB59" w:themeColor="accent3"/>
          <w:bottom w:val="single" w:sz="8" w:space="0" w:color="9BBB59" w:themeColor="accent3"/>
          <w:right w:val="single" w:sz="8" w:space="0" w:color="9BBB59" w:themeColor="accent3"/>
        </w:tcBorders>
      </w:tcPr>
    </w:tblStylePr>
    <w:tblStylePr w:type="firstCol">
      <w:rPr>
        <w:b/>
        <w:bCs/>
      </w:rPr>
    </w:tblStylePr>
    <w:tblStylePr w:type="lastCol">
      <w:rPr>
        <w:b/>
        <w:bCs/>
      </w:rPr>
    </w:tblStylePr>
    <w:tblStylePr w:type="band1Vert">
      <w:tblPr/>
      <w:tcPr>
        <w:tcBorders>
          <w:top w:val="single" w:sz="8" w:space="0" w:color="9BBB59" w:themeColor="accent3"/>
          <w:left w:val="single" w:sz="8" w:space="0" w:color="9BBB59" w:themeColor="accent3"/>
          <w:bottom w:val="single" w:sz="8" w:space="0" w:color="9BBB59" w:themeColor="accent3"/>
          <w:right w:val="single" w:sz="8" w:space="0" w:color="9BBB59" w:themeColor="accent3"/>
        </w:tcBorders>
      </w:tcPr>
    </w:tblStylePr>
    <w:tblStylePr w:type="band1Horz">
      <w:tblPr/>
      <w:tcPr>
        <w:tcBorders>
          <w:top w:val="single" w:sz="8" w:space="0" w:color="9BBB59" w:themeColor="accent3"/>
          <w:left w:val="single" w:sz="8" w:space="0" w:color="9BBB59" w:themeColor="accent3"/>
          <w:bottom w:val="single" w:sz="8" w:space="0" w:color="9BBB59" w:themeColor="accent3"/>
          <w:right w:val="single" w:sz="8" w:space="0" w:color="9BBB59" w:themeColor="accent3"/>
        </w:tcBorders>
      </w:tcPr>
    </w:tblStylePr>
  </w:style>
  <w:style w:type="table" w:styleId="LightList-Accent4">
    <w:name w:val="Light List Accent 4"/>
    <w:basedOn w:val="TableNormal"/>
    <w:uiPriority w:val="61"/>
    <w:rsid w:val="00CB0664"/>
    <w:pPr>
      <w:spacing w:after="0" w:line="240" w:lineRule="auto"/>
    </w:pPr>
    <w:tblPr>
      <w:tblStyleRowBandSize w:val="1"/>
      <w:tblStyleColBandSize w:val="1"/>
      <w:tblInd w:w="0" w:type="dxa"/>
      <w:tblBorders>
        <w:top w:val="single" w:sz="8" w:space="0" w:color="8064A2" w:themeColor="accent4"/>
        <w:left w:val="single" w:sz="8" w:space="0" w:color="8064A2" w:themeColor="accent4"/>
        <w:bottom w:val="single" w:sz="8" w:space="0" w:color="8064A2" w:themeColor="accent4"/>
        <w:right w:val="single" w:sz="8" w:space="0" w:color="8064A2" w:themeColor="accent4"/>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shd w:val="clear" w:color="auto" w:fill="8064A2" w:themeFill="accent4"/>
      </w:tcPr>
    </w:tblStylePr>
    <w:tblStylePr w:type="lastRow">
      <w:pPr>
        <w:spacing w:before="0" w:after="0" w:line="240" w:lineRule="auto"/>
      </w:pPr>
      <w:rPr>
        <w:b/>
        <w:bCs/>
      </w:rPr>
      <w:tblPr/>
      <w:tcPr>
        <w:tcBorders>
          <w:top w:val="double" w:sz="6" w:space="0" w:color="8064A2" w:themeColor="accent4"/>
          <w:left w:val="single" w:sz="8" w:space="0" w:color="8064A2" w:themeColor="accent4"/>
          <w:bottom w:val="single" w:sz="8" w:space="0" w:color="8064A2" w:themeColor="accent4"/>
          <w:right w:val="single" w:sz="8" w:space="0" w:color="8064A2" w:themeColor="accent4"/>
        </w:tcBorders>
      </w:tcPr>
    </w:tblStylePr>
    <w:tblStylePr w:type="firstCol">
      <w:rPr>
        <w:b/>
        <w:bCs/>
      </w:rPr>
    </w:tblStylePr>
    <w:tblStylePr w:type="lastCol">
      <w:rPr>
        <w:b/>
        <w:bCs/>
      </w:rPr>
    </w:tblStylePr>
    <w:tblStylePr w:type="band1Vert">
      <w:tblPr/>
      <w:tcPr>
        <w:tcBorders>
          <w:top w:val="single" w:sz="8" w:space="0" w:color="8064A2" w:themeColor="accent4"/>
          <w:left w:val="single" w:sz="8" w:space="0" w:color="8064A2" w:themeColor="accent4"/>
          <w:bottom w:val="single" w:sz="8" w:space="0" w:color="8064A2" w:themeColor="accent4"/>
          <w:right w:val="single" w:sz="8" w:space="0" w:color="8064A2" w:themeColor="accent4"/>
        </w:tcBorders>
      </w:tcPr>
    </w:tblStylePr>
    <w:tblStylePr w:type="band1Horz">
      <w:tblPr/>
      <w:tcPr>
        <w:tcBorders>
          <w:top w:val="single" w:sz="8" w:space="0" w:color="8064A2" w:themeColor="accent4"/>
          <w:left w:val="single" w:sz="8" w:space="0" w:color="8064A2" w:themeColor="accent4"/>
          <w:bottom w:val="single" w:sz="8" w:space="0" w:color="8064A2" w:themeColor="accent4"/>
          <w:right w:val="single" w:sz="8" w:space="0" w:color="8064A2" w:themeColor="accent4"/>
        </w:tcBorders>
      </w:tcPr>
    </w:tblStylePr>
  </w:style>
  <w:style w:type="table" w:styleId="LightList-Accent5">
    <w:name w:val="Light List Accent 5"/>
    <w:basedOn w:val="TableNormal"/>
    <w:uiPriority w:val="61"/>
    <w:rsid w:val="00CB0664"/>
    <w:pPr>
      <w:spacing w:after="0" w:line="240" w:lineRule="auto"/>
    </w:pPr>
    <w:tblPr>
      <w:tblStyleRowBandSize w:val="1"/>
      <w:tblStyleColBandSize w:val="1"/>
      <w:tblInd w:w="0" w:type="dxa"/>
      <w:tblBorders>
        <w:top w:val="single" w:sz="8" w:space="0" w:color="4BACC6" w:themeColor="accent5"/>
        <w:left w:val="single" w:sz="8" w:space="0" w:color="4BACC6" w:themeColor="accent5"/>
        <w:bottom w:val="single" w:sz="8" w:space="0" w:color="4BACC6" w:themeColor="accent5"/>
        <w:right w:val="single" w:sz="8" w:space="0" w:color="4BACC6" w:themeColor="accent5"/>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shd w:val="clear" w:color="auto" w:fill="4BACC6" w:themeFill="accent5"/>
      </w:tcPr>
    </w:tblStylePr>
    <w:tblStylePr w:type="lastRow">
      <w:pPr>
        <w:spacing w:before="0" w:after="0" w:line="240" w:lineRule="auto"/>
      </w:pPr>
      <w:rPr>
        <w:b/>
        <w:bCs/>
      </w:rPr>
      <w:tblPr/>
      <w:tcPr>
        <w:tcBorders>
          <w:top w:val="double" w:sz="6" w:space="0" w:color="4BACC6" w:themeColor="accent5"/>
          <w:left w:val="single" w:sz="8" w:space="0" w:color="4BACC6" w:themeColor="accent5"/>
          <w:bottom w:val="single" w:sz="8" w:space="0" w:color="4BACC6" w:themeColor="accent5"/>
          <w:right w:val="single" w:sz="8" w:space="0" w:color="4BACC6" w:themeColor="accent5"/>
        </w:tcBorders>
      </w:tcPr>
    </w:tblStylePr>
    <w:tblStylePr w:type="firstCol">
      <w:rPr>
        <w:b/>
        <w:bCs/>
      </w:rPr>
    </w:tblStylePr>
    <w:tblStylePr w:type="lastCol">
      <w:rPr>
        <w:b/>
        <w:bCs/>
      </w:rPr>
    </w:tblStylePr>
    <w:tblStylePr w:type="band1Vert">
      <w:tblPr/>
      <w:tcPr>
        <w:tcBorders>
          <w:top w:val="single" w:sz="8" w:space="0" w:color="4BACC6" w:themeColor="accent5"/>
          <w:left w:val="single" w:sz="8" w:space="0" w:color="4BACC6" w:themeColor="accent5"/>
          <w:bottom w:val="single" w:sz="8" w:space="0" w:color="4BACC6" w:themeColor="accent5"/>
          <w:right w:val="single" w:sz="8" w:space="0" w:color="4BACC6" w:themeColor="accent5"/>
        </w:tcBorders>
      </w:tcPr>
    </w:tblStylePr>
    <w:tblStylePr w:type="band1Horz">
      <w:tblPr/>
      <w:tcPr>
        <w:tcBorders>
          <w:top w:val="single" w:sz="8" w:space="0" w:color="4BACC6" w:themeColor="accent5"/>
          <w:left w:val="single" w:sz="8" w:space="0" w:color="4BACC6" w:themeColor="accent5"/>
          <w:bottom w:val="single" w:sz="8" w:space="0" w:color="4BACC6" w:themeColor="accent5"/>
          <w:right w:val="single" w:sz="8" w:space="0" w:color="4BACC6" w:themeColor="accent5"/>
        </w:tcBorders>
      </w:tcPr>
    </w:tblStylePr>
  </w:style>
  <w:style w:type="table" w:styleId="LightList-Accent6">
    <w:name w:val="Light List Accent 6"/>
    <w:basedOn w:val="TableNormal"/>
    <w:uiPriority w:val="61"/>
    <w:rsid w:val="00CB0664"/>
    <w:pPr>
      <w:spacing w:after="0" w:line="240" w:lineRule="auto"/>
    </w:pPr>
    <w:tblPr>
      <w:tblStyleRowBandSize w:val="1"/>
      <w:tblStyleColBandSize w:val="1"/>
      <w:tblInd w:w="0" w:type="dxa"/>
      <w:tblBorders>
        <w:top w:val="single" w:sz="8" w:space="0" w:color="F79646" w:themeColor="accent6"/>
        <w:left w:val="single" w:sz="8" w:space="0" w:color="F79646" w:themeColor="accent6"/>
        <w:bottom w:val="single" w:sz="8" w:space="0" w:color="F79646" w:themeColor="accent6"/>
        <w:right w:val="single" w:sz="8" w:space="0" w:color="F79646" w:themeColor="accent6"/>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shd w:val="clear" w:color="auto" w:fill="F79646" w:themeFill="accent6"/>
      </w:tcPr>
    </w:tblStylePr>
    <w:tblStylePr w:type="lastRow">
      <w:pPr>
        <w:spacing w:before="0" w:after="0" w:line="240" w:lineRule="auto"/>
      </w:pPr>
      <w:rPr>
        <w:b/>
        <w:bCs/>
      </w:rPr>
      <w:tblPr/>
      <w:tcPr>
        <w:tcBorders>
          <w:top w:val="double" w:sz="6" w:space="0" w:color="F79646" w:themeColor="accent6"/>
          <w:left w:val="single" w:sz="8" w:space="0" w:color="F79646" w:themeColor="accent6"/>
          <w:bottom w:val="single" w:sz="8" w:space="0" w:color="F79646" w:themeColor="accent6"/>
          <w:right w:val="single" w:sz="8" w:space="0" w:color="F79646" w:themeColor="accent6"/>
        </w:tcBorders>
      </w:tcPr>
    </w:tblStylePr>
    <w:tblStylePr w:type="firstCol">
      <w:rPr>
        <w:b/>
        <w:bCs/>
      </w:rPr>
    </w:tblStylePr>
    <w:tblStylePr w:type="lastCol">
      <w:rPr>
        <w:b/>
        <w:bCs/>
      </w:rPr>
    </w:tblStylePr>
    <w:tblStylePr w:type="band1Vert">
      <w:tblPr/>
      <w:tcPr>
        <w:tcBorders>
          <w:top w:val="single" w:sz="8" w:space="0" w:color="F79646" w:themeColor="accent6"/>
          <w:left w:val="single" w:sz="8" w:space="0" w:color="F79646" w:themeColor="accent6"/>
          <w:bottom w:val="single" w:sz="8" w:space="0" w:color="F79646" w:themeColor="accent6"/>
          <w:right w:val="single" w:sz="8" w:space="0" w:color="F79646" w:themeColor="accent6"/>
        </w:tcBorders>
      </w:tcPr>
    </w:tblStylePr>
    <w:tblStylePr w:type="band1Horz">
      <w:tblPr/>
      <w:tcPr>
        <w:tcBorders>
          <w:top w:val="single" w:sz="8" w:space="0" w:color="F79646" w:themeColor="accent6"/>
          <w:left w:val="single" w:sz="8" w:space="0" w:color="F79646" w:themeColor="accent6"/>
          <w:bottom w:val="single" w:sz="8" w:space="0" w:color="F79646" w:themeColor="accent6"/>
          <w:right w:val="single" w:sz="8" w:space="0" w:color="F79646" w:themeColor="accent6"/>
        </w:tcBorders>
      </w:tcPr>
    </w:tblStylePr>
  </w:style>
  <w:style w:type="table" w:styleId="LightGrid">
    <w:name w:val="Light Grid"/>
    <w:basedOn w:val="TableNormal"/>
    <w:uiPriority w:val="62"/>
    <w:rsid w:val="00CB0664"/>
    <w:pPr>
      <w:spacing w:after="0" w:line="240" w:lineRule="auto"/>
    </w:pPr>
    <w:tblPr>
      <w:tblStyleRowBandSize w:val="1"/>
      <w:tblStyleColBandSize w:val="1"/>
      <w:tblInd w:w="0" w:type="dxa"/>
      <w:tblBorders>
        <w:top w:val="single" w:sz="8" w:space="0" w:color="000000" w:themeColor="text1"/>
        <w:left w:val="single" w:sz="8" w:space="0" w:color="000000" w:themeColor="text1"/>
        <w:bottom w:val="single" w:sz="8" w:space="0" w:color="000000" w:themeColor="text1"/>
        <w:right w:val="single" w:sz="8" w:space="0" w:color="000000" w:themeColor="text1"/>
        <w:insideH w:val="single" w:sz="8" w:space="0" w:color="000000" w:themeColor="text1"/>
        <w:insideV w:val="single" w:sz="8" w:space="0" w:color="000000" w:themeColor="text1"/>
      </w:tblBorders>
      <w:tblCellMar>
        <w:top w:w="0" w:type="dxa"/>
        <w:left w:w="108" w:type="dxa"/>
        <w:bottom w:w="0" w:type="dxa"/>
        <w:right w:w="108" w:type="dxa"/>
      </w:tblCellMar>
    </w:tblPr>
    <w:tblStylePr w:type="firstRow">
      <w:pPr>
        <w:spacing w:before="0" w:after="0" w:line="240" w:lineRule="auto"/>
      </w:pPr>
      <w:rPr>
        <w:rFonts w:asciiTheme="majorHAnsi" w:eastAsiaTheme="majorEastAsia" w:hAnsiTheme="majorHAnsi" w:cstheme="majorBidi"/>
        <w:b/>
        <w:bCs/>
      </w:rPr>
      <w:tblPr/>
      <w:tcPr>
        <w:tcBorders>
          <w:top w:val="single" w:sz="8" w:space="0" w:color="000000" w:themeColor="text1"/>
          <w:left w:val="single" w:sz="8" w:space="0" w:color="000000" w:themeColor="text1"/>
          <w:bottom w:val="single" w:sz="18" w:space="0" w:color="000000" w:themeColor="text1"/>
          <w:right w:val="single" w:sz="8" w:space="0" w:color="000000" w:themeColor="text1"/>
          <w:insideH w:val="nil"/>
          <w:insideV w:val="single" w:sz="8" w:space="0" w:color="000000" w:themeColor="text1"/>
        </w:tcBorders>
      </w:tcPr>
    </w:tblStylePr>
    <w:tblStylePr w:type="lastRow">
      <w:pPr>
        <w:spacing w:before="0" w:after="0" w:line="240" w:lineRule="auto"/>
      </w:pPr>
      <w:rPr>
        <w:rFonts w:asciiTheme="majorHAnsi" w:eastAsiaTheme="majorEastAsia" w:hAnsiTheme="majorHAnsi" w:cstheme="majorBidi"/>
        <w:b/>
        <w:bCs/>
      </w:rPr>
      <w:tblPr/>
      <w:tcPr>
        <w:tcBorders>
          <w:top w:val="double" w:sz="6" w:space="0" w:color="000000" w:themeColor="text1"/>
          <w:left w:val="single" w:sz="8" w:space="0" w:color="000000" w:themeColor="text1"/>
          <w:bottom w:val="single" w:sz="8" w:space="0" w:color="000000" w:themeColor="text1"/>
          <w:right w:val="single" w:sz="8" w:space="0" w:color="000000" w:themeColor="text1"/>
          <w:insideH w:val="nil"/>
          <w:insideV w:val="single" w:sz="8" w:space="0" w:color="000000" w:themeColor="text1"/>
        </w:tcBorders>
      </w:tcPr>
    </w:tblStylePr>
    <w:tblStylePr w:type="firstCol">
      <w:rPr>
        <w:rFonts w:asciiTheme="majorHAnsi" w:eastAsiaTheme="majorEastAsia" w:hAnsiTheme="majorHAnsi" w:cstheme="majorBidi"/>
        <w:b/>
        <w:bCs/>
      </w:rPr>
    </w:tblStylePr>
    <w:tblStylePr w:type="lastCol">
      <w:rPr>
        <w:rFonts w:asciiTheme="majorHAnsi" w:eastAsiaTheme="majorEastAsia" w:hAnsiTheme="majorHAnsi" w:cstheme="majorBidi"/>
        <w:b/>
        <w:bCs/>
      </w:rPr>
      <w:tblPr/>
      <w:tcPr>
        <w:tcBorders>
          <w:top w:val="single" w:sz="8" w:space="0" w:color="000000" w:themeColor="text1"/>
          <w:left w:val="single" w:sz="8" w:space="0" w:color="000000" w:themeColor="text1"/>
          <w:bottom w:val="single" w:sz="8" w:space="0" w:color="000000" w:themeColor="text1"/>
          <w:right w:val="single" w:sz="8" w:space="0" w:color="000000" w:themeColor="text1"/>
        </w:tcBorders>
      </w:tcPr>
    </w:tblStylePr>
    <w:tblStylePr w:type="band1Vert">
      <w:tblPr/>
      <w:tcPr>
        <w:tcBorders>
          <w:top w:val="single" w:sz="8" w:space="0" w:color="000000" w:themeColor="text1"/>
          <w:left w:val="single" w:sz="8" w:space="0" w:color="000000" w:themeColor="text1"/>
          <w:bottom w:val="single" w:sz="8" w:space="0" w:color="000000" w:themeColor="text1"/>
          <w:right w:val="single" w:sz="8" w:space="0" w:color="000000" w:themeColor="text1"/>
        </w:tcBorders>
        <w:shd w:val="clear" w:color="auto" w:fill="C0C0C0" w:themeFill="text1" w:themeFillTint="3F"/>
      </w:tcPr>
    </w:tblStylePr>
    <w:tblStylePr w:type="band1Horz">
      <w:tblPr/>
      <w:tcPr>
        <w:tcBorders>
          <w:top w:val="single" w:sz="8" w:space="0" w:color="000000" w:themeColor="text1"/>
          <w:left w:val="single" w:sz="8" w:space="0" w:color="000000" w:themeColor="text1"/>
          <w:bottom w:val="single" w:sz="8" w:space="0" w:color="000000" w:themeColor="text1"/>
          <w:right w:val="single" w:sz="8" w:space="0" w:color="000000" w:themeColor="text1"/>
          <w:insideV w:val="single" w:sz="8" w:space="0" w:color="000000" w:themeColor="text1"/>
        </w:tcBorders>
        <w:shd w:val="clear" w:color="auto" w:fill="C0C0C0" w:themeFill="text1" w:themeFillTint="3F"/>
      </w:tcPr>
    </w:tblStylePr>
    <w:tblStylePr w:type="band2Horz">
      <w:tblPr/>
      <w:tcPr>
        <w:tcBorders>
          <w:top w:val="single" w:sz="8" w:space="0" w:color="000000" w:themeColor="text1"/>
          <w:left w:val="single" w:sz="8" w:space="0" w:color="000000" w:themeColor="text1"/>
          <w:bottom w:val="single" w:sz="8" w:space="0" w:color="000000" w:themeColor="text1"/>
          <w:right w:val="single" w:sz="8" w:space="0" w:color="000000" w:themeColor="text1"/>
          <w:insideV w:val="single" w:sz="8" w:space="0" w:color="000000" w:themeColor="text1"/>
        </w:tcBorders>
      </w:tcPr>
    </w:tblStylePr>
  </w:style>
  <w:style w:type="table" w:styleId="LightGrid-Accent1">
    <w:name w:val="Light Grid Accent 1"/>
    <w:basedOn w:val="TableNormal"/>
    <w:uiPriority w:val="62"/>
    <w:rsid w:val="00CB0664"/>
    <w:pPr>
      <w:spacing w:after="0" w:line="240" w:lineRule="auto"/>
    </w:pPr>
    <w:tblPr>
      <w:tblStyleRowBandSize w:val="1"/>
      <w:tblStyleColBandSize w:val="1"/>
      <w:tblInd w:w="0" w:type="dxa"/>
      <w:tblBorders>
        <w:top w:val="single" w:sz="8" w:space="0" w:color="4F81BD" w:themeColor="accent1"/>
        <w:left w:val="single" w:sz="8" w:space="0" w:color="4F81BD" w:themeColor="accent1"/>
        <w:bottom w:val="single" w:sz="8" w:space="0" w:color="4F81BD" w:themeColor="accent1"/>
        <w:right w:val="single" w:sz="8" w:space="0" w:color="4F81BD" w:themeColor="accent1"/>
        <w:insideH w:val="single" w:sz="8" w:space="0" w:color="4F81BD" w:themeColor="accent1"/>
        <w:insideV w:val="single" w:sz="8" w:space="0" w:color="4F81BD" w:themeColor="accent1"/>
      </w:tblBorders>
      <w:tblCellMar>
        <w:top w:w="0" w:type="dxa"/>
        <w:left w:w="108" w:type="dxa"/>
        <w:bottom w:w="0" w:type="dxa"/>
        <w:right w:w="108" w:type="dxa"/>
      </w:tblCellMar>
    </w:tblPr>
    <w:tblStylePr w:type="firstRow">
      <w:pPr>
        <w:spacing w:before="0" w:after="0" w:line="240" w:lineRule="auto"/>
      </w:pPr>
      <w:rPr>
        <w:rFonts w:asciiTheme="majorHAnsi" w:eastAsiaTheme="majorEastAsia" w:hAnsiTheme="majorHAnsi" w:cstheme="majorBidi"/>
        <w:b/>
        <w:bCs/>
      </w:rPr>
      <w:tblPr/>
      <w:tcPr>
        <w:tcBorders>
          <w:top w:val="single" w:sz="8" w:space="0" w:color="4F81BD" w:themeColor="accent1"/>
          <w:left w:val="single" w:sz="8" w:space="0" w:color="4F81BD" w:themeColor="accent1"/>
          <w:bottom w:val="single" w:sz="18" w:space="0" w:color="4F81BD" w:themeColor="accent1"/>
          <w:right w:val="single" w:sz="8" w:space="0" w:color="4F81BD" w:themeColor="accent1"/>
          <w:insideH w:val="nil"/>
          <w:insideV w:val="single" w:sz="8" w:space="0" w:color="4F81BD" w:themeColor="accent1"/>
        </w:tcBorders>
      </w:tcPr>
    </w:tblStylePr>
    <w:tblStylePr w:type="lastRow">
      <w:pPr>
        <w:spacing w:before="0" w:after="0" w:line="240" w:lineRule="auto"/>
      </w:pPr>
      <w:rPr>
        <w:rFonts w:asciiTheme="majorHAnsi" w:eastAsiaTheme="majorEastAsia" w:hAnsiTheme="majorHAnsi" w:cstheme="majorBidi"/>
        <w:b/>
        <w:bCs/>
      </w:rPr>
      <w:tblPr/>
      <w:tcPr>
        <w:tcBorders>
          <w:top w:val="double" w:sz="6" w:space="0" w:color="4F81BD" w:themeColor="accent1"/>
          <w:left w:val="single" w:sz="8" w:space="0" w:color="4F81BD" w:themeColor="accent1"/>
          <w:bottom w:val="single" w:sz="8" w:space="0" w:color="4F81BD" w:themeColor="accent1"/>
          <w:right w:val="single" w:sz="8" w:space="0" w:color="4F81BD" w:themeColor="accent1"/>
          <w:insideH w:val="nil"/>
          <w:insideV w:val="single" w:sz="8" w:space="0" w:color="4F81BD" w:themeColor="accent1"/>
        </w:tcBorders>
      </w:tcPr>
    </w:tblStylePr>
    <w:tblStylePr w:type="firstCol">
      <w:rPr>
        <w:rFonts w:asciiTheme="majorHAnsi" w:eastAsiaTheme="majorEastAsia" w:hAnsiTheme="majorHAnsi" w:cstheme="majorBidi"/>
        <w:b/>
        <w:bCs/>
      </w:rPr>
    </w:tblStylePr>
    <w:tblStylePr w:type="lastCol">
      <w:rPr>
        <w:rFonts w:asciiTheme="majorHAnsi" w:eastAsiaTheme="majorEastAsia" w:hAnsiTheme="majorHAnsi" w:cstheme="majorBidi"/>
        <w:b/>
        <w:bCs/>
      </w:rPr>
      <w:tblPr/>
      <w:tcPr>
        <w:tcBorders>
          <w:top w:val="single" w:sz="8" w:space="0" w:color="4F81BD" w:themeColor="accent1"/>
          <w:left w:val="single" w:sz="8" w:space="0" w:color="4F81BD" w:themeColor="accent1"/>
          <w:bottom w:val="single" w:sz="8" w:space="0" w:color="4F81BD" w:themeColor="accent1"/>
          <w:right w:val="single" w:sz="8" w:space="0" w:color="4F81BD" w:themeColor="accent1"/>
        </w:tcBorders>
      </w:tcPr>
    </w:tblStylePr>
    <w:tblStylePr w:type="band1Vert">
      <w:tblPr/>
      <w:tcPr>
        <w:tcBorders>
          <w:top w:val="single" w:sz="8" w:space="0" w:color="4F81BD" w:themeColor="accent1"/>
          <w:left w:val="single" w:sz="8" w:space="0" w:color="4F81BD" w:themeColor="accent1"/>
          <w:bottom w:val="single" w:sz="8" w:space="0" w:color="4F81BD" w:themeColor="accent1"/>
          <w:right w:val="single" w:sz="8" w:space="0" w:color="4F81BD" w:themeColor="accent1"/>
        </w:tcBorders>
        <w:shd w:val="clear" w:color="auto" w:fill="D3DFEE" w:themeFill="accent1" w:themeFillTint="3F"/>
      </w:tcPr>
    </w:tblStylePr>
    <w:tblStylePr w:type="band1Horz">
      <w:tblPr/>
      <w:tcPr>
        <w:tcBorders>
          <w:top w:val="single" w:sz="8" w:space="0" w:color="4F81BD" w:themeColor="accent1"/>
          <w:left w:val="single" w:sz="8" w:space="0" w:color="4F81BD" w:themeColor="accent1"/>
          <w:bottom w:val="single" w:sz="8" w:space="0" w:color="4F81BD" w:themeColor="accent1"/>
          <w:right w:val="single" w:sz="8" w:space="0" w:color="4F81BD" w:themeColor="accent1"/>
          <w:insideV w:val="single" w:sz="8" w:space="0" w:color="4F81BD" w:themeColor="accent1"/>
        </w:tcBorders>
        <w:shd w:val="clear" w:color="auto" w:fill="D3DFEE" w:themeFill="accent1" w:themeFillTint="3F"/>
      </w:tcPr>
    </w:tblStylePr>
    <w:tblStylePr w:type="band2Horz">
      <w:tblPr/>
      <w:tcPr>
        <w:tcBorders>
          <w:top w:val="single" w:sz="8" w:space="0" w:color="4F81BD" w:themeColor="accent1"/>
          <w:left w:val="single" w:sz="8" w:space="0" w:color="4F81BD" w:themeColor="accent1"/>
          <w:bottom w:val="single" w:sz="8" w:space="0" w:color="4F81BD" w:themeColor="accent1"/>
          <w:right w:val="single" w:sz="8" w:space="0" w:color="4F81BD" w:themeColor="accent1"/>
          <w:insideV w:val="single" w:sz="8" w:space="0" w:color="4F81BD" w:themeColor="accent1"/>
        </w:tcBorders>
      </w:tcPr>
    </w:tblStylePr>
  </w:style>
  <w:style w:type="table" w:styleId="LightGrid-Accent2">
    <w:name w:val="Light Grid Accent 2"/>
    <w:basedOn w:val="TableNormal"/>
    <w:uiPriority w:val="62"/>
    <w:rsid w:val="00CB0664"/>
    <w:pPr>
      <w:spacing w:after="0" w:line="240" w:lineRule="auto"/>
    </w:pPr>
    <w:tblPr>
      <w:tblStyleRowBandSize w:val="1"/>
      <w:tblStyleColBandSize w:val="1"/>
      <w:tblInd w:w="0" w:type="dxa"/>
      <w:tblBorders>
        <w:top w:val="single" w:sz="8" w:space="0" w:color="C0504D" w:themeColor="accent2"/>
        <w:left w:val="single" w:sz="8" w:space="0" w:color="C0504D" w:themeColor="accent2"/>
        <w:bottom w:val="single" w:sz="8" w:space="0" w:color="C0504D" w:themeColor="accent2"/>
        <w:right w:val="single" w:sz="8" w:space="0" w:color="C0504D" w:themeColor="accent2"/>
        <w:insideH w:val="single" w:sz="8" w:space="0" w:color="C0504D" w:themeColor="accent2"/>
        <w:insideV w:val="single" w:sz="8" w:space="0" w:color="C0504D" w:themeColor="accent2"/>
      </w:tblBorders>
      <w:tblCellMar>
        <w:top w:w="0" w:type="dxa"/>
        <w:left w:w="108" w:type="dxa"/>
        <w:bottom w:w="0" w:type="dxa"/>
        <w:right w:w="108" w:type="dxa"/>
      </w:tblCellMar>
    </w:tblPr>
    <w:tblStylePr w:type="firstRow">
      <w:pPr>
        <w:spacing w:before="0" w:after="0" w:line="240" w:lineRule="auto"/>
      </w:pPr>
      <w:rPr>
        <w:rFonts w:asciiTheme="majorHAnsi" w:eastAsiaTheme="majorEastAsia" w:hAnsiTheme="majorHAnsi" w:cstheme="majorBidi"/>
        <w:b/>
        <w:bCs/>
      </w:rPr>
      <w:tblPr/>
      <w:tcPr>
        <w:tcBorders>
          <w:top w:val="single" w:sz="8" w:space="0" w:color="C0504D" w:themeColor="accent2"/>
          <w:left w:val="single" w:sz="8" w:space="0" w:color="C0504D" w:themeColor="accent2"/>
          <w:bottom w:val="single" w:sz="18" w:space="0" w:color="C0504D" w:themeColor="accent2"/>
          <w:right w:val="single" w:sz="8" w:space="0" w:color="C0504D" w:themeColor="accent2"/>
          <w:insideH w:val="nil"/>
          <w:insideV w:val="single" w:sz="8" w:space="0" w:color="C0504D" w:themeColor="accent2"/>
        </w:tcBorders>
      </w:tcPr>
    </w:tblStylePr>
    <w:tblStylePr w:type="lastRow">
      <w:pPr>
        <w:spacing w:before="0" w:after="0" w:line="240" w:lineRule="auto"/>
      </w:pPr>
      <w:rPr>
        <w:rFonts w:asciiTheme="majorHAnsi" w:eastAsiaTheme="majorEastAsia" w:hAnsiTheme="majorHAnsi" w:cstheme="majorBidi"/>
        <w:b/>
        <w:bCs/>
      </w:rPr>
      <w:tblPr/>
      <w:tcPr>
        <w:tcBorders>
          <w:top w:val="double" w:sz="6" w:space="0" w:color="C0504D" w:themeColor="accent2"/>
          <w:left w:val="single" w:sz="8" w:space="0" w:color="C0504D" w:themeColor="accent2"/>
          <w:bottom w:val="single" w:sz="8" w:space="0" w:color="C0504D" w:themeColor="accent2"/>
          <w:right w:val="single" w:sz="8" w:space="0" w:color="C0504D" w:themeColor="accent2"/>
          <w:insideH w:val="nil"/>
          <w:insideV w:val="single" w:sz="8" w:space="0" w:color="C0504D" w:themeColor="accent2"/>
        </w:tcBorders>
      </w:tcPr>
    </w:tblStylePr>
    <w:tblStylePr w:type="firstCol">
      <w:rPr>
        <w:rFonts w:asciiTheme="majorHAnsi" w:eastAsiaTheme="majorEastAsia" w:hAnsiTheme="majorHAnsi" w:cstheme="majorBidi"/>
        <w:b/>
        <w:bCs/>
      </w:rPr>
    </w:tblStylePr>
    <w:tblStylePr w:type="lastCol">
      <w:rPr>
        <w:rFonts w:asciiTheme="majorHAnsi" w:eastAsiaTheme="majorEastAsia" w:hAnsiTheme="majorHAnsi" w:cstheme="majorBidi"/>
        <w:b/>
        <w:bCs/>
      </w:rPr>
      <w:tblPr/>
      <w:tcPr>
        <w:tcBorders>
          <w:top w:val="single" w:sz="8" w:space="0" w:color="C0504D" w:themeColor="accent2"/>
          <w:left w:val="single" w:sz="8" w:space="0" w:color="C0504D" w:themeColor="accent2"/>
          <w:bottom w:val="single" w:sz="8" w:space="0" w:color="C0504D" w:themeColor="accent2"/>
          <w:right w:val="single" w:sz="8" w:space="0" w:color="C0504D" w:themeColor="accent2"/>
        </w:tcBorders>
      </w:tcPr>
    </w:tblStylePr>
    <w:tblStylePr w:type="band1Vert">
      <w:tblPr/>
      <w:tcPr>
        <w:tcBorders>
          <w:top w:val="single" w:sz="8" w:space="0" w:color="C0504D" w:themeColor="accent2"/>
          <w:left w:val="single" w:sz="8" w:space="0" w:color="C0504D" w:themeColor="accent2"/>
          <w:bottom w:val="single" w:sz="8" w:space="0" w:color="C0504D" w:themeColor="accent2"/>
          <w:right w:val="single" w:sz="8" w:space="0" w:color="C0504D" w:themeColor="accent2"/>
        </w:tcBorders>
        <w:shd w:val="clear" w:color="auto" w:fill="EFD3D2" w:themeFill="accent2" w:themeFillTint="3F"/>
      </w:tcPr>
    </w:tblStylePr>
    <w:tblStylePr w:type="band1Horz">
      <w:tblPr/>
      <w:tcPr>
        <w:tcBorders>
          <w:top w:val="single" w:sz="8" w:space="0" w:color="C0504D" w:themeColor="accent2"/>
          <w:left w:val="single" w:sz="8" w:space="0" w:color="C0504D" w:themeColor="accent2"/>
          <w:bottom w:val="single" w:sz="8" w:space="0" w:color="C0504D" w:themeColor="accent2"/>
          <w:right w:val="single" w:sz="8" w:space="0" w:color="C0504D" w:themeColor="accent2"/>
          <w:insideV w:val="single" w:sz="8" w:space="0" w:color="C0504D" w:themeColor="accent2"/>
        </w:tcBorders>
        <w:shd w:val="clear" w:color="auto" w:fill="EFD3D2" w:themeFill="accent2" w:themeFillTint="3F"/>
      </w:tcPr>
    </w:tblStylePr>
    <w:tblStylePr w:type="band2Horz">
      <w:tblPr/>
      <w:tcPr>
        <w:tcBorders>
          <w:top w:val="single" w:sz="8" w:space="0" w:color="C0504D" w:themeColor="accent2"/>
          <w:left w:val="single" w:sz="8" w:space="0" w:color="C0504D" w:themeColor="accent2"/>
          <w:bottom w:val="single" w:sz="8" w:space="0" w:color="C0504D" w:themeColor="accent2"/>
          <w:right w:val="single" w:sz="8" w:space="0" w:color="C0504D" w:themeColor="accent2"/>
          <w:insideV w:val="single" w:sz="8" w:space="0" w:color="C0504D" w:themeColor="accent2"/>
        </w:tcBorders>
      </w:tcPr>
    </w:tblStylePr>
  </w:style>
  <w:style w:type="table" w:styleId="LightGrid-Accent3">
    <w:name w:val="Light Grid Accent 3"/>
    <w:basedOn w:val="TableNormal"/>
    <w:uiPriority w:val="62"/>
    <w:rsid w:val="00CB0664"/>
    <w:pPr>
      <w:spacing w:after="0" w:line="240" w:lineRule="auto"/>
    </w:pPr>
    <w:tblPr>
      <w:tblStyleRowBandSize w:val="1"/>
      <w:tblStyleColBandSize w:val="1"/>
      <w:tblInd w:w="0" w:type="dxa"/>
      <w:tblBorders>
        <w:top w:val="single" w:sz="8" w:space="0" w:color="9BBB59" w:themeColor="accent3"/>
        <w:left w:val="single" w:sz="8" w:space="0" w:color="9BBB59" w:themeColor="accent3"/>
        <w:bottom w:val="single" w:sz="8" w:space="0" w:color="9BBB59" w:themeColor="accent3"/>
        <w:right w:val="single" w:sz="8" w:space="0" w:color="9BBB59" w:themeColor="accent3"/>
        <w:insideH w:val="single" w:sz="8" w:space="0" w:color="9BBB59" w:themeColor="accent3"/>
        <w:insideV w:val="single" w:sz="8" w:space="0" w:color="9BBB59" w:themeColor="accent3"/>
      </w:tblBorders>
      <w:tblCellMar>
        <w:top w:w="0" w:type="dxa"/>
        <w:left w:w="108" w:type="dxa"/>
        <w:bottom w:w="0" w:type="dxa"/>
        <w:right w:w="108" w:type="dxa"/>
      </w:tblCellMar>
    </w:tblPr>
    <w:tblStylePr w:type="firstRow">
      <w:pPr>
        <w:spacing w:before="0" w:after="0" w:line="240" w:lineRule="auto"/>
      </w:pPr>
      <w:rPr>
        <w:rFonts w:asciiTheme="majorHAnsi" w:eastAsiaTheme="majorEastAsia" w:hAnsiTheme="majorHAnsi" w:cstheme="majorBidi"/>
        <w:b/>
        <w:bCs/>
      </w:rPr>
      <w:tblPr/>
      <w:tcPr>
        <w:tcBorders>
          <w:top w:val="single" w:sz="8" w:space="0" w:color="9BBB59" w:themeColor="accent3"/>
          <w:left w:val="single" w:sz="8" w:space="0" w:color="9BBB59" w:themeColor="accent3"/>
          <w:bottom w:val="single" w:sz="18" w:space="0" w:color="9BBB59" w:themeColor="accent3"/>
          <w:right w:val="single" w:sz="8" w:space="0" w:color="9BBB59" w:themeColor="accent3"/>
          <w:insideH w:val="nil"/>
          <w:insideV w:val="single" w:sz="8" w:space="0" w:color="9BBB59" w:themeColor="accent3"/>
        </w:tcBorders>
      </w:tcPr>
    </w:tblStylePr>
    <w:tblStylePr w:type="lastRow">
      <w:pPr>
        <w:spacing w:before="0" w:after="0" w:line="240" w:lineRule="auto"/>
      </w:pPr>
      <w:rPr>
        <w:rFonts w:asciiTheme="majorHAnsi" w:eastAsiaTheme="majorEastAsia" w:hAnsiTheme="majorHAnsi" w:cstheme="majorBidi"/>
        <w:b/>
        <w:bCs/>
      </w:rPr>
      <w:tblPr/>
      <w:tcPr>
        <w:tcBorders>
          <w:top w:val="double" w:sz="6" w:space="0" w:color="9BBB59" w:themeColor="accent3"/>
          <w:left w:val="single" w:sz="8" w:space="0" w:color="9BBB59" w:themeColor="accent3"/>
          <w:bottom w:val="single" w:sz="8" w:space="0" w:color="9BBB59" w:themeColor="accent3"/>
          <w:right w:val="single" w:sz="8" w:space="0" w:color="9BBB59" w:themeColor="accent3"/>
          <w:insideH w:val="nil"/>
          <w:insideV w:val="single" w:sz="8" w:space="0" w:color="9BBB59" w:themeColor="accent3"/>
        </w:tcBorders>
      </w:tcPr>
    </w:tblStylePr>
    <w:tblStylePr w:type="firstCol">
      <w:rPr>
        <w:rFonts w:asciiTheme="majorHAnsi" w:eastAsiaTheme="majorEastAsia" w:hAnsiTheme="majorHAnsi" w:cstheme="majorBidi"/>
        <w:b/>
        <w:bCs/>
      </w:rPr>
    </w:tblStylePr>
    <w:tblStylePr w:type="lastCol">
      <w:rPr>
        <w:rFonts w:asciiTheme="majorHAnsi" w:eastAsiaTheme="majorEastAsia" w:hAnsiTheme="majorHAnsi" w:cstheme="majorBidi"/>
        <w:b/>
        <w:bCs/>
      </w:rPr>
      <w:tblPr/>
      <w:tcPr>
        <w:tcBorders>
          <w:top w:val="single" w:sz="8" w:space="0" w:color="9BBB59" w:themeColor="accent3"/>
          <w:left w:val="single" w:sz="8" w:space="0" w:color="9BBB59" w:themeColor="accent3"/>
          <w:bottom w:val="single" w:sz="8" w:space="0" w:color="9BBB59" w:themeColor="accent3"/>
          <w:right w:val="single" w:sz="8" w:space="0" w:color="9BBB59" w:themeColor="accent3"/>
        </w:tcBorders>
      </w:tcPr>
    </w:tblStylePr>
    <w:tblStylePr w:type="band1Vert">
      <w:tblPr/>
      <w:tcPr>
        <w:tcBorders>
          <w:top w:val="single" w:sz="8" w:space="0" w:color="9BBB59" w:themeColor="accent3"/>
          <w:left w:val="single" w:sz="8" w:space="0" w:color="9BBB59" w:themeColor="accent3"/>
          <w:bottom w:val="single" w:sz="8" w:space="0" w:color="9BBB59" w:themeColor="accent3"/>
          <w:right w:val="single" w:sz="8" w:space="0" w:color="9BBB59" w:themeColor="accent3"/>
        </w:tcBorders>
        <w:shd w:val="clear" w:color="auto" w:fill="E6EED5" w:themeFill="accent3" w:themeFillTint="3F"/>
      </w:tcPr>
    </w:tblStylePr>
    <w:tblStylePr w:type="band1Horz">
      <w:tblPr/>
      <w:tcPr>
        <w:tcBorders>
          <w:top w:val="single" w:sz="8" w:space="0" w:color="9BBB59" w:themeColor="accent3"/>
          <w:left w:val="single" w:sz="8" w:space="0" w:color="9BBB59" w:themeColor="accent3"/>
          <w:bottom w:val="single" w:sz="8" w:space="0" w:color="9BBB59" w:themeColor="accent3"/>
          <w:right w:val="single" w:sz="8" w:space="0" w:color="9BBB59" w:themeColor="accent3"/>
          <w:insideV w:val="single" w:sz="8" w:space="0" w:color="9BBB59" w:themeColor="accent3"/>
        </w:tcBorders>
        <w:shd w:val="clear" w:color="auto" w:fill="E6EED5" w:themeFill="accent3" w:themeFillTint="3F"/>
      </w:tcPr>
    </w:tblStylePr>
    <w:tblStylePr w:type="band2Horz">
      <w:tblPr/>
      <w:tcPr>
        <w:tcBorders>
          <w:top w:val="single" w:sz="8" w:space="0" w:color="9BBB59" w:themeColor="accent3"/>
          <w:left w:val="single" w:sz="8" w:space="0" w:color="9BBB59" w:themeColor="accent3"/>
          <w:bottom w:val="single" w:sz="8" w:space="0" w:color="9BBB59" w:themeColor="accent3"/>
          <w:right w:val="single" w:sz="8" w:space="0" w:color="9BBB59" w:themeColor="accent3"/>
          <w:insideV w:val="single" w:sz="8" w:space="0" w:color="9BBB59" w:themeColor="accent3"/>
        </w:tcBorders>
      </w:tcPr>
    </w:tblStylePr>
  </w:style>
  <w:style w:type="table" w:styleId="LightGrid-Accent4">
    <w:name w:val="Light Grid Accent 4"/>
    <w:basedOn w:val="TableNormal"/>
    <w:uiPriority w:val="62"/>
    <w:rsid w:val="00CB0664"/>
    <w:pPr>
      <w:spacing w:after="0" w:line="240" w:lineRule="auto"/>
    </w:pPr>
    <w:tblPr>
      <w:tblStyleRowBandSize w:val="1"/>
      <w:tblStyleColBandSize w:val="1"/>
      <w:tblInd w:w="0" w:type="dxa"/>
      <w:tblBorders>
        <w:top w:val="single" w:sz="8" w:space="0" w:color="8064A2" w:themeColor="accent4"/>
        <w:left w:val="single" w:sz="8" w:space="0" w:color="8064A2" w:themeColor="accent4"/>
        <w:bottom w:val="single" w:sz="8" w:space="0" w:color="8064A2" w:themeColor="accent4"/>
        <w:right w:val="single" w:sz="8" w:space="0" w:color="8064A2" w:themeColor="accent4"/>
        <w:insideH w:val="single" w:sz="8" w:space="0" w:color="8064A2" w:themeColor="accent4"/>
        <w:insideV w:val="single" w:sz="8" w:space="0" w:color="8064A2" w:themeColor="accent4"/>
      </w:tblBorders>
      <w:tblCellMar>
        <w:top w:w="0" w:type="dxa"/>
        <w:left w:w="108" w:type="dxa"/>
        <w:bottom w:w="0" w:type="dxa"/>
        <w:right w:w="108" w:type="dxa"/>
      </w:tblCellMar>
    </w:tblPr>
    <w:tblStylePr w:type="firstRow">
      <w:pPr>
        <w:spacing w:before="0" w:after="0" w:line="240" w:lineRule="auto"/>
      </w:pPr>
      <w:rPr>
        <w:rFonts w:asciiTheme="majorHAnsi" w:eastAsiaTheme="majorEastAsia" w:hAnsiTheme="majorHAnsi" w:cstheme="majorBidi"/>
        <w:b/>
        <w:bCs/>
      </w:rPr>
      <w:tblPr/>
      <w:tcPr>
        <w:tcBorders>
          <w:top w:val="single" w:sz="8" w:space="0" w:color="8064A2" w:themeColor="accent4"/>
          <w:left w:val="single" w:sz="8" w:space="0" w:color="8064A2" w:themeColor="accent4"/>
          <w:bottom w:val="single" w:sz="18" w:space="0" w:color="8064A2" w:themeColor="accent4"/>
          <w:right w:val="single" w:sz="8" w:space="0" w:color="8064A2" w:themeColor="accent4"/>
          <w:insideH w:val="nil"/>
          <w:insideV w:val="single" w:sz="8" w:space="0" w:color="8064A2" w:themeColor="accent4"/>
        </w:tcBorders>
      </w:tcPr>
    </w:tblStylePr>
    <w:tblStylePr w:type="lastRow">
      <w:pPr>
        <w:spacing w:before="0" w:after="0" w:line="240" w:lineRule="auto"/>
      </w:pPr>
      <w:rPr>
        <w:rFonts w:asciiTheme="majorHAnsi" w:eastAsiaTheme="majorEastAsia" w:hAnsiTheme="majorHAnsi" w:cstheme="majorBidi"/>
        <w:b/>
        <w:bCs/>
      </w:rPr>
      <w:tblPr/>
      <w:tcPr>
        <w:tcBorders>
          <w:top w:val="double" w:sz="6" w:space="0" w:color="8064A2" w:themeColor="accent4"/>
          <w:left w:val="single" w:sz="8" w:space="0" w:color="8064A2" w:themeColor="accent4"/>
          <w:bottom w:val="single" w:sz="8" w:space="0" w:color="8064A2" w:themeColor="accent4"/>
          <w:right w:val="single" w:sz="8" w:space="0" w:color="8064A2" w:themeColor="accent4"/>
          <w:insideH w:val="nil"/>
          <w:insideV w:val="single" w:sz="8" w:space="0" w:color="8064A2" w:themeColor="accent4"/>
        </w:tcBorders>
      </w:tcPr>
    </w:tblStylePr>
    <w:tblStylePr w:type="firstCol">
      <w:rPr>
        <w:rFonts w:asciiTheme="majorHAnsi" w:eastAsiaTheme="majorEastAsia" w:hAnsiTheme="majorHAnsi" w:cstheme="majorBidi"/>
        <w:b/>
        <w:bCs/>
      </w:rPr>
    </w:tblStylePr>
    <w:tblStylePr w:type="lastCol">
      <w:rPr>
        <w:rFonts w:asciiTheme="majorHAnsi" w:eastAsiaTheme="majorEastAsia" w:hAnsiTheme="majorHAnsi" w:cstheme="majorBidi"/>
        <w:b/>
        <w:bCs/>
      </w:rPr>
      <w:tblPr/>
      <w:tcPr>
        <w:tcBorders>
          <w:top w:val="single" w:sz="8" w:space="0" w:color="8064A2" w:themeColor="accent4"/>
          <w:left w:val="single" w:sz="8" w:space="0" w:color="8064A2" w:themeColor="accent4"/>
          <w:bottom w:val="single" w:sz="8" w:space="0" w:color="8064A2" w:themeColor="accent4"/>
          <w:right w:val="single" w:sz="8" w:space="0" w:color="8064A2" w:themeColor="accent4"/>
        </w:tcBorders>
      </w:tcPr>
    </w:tblStylePr>
    <w:tblStylePr w:type="band1Vert">
      <w:tblPr/>
      <w:tcPr>
        <w:tcBorders>
          <w:top w:val="single" w:sz="8" w:space="0" w:color="8064A2" w:themeColor="accent4"/>
          <w:left w:val="single" w:sz="8" w:space="0" w:color="8064A2" w:themeColor="accent4"/>
          <w:bottom w:val="single" w:sz="8" w:space="0" w:color="8064A2" w:themeColor="accent4"/>
          <w:right w:val="single" w:sz="8" w:space="0" w:color="8064A2" w:themeColor="accent4"/>
        </w:tcBorders>
        <w:shd w:val="clear" w:color="auto" w:fill="DFD8E8" w:themeFill="accent4" w:themeFillTint="3F"/>
      </w:tcPr>
    </w:tblStylePr>
    <w:tblStylePr w:type="band1Horz">
      <w:tblPr/>
      <w:tcPr>
        <w:tcBorders>
          <w:top w:val="single" w:sz="8" w:space="0" w:color="8064A2" w:themeColor="accent4"/>
          <w:left w:val="single" w:sz="8" w:space="0" w:color="8064A2" w:themeColor="accent4"/>
          <w:bottom w:val="single" w:sz="8" w:space="0" w:color="8064A2" w:themeColor="accent4"/>
          <w:right w:val="single" w:sz="8" w:space="0" w:color="8064A2" w:themeColor="accent4"/>
          <w:insideV w:val="single" w:sz="8" w:space="0" w:color="8064A2" w:themeColor="accent4"/>
        </w:tcBorders>
        <w:shd w:val="clear" w:color="auto" w:fill="DFD8E8" w:themeFill="accent4" w:themeFillTint="3F"/>
      </w:tcPr>
    </w:tblStylePr>
    <w:tblStylePr w:type="band2Horz">
      <w:tblPr/>
      <w:tcPr>
        <w:tcBorders>
          <w:top w:val="single" w:sz="8" w:space="0" w:color="8064A2" w:themeColor="accent4"/>
          <w:left w:val="single" w:sz="8" w:space="0" w:color="8064A2" w:themeColor="accent4"/>
          <w:bottom w:val="single" w:sz="8" w:space="0" w:color="8064A2" w:themeColor="accent4"/>
          <w:right w:val="single" w:sz="8" w:space="0" w:color="8064A2" w:themeColor="accent4"/>
          <w:insideV w:val="single" w:sz="8" w:space="0" w:color="8064A2" w:themeColor="accent4"/>
        </w:tcBorders>
      </w:tcPr>
    </w:tblStylePr>
  </w:style>
  <w:style w:type="table" w:styleId="LightGrid-Accent5">
    <w:name w:val="Light Grid Accent 5"/>
    <w:basedOn w:val="TableNormal"/>
    <w:uiPriority w:val="62"/>
    <w:rsid w:val="00CB0664"/>
    <w:pPr>
      <w:spacing w:after="0" w:line="240" w:lineRule="auto"/>
    </w:pPr>
    <w:tblPr>
      <w:tblStyleRowBandSize w:val="1"/>
      <w:tblStyleColBandSize w:val="1"/>
      <w:tblInd w:w="0" w:type="dxa"/>
      <w:tblBorders>
        <w:top w:val="single" w:sz="8" w:space="0" w:color="4BACC6" w:themeColor="accent5"/>
        <w:left w:val="single" w:sz="8" w:space="0" w:color="4BACC6" w:themeColor="accent5"/>
        <w:bottom w:val="single" w:sz="8" w:space="0" w:color="4BACC6" w:themeColor="accent5"/>
        <w:right w:val="single" w:sz="8" w:space="0" w:color="4BACC6" w:themeColor="accent5"/>
        <w:insideH w:val="single" w:sz="8" w:space="0" w:color="4BACC6" w:themeColor="accent5"/>
        <w:insideV w:val="single" w:sz="8" w:space="0" w:color="4BACC6" w:themeColor="accent5"/>
      </w:tblBorders>
      <w:tblCellMar>
        <w:top w:w="0" w:type="dxa"/>
        <w:left w:w="108" w:type="dxa"/>
        <w:bottom w:w="0" w:type="dxa"/>
        <w:right w:w="108" w:type="dxa"/>
      </w:tblCellMar>
    </w:tblPr>
    <w:tblStylePr w:type="firstRow">
      <w:pPr>
        <w:spacing w:before="0" w:after="0" w:line="240" w:lineRule="auto"/>
      </w:pPr>
      <w:rPr>
        <w:rFonts w:asciiTheme="majorHAnsi" w:eastAsiaTheme="majorEastAsia" w:hAnsiTheme="majorHAnsi" w:cstheme="majorBidi"/>
        <w:b/>
        <w:bCs/>
      </w:rPr>
      <w:tblPr/>
      <w:tcPr>
        <w:tcBorders>
          <w:top w:val="single" w:sz="8" w:space="0" w:color="4BACC6" w:themeColor="accent5"/>
          <w:left w:val="single" w:sz="8" w:space="0" w:color="4BACC6" w:themeColor="accent5"/>
          <w:bottom w:val="single" w:sz="18" w:space="0" w:color="4BACC6" w:themeColor="accent5"/>
          <w:right w:val="single" w:sz="8" w:space="0" w:color="4BACC6" w:themeColor="accent5"/>
          <w:insideH w:val="nil"/>
          <w:insideV w:val="single" w:sz="8" w:space="0" w:color="4BACC6" w:themeColor="accent5"/>
        </w:tcBorders>
      </w:tcPr>
    </w:tblStylePr>
    <w:tblStylePr w:type="lastRow">
      <w:pPr>
        <w:spacing w:before="0" w:after="0" w:line="240" w:lineRule="auto"/>
      </w:pPr>
      <w:rPr>
        <w:rFonts w:asciiTheme="majorHAnsi" w:eastAsiaTheme="majorEastAsia" w:hAnsiTheme="majorHAnsi" w:cstheme="majorBidi"/>
        <w:b/>
        <w:bCs/>
      </w:rPr>
      <w:tblPr/>
      <w:tcPr>
        <w:tcBorders>
          <w:top w:val="double" w:sz="6" w:space="0" w:color="4BACC6" w:themeColor="accent5"/>
          <w:left w:val="single" w:sz="8" w:space="0" w:color="4BACC6" w:themeColor="accent5"/>
          <w:bottom w:val="single" w:sz="8" w:space="0" w:color="4BACC6" w:themeColor="accent5"/>
          <w:right w:val="single" w:sz="8" w:space="0" w:color="4BACC6" w:themeColor="accent5"/>
          <w:insideH w:val="nil"/>
          <w:insideV w:val="single" w:sz="8" w:space="0" w:color="4BACC6" w:themeColor="accent5"/>
        </w:tcBorders>
      </w:tcPr>
    </w:tblStylePr>
    <w:tblStylePr w:type="firstCol">
      <w:rPr>
        <w:rFonts w:asciiTheme="majorHAnsi" w:eastAsiaTheme="majorEastAsia" w:hAnsiTheme="majorHAnsi" w:cstheme="majorBidi"/>
        <w:b/>
        <w:bCs/>
      </w:rPr>
    </w:tblStylePr>
    <w:tblStylePr w:type="lastCol">
      <w:rPr>
        <w:rFonts w:asciiTheme="majorHAnsi" w:eastAsiaTheme="majorEastAsia" w:hAnsiTheme="majorHAnsi" w:cstheme="majorBidi"/>
        <w:b/>
        <w:bCs/>
      </w:rPr>
      <w:tblPr/>
      <w:tcPr>
        <w:tcBorders>
          <w:top w:val="single" w:sz="8" w:space="0" w:color="4BACC6" w:themeColor="accent5"/>
          <w:left w:val="single" w:sz="8" w:space="0" w:color="4BACC6" w:themeColor="accent5"/>
          <w:bottom w:val="single" w:sz="8" w:space="0" w:color="4BACC6" w:themeColor="accent5"/>
          <w:right w:val="single" w:sz="8" w:space="0" w:color="4BACC6" w:themeColor="accent5"/>
        </w:tcBorders>
      </w:tcPr>
    </w:tblStylePr>
    <w:tblStylePr w:type="band1Vert">
      <w:tblPr/>
      <w:tcPr>
        <w:tcBorders>
          <w:top w:val="single" w:sz="8" w:space="0" w:color="4BACC6" w:themeColor="accent5"/>
          <w:left w:val="single" w:sz="8" w:space="0" w:color="4BACC6" w:themeColor="accent5"/>
          <w:bottom w:val="single" w:sz="8" w:space="0" w:color="4BACC6" w:themeColor="accent5"/>
          <w:right w:val="single" w:sz="8" w:space="0" w:color="4BACC6" w:themeColor="accent5"/>
        </w:tcBorders>
        <w:shd w:val="clear" w:color="auto" w:fill="D2EAF1" w:themeFill="accent5" w:themeFillTint="3F"/>
      </w:tcPr>
    </w:tblStylePr>
    <w:tblStylePr w:type="band1Horz">
      <w:tblPr/>
      <w:tcPr>
        <w:tcBorders>
          <w:top w:val="single" w:sz="8" w:space="0" w:color="4BACC6" w:themeColor="accent5"/>
          <w:left w:val="single" w:sz="8" w:space="0" w:color="4BACC6" w:themeColor="accent5"/>
          <w:bottom w:val="single" w:sz="8" w:space="0" w:color="4BACC6" w:themeColor="accent5"/>
          <w:right w:val="single" w:sz="8" w:space="0" w:color="4BACC6" w:themeColor="accent5"/>
          <w:insideV w:val="single" w:sz="8" w:space="0" w:color="4BACC6" w:themeColor="accent5"/>
        </w:tcBorders>
        <w:shd w:val="clear" w:color="auto" w:fill="D2EAF1" w:themeFill="accent5" w:themeFillTint="3F"/>
      </w:tcPr>
    </w:tblStylePr>
    <w:tblStylePr w:type="band2Horz">
      <w:tblPr/>
      <w:tcPr>
        <w:tcBorders>
          <w:top w:val="single" w:sz="8" w:space="0" w:color="4BACC6" w:themeColor="accent5"/>
          <w:left w:val="single" w:sz="8" w:space="0" w:color="4BACC6" w:themeColor="accent5"/>
          <w:bottom w:val="single" w:sz="8" w:space="0" w:color="4BACC6" w:themeColor="accent5"/>
          <w:right w:val="single" w:sz="8" w:space="0" w:color="4BACC6" w:themeColor="accent5"/>
          <w:insideV w:val="single" w:sz="8" w:space="0" w:color="4BACC6" w:themeColor="accent5"/>
        </w:tcBorders>
      </w:tcPr>
    </w:tblStylePr>
  </w:style>
  <w:style w:type="table" w:styleId="LightGrid-Accent6">
    <w:name w:val="Light Grid Accent 6"/>
    <w:basedOn w:val="TableNormal"/>
    <w:uiPriority w:val="62"/>
    <w:rsid w:val="00CB0664"/>
    <w:pPr>
      <w:spacing w:after="0" w:line="240" w:lineRule="auto"/>
    </w:pPr>
    <w:tblPr>
      <w:tblStyleRowBandSize w:val="1"/>
      <w:tblStyleColBandSize w:val="1"/>
      <w:tblInd w:w="0" w:type="dxa"/>
      <w:tblBorders>
        <w:top w:val="single" w:sz="8" w:space="0" w:color="F79646" w:themeColor="accent6"/>
        <w:left w:val="single" w:sz="8" w:space="0" w:color="F79646" w:themeColor="accent6"/>
        <w:bottom w:val="single" w:sz="8" w:space="0" w:color="F79646" w:themeColor="accent6"/>
        <w:right w:val="single" w:sz="8" w:space="0" w:color="F79646" w:themeColor="accent6"/>
        <w:insideH w:val="single" w:sz="8" w:space="0" w:color="F79646" w:themeColor="accent6"/>
        <w:insideV w:val="single" w:sz="8" w:space="0" w:color="F79646" w:themeColor="accent6"/>
      </w:tblBorders>
      <w:tblCellMar>
        <w:top w:w="0" w:type="dxa"/>
        <w:left w:w="108" w:type="dxa"/>
        <w:bottom w:w="0" w:type="dxa"/>
        <w:right w:w="108" w:type="dxa"/>
      </w:tblCellMar>
    </w:tblPr>
    <w:tblStylePr w:type="firstRow">
      <w:pPr>
        <w:spacing w:before="0" w:after="0" w:line="240" w:lineRule="auto"/>
      </w:pPr>
      <w:rPr>
        <w:rFonts w:asciiTheme="majorHAnsi" w:eastAsiaTheme="majorEastAsia" w:hAnsiTheme="majorHAnsi" w:cstheme="majorBidi"/>
        <w:b/>
        <w:bCs/>
      </w:rPr>
      <w:tblPr/>
      <w:tcPr>
        <w:tcBorders>
          <w:top w:val="single" w:sz="8" w:space="0" w:color="F79646" w:themeColor="accent6"/>
          <w:left w:val="single" w:sz="8" w:space="0" w:color="F79646" w:themeColor="accent6"/>
          <w:bottom w:val="single" w:sz="18" w:space="0" w:color="F79646" w:themeColor="accent6"/>
          <w:right w:val="single" w:sz="8" w:space="0" w:color="F79646" w:themeColor="accent6"/>
          <w:insideH w:val="nil"/>
          <w:insideV w:val="single" w:sz="8" w:space="0" w:color="F79646" w:themeColor="accent6"/>
        </w:tcBorders>
      </w:tcPr>
    </w:tblStylePr>
    <w:tblStylePr w:type="lastRow">
      <w:pPr>
        <w:spacing w:before="0" w:after="0" w:line="240" w:lineRule="auto"/>
      </w:pPr>
      <w:rPr>
        <w:rFonts w:asciiTheme="majorHAnsi" w:eastAsiaTheme="majorEastAsia" w:hAnsiTheme="majorHAnsi" w:cstheme="majorBidi"/>
        <w:b/>
        <w:bCs/>
      </w:rPr>
      <w:tblPr/>
      <w:tcPr>
        <w:tcBorders>
          <w:top w:val="double" w:sz="6" w:space="0" w:color="F79646" w:themeColor="accent6"/>
          <w:left w:val="single" w:sz="8" w:space="0" w:color="F79646" w:themeColor="accent6"/>
          <w:bottom w:val="single" w:sz="8" w:space="0" w:color="F79646" w:themeColor="accent6"/>
          <w:right w:val="single" w:sz="8" w:space="0" w:color="F79646" w:themeColor="accent6"/>
          <w:insideH w:val="nil"/>
          <w:insideV w:val="single" w:sz="8" w:space="0" w:color="F79646" w:themeColor="accent6"/>
        </w:tcBorders>
      </w:tcPr>
    </w:tblStylePr>
    <w:tblStylePr w:type="firstCol">
      <w:rPr>
        <w:rFonts w:asciiTheme="majorHAnsi" w:eastAsiaTheme="majorEastAsia" w:hAnsiTheme="majorHAnsi" w:cstheme="majorBidi"/>
        <w:b/>
        <w:bCs/>
      </w:rPr>
    </w:tblStylePr>
    <w:tblStylePr w:type="lastCol">
      <w:rPr>
        <w:rFonts w:asciiTheme="majorHAnsi" w:eastAsiaTheme="majorEastAsia" w:hAnsiTheme="majorHAnsi" w:cstheme="majorBidi"/>
        <w:b/>
        <w:bCs/>
      </w:rPr>
      <w:tblPr/>
      <w:tcPr>
        <w:tcBorders>
          <w:top w:val="single" w:sz="8" w:space="0" w:color="F79646" w:themeColor="accent6"/>
          <w:left w:val="single" w:sz="8" w:space="0" w:color="F79646" w:themeColor="accent6"/>
          <w:bottom w:val="single" w:sz="8" w:space="0" w:color="F79646" w:themeColor="accent6"/>
          <w:right w:val="single" w:sz="8" w:space="0" w:color="F79646" w:themeColor="accent6"/>
        </w:tcBorders>
      </w:tcPr>
    </w:tblStylePr>
    <w:tblStylePr w:type="band1Vert">
      <w:tblPr/>
      <w:tcPr>
        <w:tcBorders>
          <w:top w:val="single" w:sz="8" w:space="0" w:color="F79646" w:themeColor="accent6"/>
          <w:left w:val="single" w:sz="8" w:space="0" w:color="F79646" w:themeColor="accent6"/>
          <w:bottom w:val="single" w:sz="8" w:space="0" w:color="F79646" w:themeColor="accent6"/>
          <w:right w:val="single" w:sz="8" w:space="0" w:color="F79646" w:themeColor="accent6"/>
        </w:tcBorders>
        <w:shd w:val="clear" w:color="auto" w:fill="FDE4D0" w:themeFill="accent6" w:themeFillTint="3F"/>
      </w:tcPr>
    </w:tblStylePr>
    <w:tblStylePr w:type="band1Horz">
      <w:tblPr/>
      <w:tcPr>
        <w:tcBorders>
          <w:top w:val="single" w:sz="8" w:space="0" w:color="F79646" w:themeColor="accent6"/>
          <w:left w:val="single" w:sz="8" w:space="0" w:color="F79646" w:themeColor="accent6"/>
          <w:bottom w:val="single" w:sz="8" w:space="0" w:color="F79646" w:themeColor="accent6"/>
          <w:right w:val="single" w:sz="8" w:space="0" w:color="F79646" w:themeColor="accent6"/>
          <w:insideV w:val="single" w:sz="8" w:space="0" w:color="F79646" w:themeColor="accent6"/>
        </w:tcBorders>
        <w:shd w:val="clear" w:color="auto" w:fill="FDE4D0" w:themeFill="accent6" w:themeFillTint="3F"/>
      </w:tcPr>
    </w:tblStylePr>
    <w:tblStylePr w:type="band2Horz">
      <w:tblPr/>
      <w:tcPr>
        <w:tcBorders>
          <w:top w:val="single" w:sz="8" w:space="0" w:color="F79646" w:themeColor="accent6"/>
          <w:left w:val="single" w:sz="8" w:space="0" w:color="F79646" w:themeColor="accent6"/>
          <w:bottom w:val="single" w:sz="8" w:space="0" w:color="F79646" w:themeColor="accent6"/>
          <w:right w:val="single" w:sz="8" w:space="0" w:color="F79646" w:themeColor="accent6"/>
          <w:insideV w:val="single" w:sz="8" w:space="0" w:color="F79646" w:themeColor="accent6"/>
        </w:tcBorders>
      </w:tcPr>
    </w:tblStylePr>
  </w:style>
  <w:style w:type="table" w:styleId="MediumShading1">
    <w:name w:val="Medium Shading 1"/>
    <w:basedOn w:val="TableNormal"/>
    <w:uiPriority w:val="63"/>
    <w:rsid w:val="00CB0664"/>
    <w:pPr>
      <w:spacing w:after="0" w:line="240" w:lineRule="auto"/>
    </w:pPr>
    <w:tblPr>
      <w:tblStyleRowBandSize w:val="1"/>
      <w:tblStyleColBandSize w:val="1"/>
      <w:tblInd w:w="0" w:type="dxa"/>
      <w:tblBorders>
        <w:top w:val="single" w:sz="8" w:space="0" w:color="404040" w:themeColor="text1" w:themeTint="BF"/>
        <w:left w:val="single" w:sz="8" w:space="0" w:color="404040" w:themeColor="text1" w:themeTint="BF"/>
        <w:bottom w:val="single" w:sz="8" w:space="0" w:color="404040" w:themeColor="text1" w:themeTint="BF"/>
        <w:right w:val="single" w:sz="8" w:space="0" w:color="404040" w:themeColor="text1" w:themeTint="BF"/>
        <w:insideH w:val="single" w:sz="8" w:space="0" w:color="404040" w:themeColor="text1" w:themeTint="BF"/>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tcBorders>
          <w:top w:val="single" w:sz="8" w:space="0" w:color="404040" w:themeColor="text1" w:themeTint="BF"/>
          <w:left w:val="single" w:sz="8" w:space="0" w:color="404040" w:themeColor="text1" w:themeTint="BF"/>
          <w:bottom w:val="single" w:sz="8" w:space="0" w:color="404040" w:themeColor="text1" w:themeTint="BF"/>
          <w:right w:val="single" w:sz="8" w:space="0" w:color="404040" w:themeColor="text1" w:themeTint="BF"/>
          <w:insideH w:val="nil"/>
          <w:insideV w:val="nil"/>
        </w:tcBorders>
        <w:shd w:val="clear" w:color="auto" w:fill="000000" w:themeFill="text1"/>
      </w:tcPr>
    </w:tblStylePr>
    <w:tblStylePr w:type="lastRow">
      <w:pPr>
        <w:spacing w:before="0" w:after="0" w:line="240" w:lineRule="auto"/>
      </w:pPr>
      <w:rPr>
        <w:b/>
        <w:bCs/>
      </w:rPr>
      <w:tblPr/>
      <w:tcPr>
        <w:tcBorders>
          <w:top w:val="double" w:sz="6" w:space="0" w:color="404040" w:themeColor="text1" w:themeTint="BF"/>
          <w:left w:val="single" w:sz="8" w:space="0" w:color="404040" w:themeColor="text1" w:themeTint="BF"/>
          <w:bottom w:val="single" w:sz="8" w:space="0" w:color="404040" w:themeColor="text1" w:themeTint="BF"/>
          <w:right w:val="single" w:sz="8" w:space="0" w:color="404040" w:themeColor="text1" w:themeTint="BF"/>
          <w:insideH w:val="nil"/>
          <w:insideV w:val="nil"/>
        </w:tcBorders>
      </w:tcPr>
    </w:tblStylePr>
    <w:tblStylePr w:type="firstCol">
      <w:rPr>
        <w:b/>
        <w:bCs/>
      </w:rPr>
    </w:tblStylePr>
    <w:tblStylePr w:type="lastCol">
      <w:rPr>
        <w:b/>
        <w:bCs/>
      </w:rPr>
    </w:tblStylePr>
    <w:tblStylePr w:type="band1Vert">
      <w:tblPr/>
      <w:tcPr>
        <w:shd w:val="clear" w:color="auto" w:fill="C0C0C0" w:themeFill="text1" w:themeFillTint="3F"/>
      </w:tcPr>
    </w:tblStylePr>
    <w:tblStylePr w:type="band1Horz">
      <w:tblPr/>
      <w:tcPr>
        <w:tcBorders>
          <w:insideH w:val="nil"/>
          <w:insideV w:val="nil"/>
        </w:tcBorders>
        <w:shd w:val="clear" w:color="auto" w:fill="C0C0C0" w:themeFill="text1" w:themeFillTint="3F"/>
      </w:tcPr>
    </w:tblStylePr>
    <w:tblStylePr w:type="band2Horz">
      <w:tblPr/>
      <w:tcPr>
        <w:tcBorders>
          <w:insideH w:val="nil"/>
          <w:insideV w:val="nil"/>
        </w:tcBorders>
      </w:tcPr>
    </w:tblStylePr>
  </w:style>
  <w:style w:type="table" w:styleId="MediumShading1-Accent1">
    <w:name w:val="Medium Shading 1 Accent 1"/>
    <w:basedOn w:val="TableNormal"/>
    <w:uiPriority w:val="63"/>
    <w:rsid w:val="00CB0664"/>
    <w:pPr>
      <w:spacing w:after="0" w:line="240" w:lineRule="auto"/>
    </w:pPr>
    <w:tblPr>
      <w:tblStyleRowBandSize w:val="1"/>
      <w:tblStyleColBandSize w:val="1"/>
      <w:tblInd w:w="0" w:type="dxa"/>
      <w:tblBorders>
        <w:top w:val="single" w:sz="8" w:space="0" w:color="7BA0CD" w:themeColor="accent1" w:themeTint="BF"/>
        <w:left w:val="single" w:sz="8" w:space="0" w:color="7BA0CD" w:themeColor="accent1" w:themeTint="BF"/>
        <w:bottom w:val="single" w:sz="8" w:space="0" w:color="7BA0CD" w:themeColor="accent1" w:themeTint="BF"/>
        <w:right w:val="single" w:sz="8" w:space="0" w:color="7BA0CD" w:themeColor="accent1" w:themeTint="BF"/>
        <w:insideH w:val="single" w:sz="8" w:space="0" w:color="7BA0CD" w:themeColor="accent1" w:themeTint="BF"/>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tcBorders>
          <w:top w:val="single" w:sz="8" w:space="0" w:color="7BA0CD" w:themeColor="accent1" w:themeTint="BF"/>
          <w:left w:val="single" w:sz="8" w:space="0" w:color="7BA0CD" w:themeColor="accent1" w:themeTint="BF"/>
          <w:bottom w:val="single" w:sz="8" w:space="0" w:color="7BA0CD" w:themeColor="accent1" w:themeTint="BF"/>
          <w:right w:val="single" w:sz="8" w:space="0" w:color="7BA0CD" w:themeColor="accent1" w:themeTint="BF"/>
          <w:insideH w:val="nil"/>
          <w:insideV w:val="nil"/>
        </w:tcBorders>
        <w:shd w:val="clear" w:color="auto" w:fill="4F81BD" w:themeFill="accent1"/>
      </w:tcPr>
    </w:tblStylePr>
    <w:tblStylePr w:type="lastRow">
      <w:pPr>
        <w:spacing w:before="0" w:after="0" w:line="240" w:lineRule="auto"/>
      </w:pPr>
      <w:rPr>
        <w:b/>
        <w:bCs/>
      </w:rPr>
      <w:tblPr/>
      <w:tcPr>
        <w:tcBorders>
          <w:top w:val="double" w:sz="6" w:space="0" w:color="7BA0CD" w:themeColor="accent1" w:themeTint="BF"/>
          <w:left w:val="single" w:sz="8" w:space="0" w:color="7BA0CD" w:themeColor="accent1" w:themeTint="BF"/>
          <w:bottom w:val="single" w:sz="8" w:space="0" w:color="7BA0CD" w:themeColor="accent1" w:themeTint="BF"/>
          <w:right w:val="single" w:sz="8" w:space="0" w:color="7BA0CD" w:themeColor="accent1" w:themeTint="BF"/>
          <w:insideH w:val="nil"/>
          <w:insideV w:val="nil"/>
        </w:tcBorders>
      </w:tcPr>
    </w:tblStylePr>
    <w:tblStylePr w:type="firstCol">
      <w:rPr>
        <w:b/>
        <w:bCs/>
      </w:rPr>
    </w:tblStylePr>
    <w:tblStylePr w:type="lastCol">
      <w:rPr>
        <w:b/>
        <w:bCs/>
      </w:rPr>
    </w:tblStylePr>
    <w:tblStylePr w:type="band1Vert">
      <w:tblPr/>
      <w:tcPr>
        <w:shd w:val="clear" w:color="auto" w:fill="D3DFEE" w:themeFill="accent1" w:themeFillTint="3F"/>
      </w:tcPr>
    </w:tblStylePr>
    <w:tblStylePr w:type="band1Horz">
      <w:tblPr/>
      <w:tcPr>
        <w:tcBorders>
          <w:insideH w:val="nil"/>
          <w:insideV w:val="nil"/>
        </w:tcBorders>
        <w:shd w:val="clear" w:color="auto" w:fill="D3DFEE" w:themeFill="accent1" w:themeFillTint="3F"/>
      </w:tcPr>
    </w:tblStylePr>
    <w:tblStylePr w:type="band2Horz">
      <w:tblPr/>
      <w:tcPr>
        <w:tcBorders>
          <w:insideH w:val="nil"/>
          <w:insideV w:val="nil"/>
        </w:tcBorders>
      </w:tcPr>
    </w:tblStylePr>
  </w:style>
  <w:style w:type="table" w:styleId="MediumShading1-Accent2">
    <w:name w:val="Medium Shading 1 Accent 2"/>
    <w:basedOn w:val="TableNormal"/>
    <w:uiPriority w:val="63"/>
    <w:rsid w:val="00CB0664"/>
    <w:pPr>
      <w:spacing w:after="0" w:line="240" w:lineRule="auto"/>
    </w:pPr>
    <w:tblPr>
      <w:tblStyleRowBandSize w:val="1"/>
      <w:tblStyleColBandSize w:val="1"/>
      <w:tblInd w:w="0" w:type="dxa"/>
      <w:tblBorders>
        <w:top w:val="single" w:sz="8" w:space="0" w:color="CF7B79" w:themeColor="accent2" w:themeTint="BF"/>
        <w:left w:val="single" w:sz="8" w:space="0" w:color="CF7B79" w:themeColor="accent2" w:themeTint="BF"/>
        <w:bottom w:val="single" w:sz="8" w:space="0" w:color="CF7B79" w:themeColor="accent2" w:themeTint="BF"/>
        <w:right w:val="single" w:sz="8" w:space="0" w:color="CF7B79" w:themeColor="accent2" w:themeTint="BF"/>
        <w:insideH w:val="single" w:sz="8" w:space="0" w:color="CF7B79" w:themeColor="accent2" w:themeTint="BF"/>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tcBorders>
          <w:top w:val="single" w:sz="8" w:space="0" w:color="CF7B79" w:themeColor="accent2" w:themeTint="BF"/>
          <w:left w:val="single" w:sz="8" w:space="0" w:color="CF7B79" w:themeColor="accent2" w:themeTint="BF"/>
          <w:bottom w:val="single" w:sz="8" w:space="0" w:color="CF7B79" w:themeColor="accent2" w:themeTint="BF"/>
          <w:right w:val="single" w:sz="8" w:space="0" w:color="CF7B79" w:themeColor="accent2" w:themeTint="BF"/>
          <w:insideH w:val="nil"/>
          <w:insideV w:val="nil"/>
        </w:tcBorders>
        <w:shd w:val="clear" w:color="auto" w:fill="C0504D" w:themeFill="accent2"/>
      </w:tcPr>
    </w:tblStylePr>
    <w:tblStylePr w:type="lastRow">
      <w:pPr>
        <w:spacing w:before="0" w:after="0" w:line="240" w:lineRule="auto"/>
      </w:pPr>
      <w:rPr>
        <w:b/>
        <w:bCs/>
      </w:rPr>
      <w:tblPr/>
      <w:tcPr>
        <w:tcBorders>
          <w:top w:val="double" w:sz="6" w:space="0" w:color="CF7B79" w:themeColor="accent2" w:themeTint="BF"/>
          <w:left w:val="single" w:sz="8" w:space="0" w:color="CF7B79" w:themeColor="accent2" w:themeTint="BF"/>
          <w:bottom w:val="single" w:sz="8" w:space="0" w:color="CF7B79" w:themeColor="accent2" w:themeTint="BF"/>
          <w:right w:val="single" w:sz="8" w:space="0" w:color="CF7B79" w:themeColor="accent2" w:themeTint="BF"/>
          <w:insideH w:val="nil"/>
          <w:insideV w:val="nil"/>
        </w:tcBorders>
      </w:tcPr>
    </w:tblStylePr>
    <w:tblStylePr w:type="firstCol">
      <w:rPr>
        <w:b/>
        <w:bCs/>
      </w:rPr>
    </w:tblStylePr>
    <w:tblStylePr w:type="lastCol">
      <w:rPr>
        <w:b/>
        <w:bCs/>
      </w:rPr>
    </w:tblStylePr>
    <w:tblStylePr w:type="band1Vert">
      <w:tblPr/>
      <w:tcPr>
        <w:shd w:val="clear" w:color="auto" w:fill="EFD3D2" w:themeFill="accent2" w:themeFillTint="3F"/>
      </w:tcPr>
    </w:tblStylePr>
    <w:tblStylePr w:type="band1Horz">
      <w:tblPr/>
      <w:tcPr>
        <w:tcBorders>
          <w:insideH w:val="nil"/>
          <w:insideV w:val="nil"/>
        </w:tcBorders>
        <w:shd w:val="clear" w:color="auto" w:fill="EFD3D2" w:themeFill="accent2" w:themeFillTint="3F"/>
      </w:tcPr>
    </w:tblStylePr>
    <w:tblStylePr w:type="band2Horz">
      <w:tblPr/>
      <w:tcPr>
        <w:tcBorders>
          <w:insideH w:val="nil"/>
          <w:insideV w:val="nil"/>
        </w:tcBorders>
      </w:tcPr>
    </w:tblStylePr>
  </w:style>
  <w:style w:type="table" w:styleId="MediumShading1-Accent3">
    <w:name w:val="Medium Shading 1 Accent 3"/>
    <w:basedOn w:val="TableNormal"/>
    <w:uiPriority w:val="63"/>
    <w:rsid w:val="00CB0664"/>
    <w:pPr>
      <w:spacing w:after="0" w:line="240" w:lineRule="auto"/>
    </w:pPr>
    <w:tblPr>
      <w:tblStyleRowBandSize w:val="1"/>
      <w:tblStyleColBandSize w:val="1"/>
      <w:tblInd w:w="0" w:type="dxa"/>
      <w:tblBorders>
        <w:top w:val="single" w:sz="8" w:space="0" w:color="B3CC82" w:themeColor="accent3" w:themeTint="BF"/>
        <w:left w:val="single" w:sz="8" w:space="0" w:color="B3CC82" w:themeColor="accent3" w:themeTint="BF"/>
        <w:bottom w:val="single" w:sz="8" w:space="0" w:color="B3CC82" w:themeColor="accent3" w:themeTint="BF"/>
        <w:right w:val="single" w:sz="8" w:space="0" w:color="B3CC82" w:themeColor="accent3" w:themeTint="BF"/>
        <w:insideH w:val="single" w:sz="8" w:space="0" w:color="B3CC82" w:themeColor="accent3" w:themeTint="BF"/>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tcBorders>
          <w:top w:val="single" w:sz="8" w:space="0" w:color="B3CC82" w:themeColor="accent3" w:themeTint="BF"/>
          <w:left w:val="single" w:sz="8" w:space="0" w:color="B3CC82" w:themeColor="accent3" w:themeTint="BF"/>
          <w:bottom w:val="single" w:sz="8" w:space="0" w:color="B3CC82" w:themeColor="accent3" w:themeTint="BF"/>
          <w:right w:val="single" w:sz="8" w:space="0" w:color="B3CC82" w:themeColor="accent3" w:themeTint="BF"/>
          <w:insideH w:val="nil"/>
          <w:insideV w:val="nil"/>
        </w:tcBorders>
        <w:shd w:val="clear" w:color="auto" w:fill="9BBB59" w:themeFill="accent3"/>
      </w:tcPr>
    </w:tblStylePr>
    <w:tblStylePr w:type="lastRow">
      <w:pPr>
        <w:spacing w:before="0" w:after="0" w:line="240" w:lineRule="auto"/>
      </w:pPr>
      <w:rPr>
        <w:b/>
        <w:bCs/>
      </w:rPr>
      <w:tblPr/>
      <w:tcPr>
        <w:tcBorders>
          <w:top w:val="double" w:sz="6" w:space="0" w:color="B3CC82" w:themeColor="accent3" w:themeTint="BF"/>
          <w:left w:val="single" w:sz="8" w:space="0" w:color="B3CC82" w:themeColor="accent3" w:themeTint="BF"/>
          <w:bottom w:val="single" w:sz="8" w:space="0" w:color="B3CC82" w:themeColor="accent3" w:themeTint="BF"/>
          <w:right w:val="single" w:sz="8" w:space="0" w:color="B3CC82" w:themeColor="accent3" w:themeTint="BF"/>
          <w:insideH w:val="nil"/>
          <w:insideV w:val="nil"/>
        </w:tcBorders>
      </w:tcPr>
    </w:tblStylePr>
    <w:tblStylePr w:type="firstCol">
      <w:rPr>
        <w:b/>
        <w:bCs/>
      </w:rPr>
    </w:tblStylePr>
    <w:tblStylePr w:type="lastCol">
      <w:rPr>
        <w:b/>
        <w:bCs/>
      </w:rPr>
    </w:tblStylePr>
    <w:tblStylePr w:type="band1Vert">
      <w:tblPr/>
      <w:tcPr>
        <w:shd w:val="clear" w:color="auto" w:fill="E6EED5" w:themeFill="accent3" w:themeFillTint="3F"/>
      </w:tcPr>
    </w:tblStylePr>
    <w:tblStylePr w:type="band1Horz">
      <w:tblPr/>
      <w:tcPr>
        <w:tcBorders>
          <w:insideH w:val="nil"/>
          <w:insideV w:val="nil"/>
        </w:tcBorders>
        <w:shd w:val="clear" w:color="auto" w:fill="E6EED5" w:themeFill="accent3" w:themeFillTint="3F"/>
      </w:tcPr>
    </w:tblStylePr>
    <w:tblStylePr w:type="band2Horz">
      <w:tblPr/>
      <w:tcPr>
        <w:tcBorders>
          <w:insideH w:val="nil"/>
          <w:insideV w:val="nil"/>
        </w:tcBorders>
      </w:tcPr>
    </w:tblStylePr>
  </w:style>
  <w:style w:type="table" w:styleId="MediumShading1-Accent4">
    <w:name w:val="Medium Shading 1 Accent 4"/>
    <w:basedOn w:val="TableNormal"/>
    <w:uiPriority w:val="63"/>
    <w:rsid w:val="00CB0664"/>
    <w:pPr>
      <w:spacing w:after="0" w:line="240" w:lineRule="auto"/>
    </w:pPr>
    <w:tblPr>
      <w:tblStyleRowBandSize w:val="1"/>
      <w:tblStyleColBandSize w:val="1"/>
      <w:tblInd w:w="0" w:type="dxa"/>
      <w:tblBorders>
        <w:top w:val="single" w:sz="8" w:space="0" w:color="9F8AB9" w:themeColor="accent4" w:themeTint="BF"/>
        <w:left w:val="single" w:sz="8" w:space="0" w:color="9F8AB9" w:themeColor="accent4" w:themeTint="BF"/>
        <w:bottom w:val="single" w:sz="8" w:space="0" w:color="9F8AB9" w:themeColor="accent4" w:themeTint="BF"/>
        <w:right w:val="single" w:sz="8" w:space="0" w:color="9F8AB9" w:themeColor="accent4" w:themeTint="BF"/>
        <w:insideH w:val="single" w:sz="8" w:space="0" w:color="9F8AB9" w:themeColor="accent4" w:themeTint="BF"/>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tcBorders>
          <w:top w:val="single" w:sz="8" w:space="0" w:color="9F8AB9" w:themeColor="accent4" w:themeTint="BF"/>
          <w:left w:val="single" w:sz="8" w:space="0" w:color="9F8AB9" w:themeColor="accent4" w:themeTint="BF"/>
          <w:bottom w:val="single" w:sz="8" w:space="0" w:color="9F8AB9" w:themeColor="accent4" w:themeTint="BF"/>
          <w:right w:val="single" w:sz="8" w:space="0" w:color="9F8AB9" w:themeColor="accent4" w:themeTint="BF"/>
          <w:insideH w:val="nil"/>
          <w:insideV w:val="nil"/>
        </w:tcBorders>
        <w:shd w:val="clear" w:color="auto" w:fill="8064A2" w:themeFill="accent4"/>
      </w:tcPr>
    </w:tblStylePr>
    <w:tblStylePr w:type="lastRow">
      <w:pPr>
        <w:spacing w:before="0" w:after="0" w:line="240" w:lineRule="auto"/>
      </w:pPr>
      <w:rPr>
        <w:b/>
        <w:bCs/>
      </w:rPr>
      <w:tblPr/>
      <w:tcPr>
        <w:tcBorders>
          <w:top w:val="double" w:sz="6" w:space="0" w:color="9F8AB9" w:themeColor="accent4" w:themeTint="BF"/>
          <w:left w:val="single" w:sz="8" w:space="0" w:color="9F8AB9" w:themeColor="accent4" w:themeTint="BF"/>
          <w:bottom w:val="single" w:sz="8" w:space="0" w:color="9F8AB9" w:themeColor="accent4" w:themeTint="BF"/>
          <w:right w:val="single" w:sz="8" w:space="0" w:color="9F8AB9" w:themeColor="accent4" w:themeTint="BF"/>
          <w:insideH w:val="nil"/>
          <w:insideV w:val="nil"/>
        </w:tcBorders>
      </w:tcPr>
    </w:tblStylePr>
    <w:tblStylePr w:type="firstCol">
      <w:rPr>
        <w:b/>
        <w:bCs/>
      </w:rPr>
    </w:tblStylePr>
    <w:tblStylePr w:type="lastCol">
      <w:rPr>
        <w:b/>
        <w:bCs/>
      </w:rPr>
    </w:tblStylePr>
    <w:tblStylePr w:type="band1Vert">
      <w:tblPr/>
      <w:tcPr>
        <w:shd w:val="clear" w:color="auto" w:fill="DFD8E8" w:themeFill="accent4" w:themeFillTint="3F"/>
      </w:tcPr>
    </w:tblStylePr>
    <w:tblStylePr w:type="band1Horz">
      <w:tblPr/>
      <w:tcPr>
        <w:tcBorders>
          <w:insideH w:val="nil"/>
          <w:insideV w:val="nil"/>
        </w:tcBorders>
        <w:shd w:val="clear" w:color="auto" w:fill="DFD8E8" w:themeFill="accent4" w:themeFillTint="3F"/>
      </w:tcPr>
    </w:tblStylePr>
    <w:tblStylePr w:type="band2Horz">
      <w:tblPr/>
      <w:tcPr>
        <w:tcBorders>
          <w:insideH w:val="nil"/>
          <w:insideV w:val="nil"/>
        </w:tcBorders>
      </w:tcPr>
    </w:tblStylePr>
  </w:style>
  <w:style w:type="table" w:styleId="MediumShading1-Accent5">
    <w:name w:val="Medium Shading 1 Accent 5"/>
    <w:basedOn w:val="TableNormal"/>
    <w:uiPriority w:val="63"/>
    <w:rsid w:val="00CB0664"/>
    <w:pPr>
      <w:spacing w:after="0" w:line="240" w:lineRule="auto"/>
    </w:pPr>
    <w:tblPr>
      <w:tblStyleRowBandSize w:val="1"/>
      <w:tblStyleColBandSize w:val="1"/>
      <w:tblInd w:w="0" w:type="dxa"/>
      <w:tblBorders>
        <w:top w:val="single" w:sz="8" w:space="0" w:color="78C0D4" w:themeColor="accent5" w:themeTint="BF"/>
        <w:left w:val="single" w:sz="8" w:space="0" w:color="78C0D4" w:themeColor="accent5" w:themeTint="BF"/>
        <w:bottom w:val="single" w:sz="8" w:space="0" w:color="78C0D4" w:themeColor="accent5" w:themeTint="BF"/>
        <w:right w:val="single" w:sz="8" w:space="0" w:color="78C0D4" w:themeColor="accent5" w:themeTint="BF"/>
        <w:insideH w:val="single" w:sz="8" w:space="0" w:color="78C0D4" w:themeColor="accent5" w:themeTint="BF"/>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tcBorders>
          <w:top w:val="single" w:sz="8" w:space="0" w:color="78C0D4" w:themeColor="accent5" w:themeTint="BF"/>
          <w:left w:val="single" w:sz="8" w:space="0" w:color="78C0D4" w:themeColor="accent5" w:themeTint="BF"/>
          <w:bottom w:val="single" w:sz="8" w:space="0" w:color="78C0D4" w:themeColor="accent5" w:themeTint="BF"/>
          <w:right w:val="single" w:sz="8" w:space="0" w:color="78C0D4" w:themeColor="accent5" w:themeTint="BF"/>
          <w:insideH w:val="nil"/>
          <w:insideV w:val="nil"/>
        </w:tcBorders>
        <w:shd w:val="clear" w:color="auto" w:fill="4BACC6" w:themeFill="accent5"/>
      </w:tcPr>
    </w:tblStylePr>
    <w:tblStylePr w:type="lastRow">
      <w:pPr>
        <w:spacing w:before="0" w:after="0" w:line="240" w:lineRule="auto"/>
      </w:pPr>
      <w:rPr>
        <w:b/>
        <w:bCs/>
      </w:rPr>
      <w:tblPr/>
      <w:tcPr>
        <w:tcBorders>
          <w:top w:val="double" w:sz="6" w:space="0" w:color="78C0D4" w:themeColor="accent5" w:themeTint="BF"/>
          <w:left w:val="single" w:sz="8" w:space="0" w:color="78C0D4" w:themeColor="accent5" w:themeTint="BF"/>
          <w:bottom w:val="single" w:sz="8" w:space="0" w:color="78C0D4" w:themeColor="accent5" w:themeTint="BF"/>
          <w:right w:val="single" w:sz="8" w:space="0" w:color="78C0D4" w:themeColor="accent5" w:themeTint="BF"/>
          <w:insideH w:val="nil"/>
          <w:insideV w:val="nil"/>
        </w:tcBorders>
      </w:tcPr>
    </w:tblStylePr>
    <w:tblStylePr w:type="firstCol">
      <w:rPr>
        <w:b/>
        <w:bCs/>
      </w:rPr>
    </w:tblStylePr>
    <w:tblStylePr w:type="lastCol">
      <w:rPr>
        <w:b/>
        <w:bCs/>
      </w:rPr>
    </w:tblStylePr>
    <w:tblStylePr w:type="band1Vert">
      <w:tblPr/>
      <w:tcPr>
        <w:shd w:val="clear" w:color="auto" w:fill="D2EAF1" w:themeFill="accent5" w:themeFillTint="3F"/>
      </w:tcPr>
    </w:tblStylePr>
    <w:tblStylePr w:type="band1Horz">
      <w:tblPr/>
      <w:tcPr>
        <w:tcBorders>
          <w:insideH w:val="nil"/>
          <w:insideV w:val="nil"/>
        </w:tcBorders>
        <w:shd w:val="clear" w:color="auto" w:fill="D2EAF1" w:themeFill="accent5" w:themeFillTint="3F"/>
      </w:tcPr>
    </w:tblStylePr>
    <w:tblStylePr w:type="band2Horz">
      <w:tblPr/>
      <w:tcPr>
        <w:tcBorders>
          <w:insideH w:val="nil"/>
          <w:insideV w:val="nil"/>
        </w:tcBorders>
      </w:tcPr>
    </w:tblStylePr>
  </w:style>
  <w:style w:type="table" w:styleId="MediumShading1-Accent6">
    <w:name w:val="Medium Shading 1 Accent 6"/>
    <w:basedOn w:val="TableNormal"/>
    <w:uiPriority w:val="63"/>
    <w:rsid w:val="00CB0664"/>
    <w:pPr>
      <w:spacing w:after="0" w:line="240" w:lineRule="auto"/>
    </w:pPr>
    <w:tblPr>
      <w:tblStyleRowBandSize w:val="1"/>
      <w:tblStyleColBandSize w:val="1"/>
      <w:tblInd w:w="0" w:type="dxa"/>
      <w:tblBorders>
        <w:top w:val="single" w:sz="8" w:space="0" w:color="F9B074" w:themeColor="accent6" w:themeTint="BF"/>
        <w:left w:val="single" w:sz="8" w:space="0" w:color="F9B074" w:themeColor="accent6" w:themeTint="BF"/>
        <w:bottom w:val="single" w:sz="8" w:space="0" w:color="F9B074" w:themeColor="accent6" w:themeTint="BF"/>
        <w:right w:val="single" w:sz="8" w:space="0" w:color="F9B074" w:themeColor="accent6" w:themeTint="BF"/>
        <w:insideH w:val="single" w:sz="8" w:space="0" w:color="F9B074" w:themeColor="accent6" w:themeTint="BF"/>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tcBorders>
          <w:top w:val="single" w:sz="8" w:space="0" w:color="F9B074" w:themeColor="accent6" w:themeTint="BF"/>
          <w:left w:val="single" w:sz="8" w:space="0" w:color="F9B074" w:themeColor="accent6" w:themeTint="BF"/>
          <w:bottom w:val="single" w:sz="8" w:space="0" w:color="F9B074" w:themeColor="accent6" w:themeTint="BF"/>
          <w:right w:val="single" w:sz="8" w:space="0" w:color="F9B074" w:themeColor="accent6" w:themeTint="BF"/>
          <w:insideH w:val="nil"/>
          <w:insideV w:val="nil"/>
        </w:tcBorders>
        <w:shd w:val="clear" w:color="auto" w:fill="F79646" w:themeFill="accent6"/>
      </w:tcPr>
    </w:tblStylePr>
    <w:tblStylePr w:type="lastRow">
      <w:pPr>
        <w:spacing w:before="0" w:after="0" w:line="240" w:lineRule="auto"/>
      </w:pPr>
      <w:rPr>
        <w:b/>
        <w:bCs/>
      </w:rPr>
      <w:tblPr/>
      <w:tcPr>
        <w:tcBorders>
          <w:top w:val="double" w:sz="6" w:space="0" w:color="F9B074" w:themeColor="accent6" w:themeTint="BF"/>
          <w:left w:val="single" w:sz="8" w:space="0" w:color="F9B074" w:themeColor="accent6" w:themeTint="BF"/>
          <w:bottom w:val="single" w:sz="8" w:space="0" w:color="F9B074" w:themeColor="accent6" w:themeTint="BF"/>
          <w:right w:val="single" w:sz="8" w:space="0" w:color="F9B074" w:themeColor="accent6" w:themeTint="BF"/>
          <w:insideH w:val="nil"/>
          <w:insideV w:val="nil"/>
        </w:tcBorders>
      </w:tcPr>
    </w:tblStylePr>
    <w:tblStylePr w:type="firstCol">
      <w:rPr>
        <w:b/>
        <w:bCs/>
      </w:rPr>
    </w:tblStylePr>
    <w:tblStylePr w:type="lastCol">
      <w:rPr>
        <w:b/>
        <w:bCs/>
      </w:rPr>
    </w:tblStylePr>
    <w:tblStylePr w:type="band1Vert">
      <w:tblPr/>
      <w:tcPr>
        <w:shd w:val="clear" w:color="auto" w:fill="FDE4D0" w:themeFill="accent6" w:themeFillTint="3F"/>
      </w:tcPr>
    </w:tblStylePr>
    <w:tblStylePr w:type="band1Horz">
      <w:tblPr/>
      <w:tcPr>
        <w:tcBorders>
          <w:insideH w:val="nil"/>
          <w:insideV w:val="nil"/>
        </w:tcBorders>
        <w:shd w:val="clear" w:color="auto" w:fill="FDE4D0" w:themeFill="accent6" w:themeFillTint="3F"/>
      </w:tcPr>
    </w:tblStylePr>
    <w:tblStylePr w:type="band2Horz">
      <w:tblPr/>
      <w:tcPr>
        <w:tcBorders>
          <w:insideH w:val="nil"/>
          <w:insideV w:val="nil"/>
        </w:tcBorders>
      </w:tcPr>
    </w:tblStylePr>
  </w:style>
  <w:style w:type="table" w:styleId="MediumShading2">
    <w:name w:val="Medium Shading 2"/>
    <w:basedOn w:val="TableNormal"/>
    <w:uiPriority w:val="64"/>
    <w:rsid w:val="00CB0664"/>
    <w:pPr>
      <w:spacing w:after="0" w:line="240" w:lineRule="auto"/>
    </w:pPr>
    <w:tblPr>
      <w:tblStyleRowBandSize w:val="1"/>
      <w:tblStyleColBandSize w:val="1"/>
      <w:tblInd w:w="0" w:type="dxa"/>
      <w:tblBorders>
        <w:top w:val="single" w:sz="18" w:space="0" w:color="auto"/>
        <w:bottom w:val="single" w:sz="18" w:space="0" w:color="auto"/>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tcBorders>
          <w:top w:val="single" w:sz="18" w:space="0" w:color="auto"/>
          <w:left w:val="nil"/>
          <w:bottom w:val="single" w:sz="18" w:space="0" w:color="auto"/>
          <w:right w:val="nil"/>
          <w:insideH w:val="nil"/>
          <w:insideV w:val="nil"/>
        </w:tcBorders>
        <w:shd w:val="clear" w:color="auto" w:fill="000000" w:themeFill="text1"/>
      </w:tcPr>
    </w:tblStylePr>
    <w:tblStylePr w:type="lastRow">
      <w:pPr>
        <w:spacing w:before="0" w:after="0" w:line="240" w:lineRule="auto"/>
      </w:pPr>
      <w:rPr>
        <w:color w:val="auto"/>
      </w:rPr>
      <w:tblPr/>
      <w:tcPr>
        <w:tcBorders>
          <w:top w:val="double" w:sz="6" w:space="0" w:color="auto"/>
          <w:left w:val="nil"/>
          <w:bottom w:val="single" w:sz="18" w:space="0" w:color="auto"/>
          <w:right w:val="nil"/>
          <w:insideH w:val="nil"/>
          <w:insideV w:val="nil"/>
        </w:tcBorders>
        <w:shd w:val="clear" w:color="auto" w:fill="FFFFFF" w:themeFill="background1"/>
      </w:tcPr>
    </w:tblStylePr>
    <w:tblStylePr w:type="firstCol">
      <w:rPr>
        <w:b/>
        <w:bCs/>
        <w:color w:val="FFFFFF" w:themeColor="background1"/>
      </w:rPr>
      <w:tblPr/>
      <w:tcPr>
        <w:tcBorders>
          <w:top w:val="nil"/>
          <w:left w:val="nil"/>
          <w:bottom w:val="single" w:sz="18" w:space="0" w:color="auto"/>
          <w:right w:val="nil"/>
          <w:insideH w:val="nil"/>
          <w:insideV w:val="nil"/>
        </w:tcBorders>
        <w:shd w:val="clear" w:color="auto" w:fill="000000" w:themeFill="text1"/>
      </w:tcPr>
    </w:tblStylePr>
    <w:tblStylePr w:type="lastCol">
      <w:rPr>
        <w:b/>
        <w:bCs/>
        <w:color w:val="FFFFFF" w:themeColor="background1"/>
      </w:rPr>
      <w:tblPr/>
      <w:tcPr>
        <w:tcBorders>
          <w:left w:val="nil"/>
          <w:right w:val="nil"/>
          <w:insideH w:val="nil"/>
          <w:insideV w:val="nil"/>
        </w:tcBorders>
        <w:shd w:val="clear" w:color="auto" w:fill="000000" w:themeFill="text1"/>
      </w:tcPr>
    </w:tblStylePr>
    <w:tblStylePr w:type="band1Vert">
      <w:tblPr/>
      <w:tcPr>
        <w:tcBorders>
          <w:left w:val="nil"/>
          <w:right w:val="nil"/>
          <w:insideH w:val="nil"/>
          <w:insideV w:val="nil"/>
        </w:tcBorders>
        <w:shd w:val="clear" w:color="auto" w:fill="D8D8D8" w:themeFill="background1" w:themeFillShade="D8"/>
      </w:tcPr>
    </w:tblStylePr>
    <w:tblStylePr w:type="band1Horz">
      <w:tblPr/>
      <w:tcPr>
        <w:shd w:val="clear" w:color="auto" w:fill="D8D8D8" w:themeFill="background1" w:themeFillShade="D8"/>
      </w:tcPr>
    </w:tblStylePr>
    <w:tblStylePr w:type="neCell">
      <w:tblPr/>
      <w:tcPr>
        <w:tcBorders>
          <w:top w:val="single" w:sz="18" w:space="0" w:color="auto"/>
          <w:left w:val="nil"/>
          <w:bottom w:val="single" w:sz="18" w:space="0" w:color="auto"/>
          <w:right w:val="nil"/>
          <w:insideH w:val="nil"/>
          <w:insideV w:val="nil"/>
        </w:tcBorders>
      </w:tcPr>
    </w:tblStylePr>
    <w:tblStylePr w:type="nwCell">
      <w:rPr>
        <w:color w:val="FFFFFF" w:themeColor="background1"/>
      </w:rPr>
      <w:tblPr/>
      <w:tcPr>
        <w:tcBorders>
          <w:top w:val="single" w:sz="18" w:space="0" w:color="auto"/>
          <w:left w:val="nil"/>
          <w:bottom w:val="single" w:sz="18" w:space="0" w:color="auto"/>
          <w:right w:val="nil"/>
          <w:insideH w:val="nil"/>
          <w:insideV w:val="nil"/>
        </w:tcBorders>
      </w:tcPr>
    </w:tblStylePr>
  </w:style>
  <w:style w:type="table" w:styleId="MediumShading2-Accent1">
    <w:name w:val="Medium Shading 2 Accent 1"/>
    <w:basedOn w:val="TableNormal"/>
    <w:uiPriority w:val="64"/>
    <w:rsid w:val="00CB0664"/>
    <w:pPr>
      <w:spacing w:after="0" w:line="240" w:lineRule="auto"/>
    </w:pPr>
    <w:tblPr>
      <w:tblStyleRowBandSize w:val="1"/>
      <w:tblStyleColBandSize w:val="1"/>
      <w:tblInd w:w="0" w:type="dxa"/>
      <w:tblBorders>
        <w:top w:val="single" w:sz="18" w:space="0" w:color="auto"/>
        <w:bottom w:val="single" w:sz="18" w:space="0" w:color="auto"/>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tcBorders>
          <w:top w:val="single" w:sz="18" w:space="0" w:color="auto"/>
          <w:left w:val="nil"/>
          <w:bottom w:val="single" w:sz="18" w:space="0" w:color="auto"/>
          <w:right w:val="nil"/>
          <w:insideH w:val="nil"/>
          <w:insideV w:val="nil"/>
        </w:tcBorders>
        <w:shd w:val="clear" w:color="auto" w:fill="4F81BD" w:themeFill="accent1"/>
      </w:tcPr>
    </w:tblStylePr>
    <w:tblStylePr w:type="lastRow">
      <w:pPr>
        <w:spacing w:before="0" w:after="0" w:line="240" w:lineRule="auto"/>
      </w:pPr>
      <w:rPr>
        <w:color w:val="auto"/>
      </w:rPr>
      <w:tblPr/>
      <w:tcPr>
        <w:tcBorders>
          <w:top w:val="double" w:sz="6" w:space="0" w:color="auto"/>
          <w:left w:val="nil"/>
          <w:bottom w:val="single" w:sz="18" w:space="0" w:color="auto"/>
          <w:right w:val="nil"/>
          <w:insideH w:val="nil"/>
          <w:insideV w:val="nil"/>
        </w:tcBorders>
        <w:shd w:val="clear" w:color="auto" w:fill="FFFFFF" w:themeFill="background1"/>
      </w:tcPr>
    </w:tblStylePr>
    <w:tblStylePr w:type="firstCol">
      <w:rPr>
        <w:b/>
        <w:bCs/>
        <w:color w:val="FFFFFF" w:themeColor="background1"/>
      </w:rPr>
      <w:tblPr/>
      <w:tcPr>
        <w:tcBorders>
          <w:top w:val="nil"/>
          <w:left w:val="nil"/>
          <w:bottom w:val="single" w:sz="18" w:space="0" w:color="auto"/>
          <w:right w:val="nil"/>
          <w:insideH w:val="nil"/>
          <w:insideV w:val="nil"/>
        </w:tcBorders>
        <w:shd w:val="clear" w:color="auto" w:fill="4F81BD" w:themeFill="accent1"/>
      </w:tcPr>
    </w:tblStylePr>
    <w:tblStylePr w:type="lastCol">
      <w:rPr>
        <w:b/>
        <w:bCs/>
        <w:color w:val="FFFFFF" w:themeColor="background1"/>
      </w:rPr>
      <w:tblPr/>
      <w:tcPr>
        <w:tcBorders>
          <w:left w:val="nil"/>
          <w:right w:val="nil"/>
          <w:insideH w:val="nil"/>
          <w:insideV w:val="nil"/>
        </w:tcBorders>
        <w:shd w:val="clear" w:color="auto" w:fill="4F81BD" w:themeFill="accent1"/>
      </w:tcPr>
    </w:tblStylePr>
    <w:tblStylePr w:type="band1Vert">
      <w:tblPr/>
      <w:tcPr>
        <w:tcBorders>
          <w:left w:val="nil"/>
          <w:right w:val="nil"/>
          <w:insideH w:val="nil"/>
          <w:insideV w:val="nil"/>
        </w:tcBorders>
        <w:shd w:val="clear" w:color="auto" w:fill="D8D8D8" w:themeFill="background1" w:themeFillShade="D8"/>
      </w:tcPr>
    </w:tblStylePr>
    <w:tblStylePr w:type="band1Horz">
      <w:tblPr/>
      <w:tcPr>
        <w:shd w:val="clear" w:color="auto" w:fill="D8D8D8" w:themeFill="background1" w:themeFillShade="D8"/>
      </w:tcPr>
    </w:tblStylePr>
    <w:tblStylePr w:type="neCell">
      <w:tblPr/>
      <w:tcPr>
        <w:tcBorders>
          <w:top w:val="single" w:sz="18" w:space="0" w:color="auto"/>
          <w:left w:val="nil"/>
          <w:bottom w:val="single" w:sz="18" w:space="0" w:color="auto"/>
          <w:right w:val="nil"/>
          <w:insideH w:val="nil"/>
          <w:insideV w:val="nil"/>
        </w:tcBorders>
      </w:tcPr>
    </w:tblStylePr>
    <w:tblStylePr w:type="nwCell">
      <w:rPr>
        <w:color w:val="FFFFFF" w:themeColor="background1"/>
      </w:rPr>
      <w:tblPr/>
      <w:tcPr>
        <w:tcBorders>
          <w:top w:val="single" w:sz="18" w:space="0" w:color="auto"/>
          <w:left w:val="nil"/>
          <w:bottom w:val="single" w:sz="18" w:space="0" w:color="auto"/>
          <w:right w:val="nil"/>
          <w:insideH w:val="nil"/>
          <w:insideV w:val="nil"/>
        </w:tcBorders>
      </w:tcPr>
    </w:tblStylePr>
  </w:style>
  <w:style w:type="table" w:styleId="MediumShading2-Accent2">
    <w:name w:val="Medium Shading 2 Accent 2"/>
    <w:basedOn w:val="TableNormal"/>
    <w:uiPriority w:val="64"/>
    <w:rsid w:val="00CB0664"/>
    <w:pPr>
      <w:spacing w:after="0" w:line="240" w:lineRule="auto"/>
    </w:pPr>
    <w:tblPr>
      <w:tblStyleRowBandSize w:val="1"/>
      <w:tblStyleColBandSize w:val="1"/>
      <w:tblInd w:w="0" w:type="dxa"/>
      <w:tblBorders>
        <w:top w:val="single" w:sz="18" w:space="0" w:color="auto"/>
        <w:bottom w:val="single" w:sz="18" w:space="0" w:color="auto"/>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tcBorders>
          <w:top w:val="single" w:sz="18" w:space="0" w:color="auto"/>
          <w:left w:val="nil"/>
          <w:bottom w:val="single" w:sz="18" w:space="0" w:color="auto"/>
          <w:right w:val="nil"/>
          <w:insideH w:val="nil"/>
          <w:insideV w:val="nil"/>
        </w:tcBorders>
        <w:shd w:val="clear" w:color="auto" w:fill="C0504D" w:themeFill="accent2"/>
      </w:tcPr>
    </w:tblStylePr>
    <w:tblStylePr w:type="lastRow">
      <w:pPr>
        <w:spacing w:before="0" w:after="0" w:line="240" w:lineRule="auto"/>
      </w:pPr>
      <w:rPr>
        <w:color w:val="auto"/>
      </w:rPr>
      <w:tblPr/>
      <w:tcPr>
        <w:tcBorders>
          <w:top w:val="double" w:sz="6" w:space="0" w:color="auto"/>
          <w:left w:val="nil"/>
          <w:bottom w:val="single" w:sz="18" w:space="0" w:color="auto"/>
          <w:right w:val="nil"/>
          <w:insideH w:val="nil"/>
          <w:insideV w:val="nil"/>
        </w:tcBorders>
        <w:shd w:val="clear" w:color="auto" w:fill="FFFFFF" w:themeFill="background1"/>
      </w:tcPr>
    </w:tblStylePr>
    <w:tblStylePr w:type="firstCol">
      <w:rPr>
        <w:b/>
        <w:bCs/>
        <w:color w:val="FFFFFF" w:themeColor="background1"/>
      </w:rPr>
      <w:tblPr/>
      <w:tcPr>
        <w:tcBorders>
          <w:top w:val="nil"/>
          <w:left w:val="nil"/>
          <w:bottom w:val="single" w:sz="18" w:space="0" w:color="auto"/>
          <w:right w:val="nil"/>
          <w:insideH w:val="nil"/>
          <w:insideV w:val="nil"/>
        </w:tcBorders>
        <w:shd w:val="clear" w:color="auto" w:fill="C0504D" w:themeFill="accent2"/>
      </w:tcPr>
    </w:tblStylePr>
    <w:tblStylePr w:type="lastCol">
      <w:rPr>
        <w:b/>
        <w:bCs/>
        <w:color w:val="FFFFFF" w:themeColor="background1"/>
      </w:rPr>
      <w:tblPr/>
      <w:tcPr>
        <w:tcBorders>
          <w:left w:val="nil"/>
          <w:right w:val="nil"/>
          <w:insideH w:val="nil"/>
          <w:insideV w:val="nil"/>
        </w:tcBorders>
        <w:shd w:val="clear" w:color="auto" w:fill="C0504D" w:themeFill="accent2"/>
      </w:tcPr>
    </w:tblStylePr>
    <w:tblStylePr w:type="band1Vert">
      <w:tblPr/>
      <w:tcPr>
        <w:tcBorders>
          <w:left w:val="nil"/>
          <w:right w:val="nil"/>
          <w:insideH w:val="nil"/>
          <w:insideV w:val="nil"/>
        </w:tcBorders>
        <w:shd w:val="clear" w:color="auto" w:fill="D8D8D8" w:themeFill="background1" w:themeFillShade="D8"/>
      </w:tcPr>
    </w:tblStylePr>
    <w:tblStylePr w:type="band1Horz">
      <w:tblPr/>
      <w:tcPr>
        <w:shd w:val="clear" w:color="auto" w:fill="D8D8D8" w:themeFill="background1" w:themeFillShade="D8"/>
      </w:tcPr>
    </w:tblStylePr>
    <w:tblStylePr w:type="neCell">
      <w:tblPr/>
      <w:tcPr>
        <w:tcBorders>
          <w:top w:val="single" w:sz="18" w:space="0" w:color="auto"/>
          <w:left w:val="nil"/>
          <w:bottom w:val="single" w:sz="18" w:space="0" w:color="auto"/>
          <w:right w:val="nil"/>
          <w:insideH w:val="nil"/>
          <w:insideV w:val="nil"/>
        </w:tcBorders>
      </w:tcPr>
    </w:tblStylePr>
    <w:tblStylePr w:type="nwCell">
      <w:rPr>
        <w:color w:val="FFFFFF" w:themeColor="background1"/>
      </w:rPr>
      <w:tblPr/>
      <w:tcPr>
        <w:tcBorders>
          <w:top w:val="single" w:sz="18" w:space="0" w:color="auto"/>
          <w:left w:val="nil"/>
          <w:bottom w:val="single" w:sz="18" w:space="0" w:color="auto"/>
          <w:right w:val="nil"/>
          <w:insideH w:val="nil"/>
          <w:insideV w:val="nil"/>
        </w:tcBorders>
      </w:tcPr>
    </w:tblStylePr>
  </w:style>
  <w:style w:type="table" w:styleId="MediumShading2-Accent3">
    <w:name w:val="Medium Shading 2 Accent 3"/>
    <w:basedOn w:val="TableNormal"/>
    <w:uiPriority w:val="64"/>
    <w:rsid w:val="00CB0664"/>
    <w:pPr>
      <w:spacing w:after="0" w:line="240" w:lineRule="auto"/>
    </w:pPr>
    <w:tblPr>
      <w:tblStyleRowBandSize w:val="1"/>
      <w:tblStyleColBandSize w:val="1"/>
      <w:tblInd w:w="0" w:type="dxa"/>
      <w:tblBorders>
        <w:top w:val="single" w:sz="18" w:space="0" w:color="auto"/>
        <w:bottom w:val="single" w:sz="18" w:space="0" w:color="auto"/>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tcBorders>
          <w:top w:val="single" w:sz="18" w:space="0" w:color="auto"/>
          <w:left w:val="nil"/>
          <w:bottom w:val="single" w:sz="18" w:space="0" w:color="auto"/>
          <w:right w:val="nil"/>
          <w:insideH w:val="nil"/>
          <w:insideV w:val="nil"/>
        </w:tcBorders>
        <w:shd w:val="clear" w:color="auto" w:fill="9BBB59" w:themeFill="accent3"/>
      </w:tcPr>
    </w:tblStylePr>
    <w:tblStylePr w:type="lastRow">
      <w:pPr>
        <w:spacing w:before="0" w:after="0" w:line="240" w:lineRule="auto"/>
      </w:pPr>
      <w:rPr>
        <w:color w:val="auto"/>
      </w:rPr>
      <w:tblPr/>
      <w:tcPr>
        <w:tcBorders>
          <w:top w:val="double" w:sz="6" w:space="0" w:color="auto"/>
          <w:left w:val="nil"/>
          <w:bottom w:val="single" w:sz="18" w:space="0" w:color="auto"/>
          <w:right w:val="nil"/>
          <w:insideH w:val="nil"/>
          <w:insideV w:val="nil"/>
        </w:tcBorders>
        <w:shd w:val="clear" w:color="auto" w:fill="FFFFFF" w:themeFill="background1"/>
      </w:tcPr>
    </w:tblStylePr>
    <w:tblStylePr w:type="firstCol">
      <w:rPr>
        <w:b/>
        <w:bCs/>
        <w:color w:val="FFFFFF" w:themeColor="background1"/>
      </w:rPr>
      <w:tblPr/>
      <w:tcPr>
        <w:tcBorders>
          <w:top w:val="nil"/>
          <w:left w:val="nil"/>
          <w:bottom w:val="single" w:sz="18" w:space="0" w:color="auto"/>
          <w:right w:val="nil"/>
          <w:insideH w:val="nil"/>
          <w:insideV w:val="nil"/>
        </w:tcBorders>
        <w:shd w:val="clear" w:color="auto" w:fill="9BBB59" w:themeFill="accent3"/>
      </w:tcPr>
    </w:tblStylePr>
    <w:tblStylePr w:type="lastCol">
      <w:rPr>
        <w:b/>
        <w:bCs/>
        <w:color w:val="FFFFFF" w:themeColor="background1"/>
      </w:rPr>
      <w:tblPr/>
      <w:tcPr>
        <w:tcBorders>
          <w:left w:val="nil"/>
          <w:right w:val="nil"/>
          <w:insideH w:val="nil"/>
          <w:insideV w:val="nil"/>
        </w:tcBorders>
        <w:shd w:val="clear" w:color="auto" w:fill="9BBB59" w:themeFill="accent3"/>
      </w:tcPr>
    </w:tblStylePr>
    <w:tblStylePr w:type="band1Vert">
      <w:tblPr/>
      <w:tcPr>
        <w:tcBorders>
          <w:left w:val="nil"/>
          <w:right w:val="nil"/>
          <w:insideH w:val="nil"/>
          <w:insideV w:val="nil"/>
        </w:tcBorders>
        <w:shd w:val="clear" w:color="auto" w:fill="D8D8D8" w:themeFill="background1" w:themeFillShade="D8"/>
      </w:tcPr>
    </w:tblStylePr>
    <w:tblStylePr w:type="band1Horz">
      <w:tblPr/>
      <w:tcPr>
        <w:shd w:val="clear" w:color="auto" w:fill="D8D8D8" w:themeFill="background1" w:themeFillShade="D8"/>
      </w:tcPr>
    </w:tblStylePr>
    <w:tblStylePr w:type="neCell">
      <w:tblPr/>
      <w:tcPr>
        <w:tcBorders>
          <w:top w:val="single" w:sz="18" w:space="0" w:color="auto"/>
          <w:left w:val="nil"/>
          <w:bottom w:val="single" w:sz="18" w:space="0" w:color="auto"/>
          <w:right w:val="nil"/>
          <w:insideH w:val="nil"/>
          <w:insideV w:val="nil"/>
        </w:tcBorders>
      </w:tcPr>
    </w:tblStylePr>
    <w:tblStylePr w:type="nwCell">
      <w:rPr>
        <w:color w:val="FFFFFF" w:themeColor="background1"/>
      </w:rPr>
      <w:tblPr/>
      <w:tcPr>
        <w:tcBorders>
          <w:top w:val="single" w:sz="18" w:space="0" w:color="auto"/>
          <w:left w:val="nil"/>
          <w:bottom w:val="single" w:sz="18" w:space="0" w:color="auto"/>
          <w:right w:val="nil"/>
          <w:insideH w:val="nil"/>
          <w:insideV w:val="nil"/>
        </w:tcBorders>
      </w:tcPr>
    </w:tblStylePr>
  </w:style>
  <w:style w:type="table" w:styleId="MediumShading2-Accent4">
    <w:name w:val="Medium Shading 2 Accent 4"/>
    <w:basedOn w:val="TableNormal"/>
    <w:uiPriority w:val="64"/>
    <w:rsid w:val="00CB0664"/>
    <w:pPr>
      <w:spacing w:after="0" w:line="240" w:lineRule="auto"/>
    </w:pPr>
    <w:tblPr>
      <w:tblStyleRowBandSize w:val="1"/>
      <w:tblStyleColBandSize w:val="1"/>
      <w:tblInd w:w="0" w:type="dxa"/>
      <w:tblBorders>
        <w:top w:val="single" w:sz="18" w:space="0" w:color="auto"/>
        <w:bottom w:val="single" w:sz="18" w:space="0" w:color="auto"/>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tcBorders>
          <w:top w:val="single" w:sz="18" w:space="0" w:color="auto"/>
          <w:left w:val="nil"/>
          <w:bottom w:val="single" w:sz="18" w:space="0" w:color="auto"/>
          <w:right w:val="nil"/>
          <w:insideH w:val="nil"/>
          <w:insideV w:val="nil"/>
        </w:tcBorders>
        <w:shd w:val="clear" w:color="auto" w:fill="8064A2" w:themeFill="accent4"/>
      </w:tcPr>
    </w:tblStylePr>
    <w:tblStylePr w:type="lastRow">
      <w:pPr>
        <w:spacing w:before="0" w:after="0" w:line="240" w:lineRule="auto"/>
      </w:pPr>
      <w:rPr>
        <w:color w:val="auto"/>
      </w:rPr>
      <w:tblPr/>
      <w:tcPr>
        <w:tcBorders>
          <w:top w:val="double" w:sz="6" w:space="0" w:color="auto"/>
          <w:left w:val="nil"/>
          <w:bottom w:val="single" w:sz="18" w:space="0" w:color="auto"/>
          <w:right w:val="nil"/>
          <w:insideH w:val="nil"/>
          <w:insideV w:val="nil"/>
        </w:tcBorders>
        <w:shd w:val="clear" w:color="auto" w:fill="FFFFFF" w:themeFill="background1"/>
      </w:tcPr>
    </w:tblStylePr>
    <w:tblStylePr w:type="firstCol">
      <w:rPr>
        <w:b/>
        <w:bCs/>
        <w:color w:val="FFFFFF" w:themeColor="background1"/>
      </w:rPr>
      <w:tblPr/>
      <w:tcPr>
        <w:tcBorders>
          <w:top w:val="nil"/>
          <w:left w:val="nil"/>
          <w:bottom w:val="single" w:sz="18" w:space="0" w:color="auto"/>
          <w:right w:val="nil"/>
          <w:insideH w:val="nil"/>
          <w:insideV w:val="nil"/>
        </w:tcBorders>
        <w:shd w:val="clear" w:color="auto" w:fill="8064A2" w:themeFill="accent4"/>
      </w:tcPr>
    </w:tblStylePr>
    <w:tblStylePr w:type="lastCol">
      <w:rPr>
        <w:b/>
        <w:bCs/>
        <w:color w:val="FFFFFF" w:themeColor="background1"/>
      </w:rPr>
      <w:tblPr/>
      <w:tcPr>
        <w:tcBorders>
          <w:left w:val="nil"/>
          <w:right w:val="nil"/>
          <w:insideH w:val="nil"/>
          <w:insideV w:val="nil"/>
        </w:tcBorders>
        <w:shd w:val="clear" w:color="auto" w:fill="8064A2" w:themeFill="accent4"/>
      </w:tcPr>
    </w:tblStylePr>
    <w:tblStylePr w:type="band1Vert">
      <w:tblPr/>
      <w:tcPr>
        <w:tcBorders>
          <w:left w:val="nil"/>
          <w:right w:val="nil"/>
          <w:insideH w:val="nil"/>
          <w:insideV w:val="nil"/>
        </w:tcBorders>
        <w:shd w:val="clear" w:color="auto" w:fill="D8D8D8" w:themeFill="background1" w:themeFillShade="D8"/>
      </w:tcPr>
    </w:tblStylePr>
    <w:tblStylePr w:type="band1Horz">
      <w:tblPr/>
      <w:tcPr>
        <w:shd w:val="clear" w:color="auto" w:fill="D8D8D8" w:themeFill="background1" w:themeFillShade="D8"/>
      </w:tcPr>
    </w:tblStylePr>
    <w:tblStylePr w:type="neCell">
      <w:tblPr/>
      <w:tcPr>
        <w:tcBorders>
          <w:top w:val="single" w:sz="18" w:space="0" w:color="auto"/>
          <w:left w:val="nil"/>
          <w:bottom w:val="single" w:sz="18" w:space="0" w:color="auto"/>
          <w:right w:val="nil"/>
          <w:insideH w:val="nil"/>
          <w:insideV w:val="nil"/>
        </w:tcBorders>
      </w:tcPr>
    </w:tblStylePr>
    <w:tblStylePr w:type="nwCell">
      <w:rPr>
        <w:color w:val="FFFFFF" w:themeColor="background1"/>
      </w:rPr>
      <w:tblPr/>
      <w:tcPr>
        <w:tcBorders>
          <w:top w:val="single" w:sz="18" w:space="0" w:color="auto"/>
          <w:left w:val="nil"/>
          <w:bottom w:val="single" w:sz="18" w:space="0" w:color="auto"/>
          <w:right w:val="nil"/>
          <w:insideH w:val="nil"/>
          <w:insideV w:val="nil"/>
        </w:tcBorders>
      </w:tcPr>
    </w:tblStylePr>
  </w:style>
  <w:style w:type="table" w:styleId="MediumShading2-Accent5">
    <w:name w:val="Medium Shading 2 Accent 5"/>
    <w:basedOn w:val="TableNormal"/>
    <w:uiPriority w:val="64"/>
    <w:rsid w:val="00CB0664"/>
    <w:pPr>
      <w:spacing w:after="0" w:line="240" w:lineRule="auto"/>
    </w:pPr>
    <w:tblPr>
      <w:tblStyleRowBandSize w:val="1"/>
      <w:tblStyleColBandSize w:val="1"/>
      <w:tblInd w:w="0" w:type="dxa"/>
      <w:tblBorders>
        <w:top w:val="single" w:sz="18" w:space="0" w:color="auto"/>
        <w:bottom w:val="single" w:sz="18" w:space="0" w:color="auto"/>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tcBorders>
          <w:top w:val="single" w:sz="18" w:space="0" w:color="auto"/>
          <w:left w:val="nil"/>
          <w:bottom w:val="single" w:sz="18" w:space="0" w:color="auto"/>
          <w:right w:val="nil"/>
          <w:insideH w:val="nil"/>
          <w:insideV w:val="nil"/>
        </w:tcBorders>
        <w:shd w:val="clear" w:color="auto" w:fill="4BACC6" w:themeFill="accent5"/>
      </w:tcPr>
    </w:tblStylePr>
    <w:tblStylePr w:type="lastRow">
      <w:pPr>
        <w:spacing w:before="0" w:after="0" w:line="240" w:lineRule="auto"/>
      </w:pPr>
      <w:rPr>
        <w:color w:val="auto"/>
      </w:rPr>
      <w:tblPr/>
      <w:tcPr>
        <w:tcBorders>
          <w:top w:val="double" w:sz="6" w:space="0" w:color="auto"/>
          <w:left w:val="nil"/>
          <w:bottom w:val="single" w:sz="18" w:space="0" w:color="auto"/>
          <w:right w:val="nil"/>
          <w:insideH w:val="nil"/>
          <w:insideV w:val="nil"/>
        </w:tcBorders>
        <w:shd w:val="clear" w:color="auto" w:fill="FFFFFF" w:themeFill="background1"/>
      </w:tcPr>
    </w:tblStylePr>
    <w:tblStylePr w:type="firstCol">
      <w:rPr>
        <w:b/>
        <w:bCs/>
        <w:color w:val="FFFFFF" w:themeColor="background1"/>
      </w:rPr>
      <w:tblPr/>
      <w:tcPr>
        <w:tcBorders>
          <w:top w:val="nil"/>
          <w:left w:val="nil"/>
          <w:bottom w:val="single" w:sz="18" w:space="0" w:color="auto"/>
          <w:right w:val="nil"/>
          <w:insideH w:val="nil"/>
          <w:insideV w:val="nil"/>
        </w:tcBorders>
        <w:shd w:val="clear" w:color="auto" w:fill="4BACC6" w:themeFill="accent5"/>
      </w:tcPr>
    </w:tblStylePr>
    <w:tblStylePr w:type="lastCol">
      <w:rPr>
        <w:b/>
        <w:bCs/>
        <w:color w:val="FFFFFF" w:themeColor="background1"/>
      </w:rPr>
      <w:tblPr/>
      <w:tcPr>
        <w:tcBorders>
          <w:left w:val="nil"/>
          <w:right w:val="nil"/>
          <w:insideH w:val="nil"/>
          <w:insideV w:val="nil"/>
        </w:tcBorders>
        <w:shd w:val="clear" w:color="auto" w:fill="4BACC6" w:themeFill="accent5"/>
      </w:tcPr>
    </w:tblStylePr>
    <w:tblStylePr w:type="band1Vert">
      <w:tblPr/>
      <w:tcPr>
        <w:tcBorders>
          <w:left w:val="nil"/>
          <w:right w:val="nil"/>
          <w:insideH w:val="nil"/>
          <w:insideV w:val="nil"/>
        </w:tcBorders>
        <w:shd w:val="clear" w:color="auto" w:fill="D8D8D8" w:themeFill="background1" w:themeFillShade="D8"/>
      </w:tcPr>
    </w:tblStylePr>
    <w:tblStylePr w:type="band1Horz">
      <w:tblPr/>
      <w:tcPr>
        <w:shd w:val="clear" w:color="auto" w:fill="D8D8D8" w:themeFill="background1" w:themeFillShade="D8"/>
      </w:tcPr>
    </w:tblStylePr>
    <w:tblStylePr w:type="neCell">
      <w:tblPr/>
      <w:tcPr>
        <w:tcBorders>
          <w:top w:val="single" w:sz="18" w:space="0" w:color="auto"/>
          <w:left w:val="nil"/>
          <w:bottom w:val="single" w:sz="18" w:space="0" w:color="auto"/>
          <w:right w:val="nil"/>
          <w:insideH w:val="nil"/>
          <w:insideV w:val="nil"/>
        </w:tcBorders>
      </w:tcPr>
    </w:tblStylePr>
    <w:tblStylePr w:type="nwCell">
      <w:rPr>
        <w:color w:val="FFFFFF" w:themeColor="background1"/>
      </w:rPr>
      <w:tblPr/>
      <w:tcPr>
        <w:tcBorders>
          <w:top w:val="single" w:sz="18" w:space="0" w:color="auto"/>
          <w:left w:val="nil"/>
          <w:bottom w:val="single" w:sz="18" w:space="0" w:color="auto"/>
          <w:right w:val="nil"/>
          <w:insideH w:val="nil"/>
          <w:insideV w:val="nil"/>
        </w:tcBorders>
      </w:tcPr>
    </w:tblStylePr>
  </w:style>
  <w:style w:type="table" w:styleId="MediumShading2-Accent6">
    <w:name w:val="Medium Shading 2 Accent 6"/>
    <w:basedOn w:val="TableNormal"/>
    <w:uiPriority w:val="64"/>
    <w:rsid w:val="00CB0664"/>
    <w:pPr>
      <w:spacing w:after="0" w:line="240" w:lineRule="auto"/>
    </w:pPr>
    <w:tblPr>
      <w:tblStyleRowBandSize w:val="1"/>
      <w:tblStyleColBandSize w:val="1"/>
      <w:tblInd w:w="0" w:type="dxa"/>
      <w:tblBorders>
        <w:top w:val="single" w:sz="18" w:space="0" w:color="auto"/>
        <w:bottom w:val="single" w:sz="18" w:space="0" w:color="auto"/>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tcBorders>
          <w:top w:val="single" w:sz="18" w:space="0" w:color="auto"/>
          <w:left w:val="nil"/>
          <w:bottom w:val="single" w:sz="18" w:space="0" w:color="auto"/>
          <w:right w:val="nil"/>
          <w:insideH w:val="nil"/>
          <w:insideV w:val="nil"/>
        </w:tcBorders>
        <w:shd w:val="clear" w:color="auto" w:fill="F79646" w:themeFill="accent6"/>
      </w:tcPr>
    </w:tblStylePr>
    <w:tblStylePr w:type="lastRow">
      <w:pPr>
        <w:spacing w:before="0" w:after="0" w:line="240" w:lineRule="auto"/>
      </w:pPr>
      <w:rPr>
        <w:color w:val="auto"/>
      </w:rPr>
      <w:tblPr/>
      <w:tcPr>
        <w:tcBorders>
          <w:top w:val="double" w:sz="6" w:space="0" w:color="auto"/>
          <w:left w:val="nil"/>
          <w:bottom w:val="single" w:sz="18" w:space="0" w:color="auto"/>
          <w:right w:val="nil"/>
          <w:insideH w:val="nil"/>
          <w:insideV w:val="nil"/>
        </w:tcBorders>
        <w:shd w:val="clear" w:color="auto" w:fill="FFFFFF" w:themeFill="background1"/>
      </w:tcPr>
    </w:tblStylePr>
    <w:tblStylePr w:type="firstCol">
      <w:rPr>
        <w:b/>
        <w:bCs/>
        <w:color w:val="FFFFFF" w:themeColor="background1"/>
      </w:rPr>
      <w:tblPr/>
      <w:tcPr>
        <w:tcBorders>
          <w:top w:val="nil"/>
          <w:left w:val="nil"/>
          <w:bottom w:val="single" w:sz="18" w:space="0" w:color="auto"/>
          <w:right w:val="nil"/>
          <w:insideH w:val="nil"/>
          <w:insideV w:val="nil"/>
        </w:tcBorders>
        <w:shd w:val="clear" w:color="auto" w:fill="F79646" w:themeFill="accent6"/>
      </w:tcPr>
    </w:tblStylePr>
    <w:tblStylePr w:type="lastCol">
      <w:rPr>
        <w:b/>
        <w:bCs/>
        <w:color w:val="FFFFFF" w:themeColor="background1"/>
      </w:rPr>
      <w:tblPr/>
      <w:tcPr>
        <w:tcBorders>
          <w:left w:val="nil"/>
          <w:right w:val="nil"/>
          <w:insideH w:val="nil"/>
          <w:insideV w:val="nil"/>
        </w:tcBorders>
        <w:shd w:val="clear" w:color="auto" w:fill="F79646" w:themeFill="accent6"/>
      </w:tcPr>
    </w:tblStylePr>
    <w:tblStylePr w:type="band1Vert">
      <w:tblPr/>
      <w:tcPr>
        <w:tcBorders>
          <w:left w:val="nil"/>
          <w:right w:val="nil"/>
          <w:insideH w:val="nil"/>
          <w:insideV w:val="nil"/>
        </w:tcBorders>
        <w:shd w:val="clear" w:color="auto" w:fill="D8D8D8" w:themeFill="background1" w:themeFillShade="D8"/>
      </w:tcPr>
    </w:tblStylePr>
    <w:tblStylePr w:type="band1Horz">
      <w:tblPr/>
      <w:tcPr>
        <w:shd w:val="clear" w:color="auto" w:fill="D8D8D8" w:themeFill="background1" w:themeFillShade="D8"/>
      </w:tcPr>
    </w:tblStylePr>
    <w:tblStylePr w:type="neCell">
      <w:tblPr/>
      <w:tcPr>
        <w:tcBorders>
          <w:top w:val="single" w:sz="18" w:space="0" w:color="auto"/>
          <w:left w:val="nil"/>
          <w:bottom w:val="single" w:sz="18" w:space="0" w:color="auto"/>
          <w:right w:val="nil"/>
          <w:insideH w:val="nil"/>
          <w:insideV w:val="nil"/>
        </w:tcBorders>
      </w:tcPr>
    </w:tblStylePr>
    <w:tblStylePr w:type="nwCell">
      <w:rPr>
        <w:color w:val="FFFFFF" w:themeColor="background1"/>
      </w:rPr>
      <w:tblPr/>
      <w:tcPr>
        <w:tcBorders>
          <w:top w:val="single" w:sz="18" w:space="0" w:color="auto"/>
          <w:left w:val="nil"/>
          <w:bottom w:val="single" w:sz="18" w:space="0" w:color="auto"/>
          <w:right w:val="nil"/>
          <w:insideH w:val="nil"/>
          <w:insideV w:val="nil"/>
        </w:tcBorders>
      </w:tcPr>
    </w:tblStylePr>
  </w:style>
  <w:style w:type="table" w:styleId="MediumList1">
    <w:name w:val="Medium List 1"/>
    <w:basedOn w:val="TableNormal"/>
    <w:uiPriority w:val="65"/>
    <w:rsid w:val="00CB0664"/>
    <w:pPr>
      <w:spacing w:after="0" w:line="240" w:lineRule="auto"/>
    </w:pPr>
    <w:rPr>
      <w:color w:val="000000" w:themeColor="text1"/>
    </w:rPr>
    <w:tblPr>
      <w:tblStyleRowBandSize w:val="1"/>
      <w:tblStyleColBandSize w:val="1"/>
      <w:tblInd w:w="0" w:type="dxa"/>
      <w:tblBorders>
        <w:top w:val="single" w:sz="8" w:space="0" w:color="000000" w:themeColor="text1"/>
        <w:bottom w:val="single" w:sz="8" w:space="0" w:color="000000" w:themeColor="text1"/>
      </w:tblBorders>
      <w:tblCellMar>
        <w:top w:w="0" w:type="dxa"/>
        <w:left w:w="108" w:type="dxa"/>
        <w:bottom w:w="0" w:type="dxa"/>
        <w:right w:w="108" w:type="dxa"/>
      </w:tblCellMar>
    </w:tblPr>
    <w:tblStylePr w:type="firstRow">
      <w:rPr>
        <w:rFonts w:asciiTheme="majorHAnsi" w:eastAsiaTheme="majorEastAsia" w:hAnsiTheme="majorHAnsi" w:cstheme="majorBidi"/>
      </w:rPr>
      <w:tblPr/>
      <w:tcPr>
        <w:tcBorders>
          <w:top w:val="nil"/>
          <w:bottom w:val="single" w:sz="8" w:space="0" w:color="000000" w:themeColor="text1"/>
        </w:tcBorders>
      </w:tcPr>
    </w:tblStylePr>
    <w:tblStylePr w:type="lastRow">
      <w:rPr>
        <w:b/>
        <w:bCs/>
        <w:color w:val="1F497D" w:themeColor="text2"/>
      </w:rPr>
      <w:tblPr/>
      <w:tcPr>
        <w:tcBorders>
          <w:top w:val="single" w:sz="8" w:space="0" w:color="000000" w:themeColor="text1"/>
          <w:bottom w:val="single" w:sz="8" w:space="0" w:color="000000" w:themeColor="text1"/>
        </w:tcBorders>
      </w:tcPr>
    </w:tblStylePr>
    <w:tblStylePr w:type="firstCol">
      <w:rPr>
        <w:b/>
        <w:bCs/>
      </w:rPr>
    </w:tblStylePr>
    <w:tblStylePr w:type="lastCol">
      <w:rPr>
        <w:b/>
        <w:bCs/>
      </w:rPr>
      <w:tblPr/>
      <w:tcPr>
        <w:tcBorders>
          <w:top w:val="single" w:sz="8" w:space="0" w:color="000000" w:themeColor="text1"/>
          <w:bottom w:val="single" w:sz="8" w:space="0" w:color="000000" w:themeColor="text1"/>
        </w:tcBorders>
      </w:tcPr>
    </w:tblStylePr>
    <w:tblStylePr w:type="band1Vert">
      <w:tblPr/>
      <w:tcPr>
        <w:shd w:val="clear" w:color="auto" w:fill="C0C0C0" w:themeFill="text1" w:themeFillTint="3F"/>
      </w:tcPr>
    </w:tblStylePr>
    <w:tblStylePr w:type="band1Horz">
      <w:tblPr/>
      <w:tcPr>
        <w:shd w:val="clear" w:color="auto" w:fill="C0C0C0" w:themeFill="text1" w:themeFillTint="3F"/>
      </w:tcPr>
    </w:tblStylePr>
  </w:style>
  <w:style w:type="table" w:styleId="MediumList1-Accent1">
    <w:name w:val="Medium List 1 Accent 1"/>
    <w:basedOn w:val="TableNormal"/>
    <w:uiPriority w:val="65"/>
    <w:rsid w:val="00CB0664"/>
    <w:pPr>
      <w:spacing w:after="0" w:line="240" w:lineRule="auto"/>
    </w:pPr>
    <w:rPr>
      <w:color w:val="000000" w:themeColor="text1"/>
    </w:rPr>
    <w:tblPr>
      <w:tblStyleRowBandSize w:val="1"/>
      <w:tblStyleColBandSize w:val="1"/>
      <w:tblInd w:w="0" w:type="dxa"/>
      <w:tblBorders>
        <w:top w:val="single" w:sz="8" w:space="0" w:color="4F81BD" w:themeColor="accent1"/>
        <w:bottom w:val="single" w:sz="8" w:space="0" w:color="4F81BD" w:themeColor="accent1"/>
      </w:tblBorders>
      <w:tblCellMar>
        <w:top w:w="0" w:type="dxa"/>
        <w:left w:w="108" w:type="dxa"/>
        <w:bottom w:w="0" w:type="dxa"/>
        <w:right w:w="108" w:type="dxa"/>
      </w:tblCellMar>
    </w:tblPr>
    <w:tblStylePr w:type="firstRow">
      <w:rPr>
        <w:rFonts w:asciiTheme="majorHAnsi" w:eastAsiaTheme="majorEastAsia" w:hAnsiTheme="majorHAnsi" w:cstheme="majorBidi"/>
      </w:rPr>
      <w:tblPr/>
      <w:tcPr>
        <w:tcBorders>
          <w:top w:val="nil"/>
          <w:bottom w:val="single" w:sz="8" w:space="0" w:color="4F81BD" w:themeColor="accent1"/>
        </w:tcBorders>
      </w:tcPr>
    </w:tblStylePr>
    <w:tblStylePr w:type="lastRow">
      <w:rPr>
        <w:b/>
        <w:bCs/>
        <w:color w:val="1F497D" w:themeColor="text2"/>
      </w:rPr>
      <w:tblPr/>
      <w:tcPr>
        <w:tcBorders>
          <w:top w:val="single" w:sz="8" w:space="0" w:color="4F81BD" w:themeColor="accent1"/>
          <w:bottom w:val="single" w:sz="8" w:space="0" w:color="4F81BD" w:themeColor="accent1"/>
        </w:tcBorders>
      </w:tcPr>
    </w:tblStylePr>
    <w:tblStylePr w:type="firstCol">
      <w:rPr>
        <w:b/>
        <w:bCs/>
      </w:rPr>
    </w:tblStylePr>
    <w:tblStylePr w:type="lastCol">
      <w:rPr>
        <w:b/>
        <w:bCs/>
      </w:rPr>
      <w:tblPr/>
      <w:tcPr>
        <w:tcBorders>
          <w:top w:val="single" w:sz="8" w:space="0" w:color="4F81BD" w:themeColor="accent1"/>
          <w:bottom w:val="single" w:sz="8" w:space="0" w:color="4F81BD" w:themeColor="accent1"/>
        </w:tcBorders>
      </w:tcPr>
    </w:tblStylePr>
    <w:tblStylePr w:type="band1Vert">
      <w:tblPr/>
      <w:tcPr>
        <w:shd w:val="clear" w:color="auto" w:fill="D3DFEE" w:themeFill="accent1" w:themeFillTint="3F"/>
      </w:tcPr>
    </w:tblStylePr>
    <w:tblStylePr w:type="band1Horz">
      <w:tblPr/>
      <w:tcPr>
        <w:shd w:val="clear" w:color="auto" w:fill="D3DFEE" w:themeFill="accent1" w:themeFillTint="3F"/>
      </w:tcPr>
    </w:tblStylePr>
  </w:style>
  <w:style w:type="table" w:styleId="MediumList1-Accent2">
    <w:name w:val="Medium List 1 Accent 2"/>
    <w:basedOn w:val="TableNormal"/>
    <w:uiPriority w:val="65"/>
    <w:rsid w:val="00CB0664"/>
    <w:pPr>
      <w:spacing w:after="0" w:line="240" w:lineRule="auto"/>
    </w:pPr>
    <w:rPr>
      <w:color w:val="000000" w:themeColor="text1"/>
    </w:rPr>
    <w:tblPr>
      <w:tblStyleRowBandSize w:val="1"/>
      <w:tblStyleColBandSize w:val="1"/>
      <w:tblInd w:w="0" w:type="dxa"/>
      <w:tblBorders>
        <w:top w:val="single" w:sz="8" w:space="0" w:color="C0504D" w:themeColor="accent2"/>
        <w:bottom w:val="single" w:sz="8" w:space="0" w:color="C0504D" w:themeColor="accent2"/>
      </w:tblBorders>
      <w:tblCellMar>
        <w:top w:w="0" w:type="dxa"/>
        <w:left w:w="108" w:type="dxa"/>
        <w:bottom w:w="0" w:type="dxa"/>
        <w:right w:w="108" w:type="dxa"/>
      </w:tblCellMar>
    </w:tblPr>
    <w:tblStylePr w:type="firstRow">
      <w:rPr>
        <w:rFonts w:asciiTheme="majorHAnsi" w:eastAsiaTheme="majorEastAsia" w:hAnsiTheme="majorHAnsi" w:cstheme="majorBidi"/>
      </w:rPr>
      <w:tblPr/>
      <w:tcPr>
        <w:tcBorders>
          <w:top w:val="nil"/>
          <w:bottom w:val="single" w:sz="8" w:space="0" w:color="C0504D" w:themeColor="accent2"/>
        </w:tcBorders>
      </w:tcPr>
    </w:tblStylePr>
    <w:tblStylePr w:type="lastRow">
      <w:rPr>
        <w:b/>
        <w:bCs/>
        <w:color w:val="1F497D" w:themeColor="text2"/>
      </w:rPr>
      <w:tblPr/>
      <w:tcPr>
        <w:tcBorders>
          <w:top w:val="single" w:sz="8" w:space="0" w:color="C0504D" w:themeColor="accent2"/>
          <w:bottom w:val="single" w:sz="8" w:space="0" w:color="C0504D" w:themeColor="accent2"/>
        </w:tcBorders>
      </w:tcPr>
    </w:tblStylePr>
    <w:tblStylePr w:type="firstCol">
      <w:rPr>
        <w:b/>
        <w:bCs/>
      </w:rPr>
    </w:tblStylePr>
    <w:tblStylePr w:type="lastCol">
      <w:rPr>
        <w:b/>
        <w:bCs/>
      </w:rPr>
      <w:tblPr/>
      <w:tcPr>
        <w:tcBorders>
          <w:top w:val="single" w:sz="8" w:space="0" w:color="C0504D" w:themeColor="accent2"/>
          <w:bottom w:val="single" w:sz="8" w:space="0" w:color="C0504D" w:themeColor="accent2"/>
        </w:tcBorders>
      </w:tcPr>
    </w:tblStylePr>
    <w:tblStylePr w:type="band1Vert">
      <w:tblPr/>
      <w:tcPr>
        <w:shd w:val="clear" w:color="auto" w:fill="EFD3D2" w:themeFill="accent2" w:themeFillTint="3F"/>
      </w:tcPr>
    </w:tblStylePr>
    <w:tblStylePr w:type="band1Horz">
      <w:tblPr/>
      <w:tcPr>
        <w:shd w:val="clear" w:color="auto" w:fill="EFD3D2" w:themeFill="accent2" w:themeFillTint="3F"/>
      </w:tcPr>
    </w:tblStylePr>
  </w:style>
  <w:style w:type="table" w:styleId="MediumList1-Accent3">
    <w:name w:val="Medium List 1 Accent 3"/>
    <w:basedOn w:val="TableNormal"/>
    <w:uiPriority w:val="65"/>
    <w:rsid w:val="00CB0664"/>
    <w:pPr>
      <w:spacing w:after="0" w:line="240" w:lineRule="auto"/>
    </w:pPr>
    <w:rPr>
      <w:color w:val="000000" w:themeColor="text1"/>
    </w:rPr>
    <w:tblPr>
      <w:tblStyleRowBandSize w:val="1"/>
      <w:tblStyleColBandSize w:val="1"/>
      <w:tblInd w:w="0" w:type="dxa"/>
      <w:tblBorders>
        <w:top w:val="single" w:sz="8" w:space="0" w:color="9BBB59" w:themeColor="accent3"/>
        <w:bottom w:val="single" w:sz="8" w:space="0" w:color="9BBB59" w:themeColor="accent3"/>
      </w:tblBorders>
      <w:tblCellMar>
        <w:top w:w="0" w:type="dxa"/>
        <w:left w:w="108" w:type="dxa"/>
        <w:bottom w:w="0" w:type="dxa"/>
        <w:right w:w="108" w:type="dxa"/>
      </w:tblCellMar>
    </w:tblPr>
    <w:tblStylePr w:type="firstRow">
      <w:rPr>
        <w:rFonts w:asciiTheme="majorHAnsi" w:eastAsiaTheme="majorEastAsia" w:hAnsiTheme="majorHAnsi" w:cstheme="majorBidi"/>
      </w:rPr>
      <w:tblPr/>
      <w:tcPr>
        <w:tcBorders>
          <w:top w:val="nil"/>
          <w:bottom w:val="single" w:sz="8" w:space="0" w:color="9BBB59" w:themeColor="accent3"/>
        </w:tcBorders>
      </w:tcPr>
    </w:tblStylePr>
    <w:tblStylePr w:type="lastRow">
      <w:rPr>
        <w:b/>
        <w:bCs/>
        <w:color w:val="1F497D" w:themeColor="text2"/>
      </w:rPr>
      <w:tblPr/>
      <w:tcPr>
        <w:tcBorders>
          <w:top w:val="single" w:sz="8" w:space="0" w:color="9BBB59" w:themeColor="accent3"/>
          <w:bottom w:val="single" w:sz="8" w:space="0" w:color="9BBB59" w:themeColor="accent3"/>
        </w:tcBorders>
      </w:tcPr>
    </w:tblStylePr>
    <w:tblStylePr w:type="firstCol">
      <w:rPr>
        <w:b/>
        <w:bCs/>
      </w:rPr>
    </w:tblStylePr>
    <w:tblStylePr w:type="lastCol">
      <w:rPr>
        <w:b/>
        <w:bCs/>
      </w:rPr>
      <w:tblPr/>
      <w:tcPr>
        <w:tcBorders>
          <w:top w:val="single" w:sz="8" w:space="0" w:color="9BBB59" w:themeColor="accent3"/>
          <w:bottom w:val="single" w:sz="8" w:space="0" w:color="9BBB59" w:themeColor="accent3"/>
        </w:tcBorders>
      </w:tcPr>
    </w:tblStylePr>
    <w:tblStylePr w:type="band1Vert">
      <w:tblPr/>
      <w:tcPr>
        <w:shd w:val="clear" w:color="auto" w:fill="E6EED5" w:themeFill="accent3" w:themeFillTint="3F"/>
      </w:tcPr>
    </w:tblStylePr>
    <w:tblStylePr w:type="band1Horz">
      <w:tblPr/>
      <w:tcPr>
        <w:shd w:val="clear" w:color="auto" w:fill="E6EED5" w:themeFill="accent3" w:themeFillTint="3F"/>
      </w:tcPr>
    </w:tblStylePr>
  </w:style>
  <w:style w:type="table" w:styleId="MediumList1-Accent4">
    <w:name w:val="Medium List 1 Accent 4"/>
    <w:basedOn w:val="TableNormal"/>
    <w:uiPriority w:val="65"/>
    <w:rsid w:val="00CB0664"/>
    <w:pPr>
      <w:spacing w:after="0" w:line="240" w:lineRule="auto"/>
    </w:pPr>
    <w:rPr>
      <w:color w:val="000000" w:themeColor="text1"/>
    </w:rPr>
    <w:tblPr>
      <w:tblStyleRowBandSize w:val="1"/>
      <w:tblStyleColBandSize w:val="1"/>
      <w:tblInd w:w="0" w:type="dxa"/>
      <w:tblBorders>
        <w:top w:val="single" w:sz="8" w:space="0" w:color="8064A2" w:themeColor="accent4"/>
        <w:bottom w:val="single" w:sz="8" w:space="0" w:color="8064A2" w:themeColor="accent4"/>
      </w:tblBorders>
      <w:tblCellMar>
        <w:top w:w="0" w:type="dxa"/>
        <w:left w:w="108" w:type="dxa"/>
        <w:bottom w:w="0" w:type="dxa"/>
        <w:right w:w="108" w:type="dxa"/>
      </w:tblCellMar>
    </w:tblPr>
    <w:tblStylePr w:type="firstRow">
      <w:rPr>
        <w:rFonts w:asciiTheme="majorHAnsi" w:eastAsiaTheme="majorEastAsia" w:hAnsiTheme="majorHAnsi" w:cstheme="majorBidi"/>
      </w:rPr>
      <w:tblPr/>
      <w:tcPr>
        <w:tcBorders>
          <w:top w:val="nil"/>
          <w:bottom w:val="single" w:sz="8" w:space="0" w:color="8064A2" w:themeColor="accent4"/>
        </w:tcBorders>
      </w:tcPr>
    </w:tblStylePr>
    <w:tblStylePr w:type="lastRow">
      <w:rPr>
        <w:b/>
        <w:bCs/>
        <w:color w:val="1F497D" w:themeColor="text2"/>
      </w:rPr>
      <w:tblPr/>
      <w:tcPr>
        <w:tcBorders>
          <w:top w:val="single" w:sz="8" w:space="0" w:color="8064A2" w:themeColor="accent4"/>
          <w:bottom w:val="single" w:sz="8" w:space="0" w:color="8064A2" w:themeColor="accent4"/>
        </w:tcBorders>
      </w:tcPr>
    </w:tblStylePr>
    <w:tblStylePr w:type="firstCol">
      <w:rPr>
        <w:b/>
        <w:bCs/>
      </w:rPr>
    </w:tblStylePr>
    <w:tblStylePr w:type="lastCol">
      <w:rPr>
        <w:b/>
        <w:bCs/>
      </w:rPr>
      <w:tblPr/>
      <w:tcPr>
        <w:tcBorders>
          <w:top w:val="single" w:sz="8" w:space="0" w:color="8064A2" w:themeColor="accent4"/>
          <w:bottom w:val="single" w:sz="8" w:space="0" w:color="8064A2" w:themeColor="accent4"/>
        </w:tcBorders>
      </w:tcPr>
    </w:tblStylePr>
    <w:tblStylePr w:type="band1Vert">
      <w:tblPr/>
      <w:tcPr>
        <w:shd w:val="clear" w:color="auto" w:fill="DFD8E8" w:themeFill="accent4" w:themeFillTint="3F"/>
      </w:tcPr>
    </w:tblStylePr>
    <w:tblStylePr w:type="band1Horz">
      <w:tblPr/>
      <w:tcPr>
        <w:shd w:val="clear" w:color="auto" w:fill="DFD8E8" w:themeFill="accent4" w:themeFillTint="3F"/>
      </w:tcPr>
    </w:tblStylePr>
  </w:style>
  <w:style w:type="table" w:styleId="MediumList1-Accent5">
    <w:name w:val="Medium List 1 Accent 5"/>
    <w:basedOn w:val="TableNormal"/>
    <w:uiPriority w:val="65"/>
    <w:rsid w:val="00CB0664"/>
    <w:pPr>
      <w:spacing w:after="0" w:line="240" w:lineRule="auto"/>
    </w:pPr>
    <w:rPr>
      <w:color w:val="000000" w:themeColor="text1"/>
    </w:rPr>
    <w:tblPr>
      <w:tblStyleRowBandSize w:val="1"/>
      <w:tblStyleColBandSize w:val="1"/>
      <w:tblInd w:w="0" w:type="dxa"/>
      <w:tblBorders>
        <w:top w:val="single" w:sz="8" w:space="0" w:color="4BACC6" w:themeColor="accent5"/>
        <w:bottom w:val="single" w:sz="8" w:space="0" w:color="4BACC6" w:themeColor="accent5"/>
      </w:tblBorders>
      <w:tblCellMar>
        <w:top w:w="0" w:type="dxa"/>
        <w:left w:w="108" w:type="dxa"/>
        <w:bottom w:w="0" w:type="dxa"/>
        <w:right w:w="108" w:type="dxa"/>
      </w:tblCellMar>
    </w:tblPr>
    <w:tblStylePr w:type="firstRow">
      <w:rPr>
        <w:rFonts w:asciiTheme="majorHAnsi" w:eastAsiaTheme="majorEastAsia" w:hAnsiTheme="majorHAnsi" w:cstheme="majorBidi"/>
      </w:rPr>
      <w:tblPr/>
      <w:tcPr>
        <w:tcBorders>
          <w:top w:val="nil"/>
          <w:bottom w:val="single" w:sz="8" w:space="0" w:color="4BACC6" w:themeColor="accent5"/>
        </w:tcBorders>
      </w:tcPr>
    </w:tblStylePr>
    <w:tblStylePr w:type="lastRow">
      <w:rPr>
        <w:b/>
        <w:bCs/>
        <w:color w:val="1F497D" w:themeColor="text2"/>
      </w:rPr>
      <w:tblPr/>
      <w:tcPr>
        <w:tcBorders>
          <w:top w:val="single" w:sz="8" w:space="0" w:color="4BACC6" w:themeColor="accent5"/>
          <w:bottom w:val="single" w:sz="8" w:space="0" w:color="4BACC6" w:themeColor="accent5"/>
        </w:tcBorders>
      </w:tcPr>
    </w:tblStylePr>
    <w:tblStylePr w:type="firstCol">
      <w:rPr>
        <w:b/>
        <w:bCs/>
      </w:rPr>
    </w:tblStylePr>
    <w:tblStylePr w:type="lastCol">
      <w:rPr>
        <w:b/>
        <w:bCs/>
      </w:rPr>
      <w:tblPr/>
      <w:tcPr>
        <w:tcBorders>
          <w:top w:val="single" w:sz="8" w:space="0" w:color="4BACC6" w:themeColor="accent5"/>
          <w:bottom w:val="single" w:sz="8" w:space="0" w:color="4BACC6" w:themeColor="accent5"/>
        </w:tcBorders>
      </w:tcPr>
    </w:tblStylePr>
    <w:tblStylePr w:type="band1Vert">
      <w:tblPr/>
      <w:tcPr>
        <w:shd w:val="clear" w:color="auto" w:fill="D2EAF1" w:themeFill="accent5" w:themeFillTint="3F"/>
      </w:tcPr>
    </w:tblStylePr>
    <w:tblStylePr w:type="band1Horz">
      <w:tblPr/>
      <w:tcPr>
        <w:shd w:val="clear" w:color="auto" w:fill="D2EAF1" w:themeFill="accent5" w:themeFillTint="3F"/>
      </w:tcPr>
    </w:tblStylePr>
  </w:style>
  <w:style w:type="table" w:styleId="MediumList1-Accent6">
    <w:name w:val="Medium List 1 Accent 6"/>
    <w:basedOn w:val="TableNormal"/>
    <w:uiPriority w:val="65"/>
    <w:rsid w:val="00CB0664"/>
    <w:pPr>
      <w:spacing w:after="0" w:line="240" w:lineRule="auto"/>
    </w:pPr>
    <w:rPr>
      <w:color w:val="000000" w:themeColor="text1"/>
    </w:rPr>
    <w:tblPr>
      <w:tblStyleRowBandSize w:val="1"/>
      <w:tblStyleColBandSize w:val="1"/>
      <w:tblInd w:w="0" w:type="dxa"/>
      <w:tblBorders>
        <w:top w:val="single" w:sz="8" w:space="0" w:color="F79646" w:themeColor="accent6"/>
        <w:bottom w:val="single" w:sz="8" w:space="0" w:color="F79646" w:themeColor="accent6"/>
      </w:tblBorders>
      <w:tblCellMar>
        <w:top w:w="0" w:type="dxa"/>
        <w:left w:w="108" w:type="dxa"/>
        <w:bottom w:w="0" w:type="dxa"/>
        <w:right w:w="108" w:type="dxa"/>
      </w:tblCellMar>
    </w:tblPr>
    <w:tblStylePr w:type="firstRow">
      <w:rPr>
        <w:rFonts w:asciiTheme="majorHAnsi" w:eastAsiaTheme="majorEastAsia" w:hAnsiTheme="majorHAnsi" w:cstheme="majorBidi"/>
      </w:rPr>
      <w:tblPr/>
      <w:tcPr>
        <w:tcBorders>
          <w:top w:val="nil"/>
          <w:bottom w:val="single" w:sz="8" w:space="0" w:color="F79646" w:themeColor="accent6"/>
        </w:tcBorders>
      </w:tcPr>
    </w:tblStylePr>
    <w:tblStylePr w:type="lastRow">
      <w:rPr>
        <w:b/>
        <w:bCs/>
        <w:color w:val="1F497D" w:themeColor="text2"/>
      </w:rPr>
      <w:tblPr/>
      <w:tcPr>
        <w:tcBorders>
          <w:top w:val="single" w:sz="8" w:space="0" w:color="F79646" w:themeColor="accent6"/>
          <w:bottom w:val="single" w:sz="8" w:space="0" w:color="F79646" w:themeColor="accent6"/>
        </w:tcBorders>
      </w:tcPr>
    </w:tblStylePr>
    <w:tblStylePr w:type="firstCol">
      <w:rPr>
        <w:b/>
        <w:bCs/>
      </w:rPr>
    </w:tblStylePr>
    <w:tblStylePr w:type="lastCol">
      <w:rPr>
        <w:b/>
        <w:bCs/>
      </w:rPr>
      <w:tblPr/>
      <w:tcPr>
        <w:tcBorders>
          <w:top w:val="single" w:sz="8" w:space="0" w:color="F79646" w:themeColor="accent6"/>
          <w:bottom w:val="single" w:sz="8" w:space="0" w:color="F79646" w:themeColor="accent6"/>
        </w:tcBorders>
      </w:tcPr>
    </w:tblStylePr>
    <w:tblStylePr w:type="band1Vert">
      <w:tblPr/>
      <w:tcPr>
        <w:shd w:val="clear" w:color="auto" w:fill="FDE4D0" w:themeFill="accent6" w:themeFillTint="3F"/>
      </w:tcPr>
    </w:tblStylePr>
    <w:tblStylePr w:type="band1Horz">
      <w:tblPr/>
      <w:tcPr>
        <w:shd w:val="clear" w:color="auto" w:fill="FDE4D0" w:themeFill="accent6" w:themeFillTint="3F"/>
      </w:tcPr>
    </w:tblStylePr>
  </w:style>
  <w:style w:type="table" w:styleId="MediumList2">
    <w:name w:val="Medium List 2"/>
    <w:basedOn w:val="TableNormal"/>
    <w:uiPriority w:val="66"/>
    <w:rsid w:val="00CB0664"/>
    <w:pPr>
      <w:spacing w:after="0" w:line="240" w:lineRule="auto"/>
    </w:pPr>
    <w:rPr>
      <w:rFonts w:asciiTheme="majorHAnsi" w:eastAsiaTheme="majorEastAsia" w:hAnsiTheme="majorHAnsi" w:cstheme="majorBidi"/>
      <w:color w:val="000000" w:themeColor="text1"/>
    </w:rPr>
    <w:tblPr>
      <w:tblStyleRowBandSize w:val="1"/>
      <w:tblStyleColBandSize w:val="1"/>
      <w:tblInd w:w="0" w:type="dxa"/>
      <w:tblBorders>
        <w:top w:val="single" w:sz="8" w:space="0" w:color="000000" w:themeColor="text1"/>
        <w:left w:val="single" w:sz="8" w:space="0" w:color="000000" w:themeColor="text1"/>
        <w:bottom w:val="single" w:sz="8" w:space="0" w:color="000000" w:themeColor="text1"/>
        <w:right w:val="single" w:sz="8" w:space="0" w:color="000000" w:themeColor="text1"/>
      </w:tblBorders>
      <w:tblCellMar>
        <w:top w:w="0" w:type="dxa"/>
        <w:left w:w="108" w:type="dxa"/>
        <w:bottom w:w="0" w:type="dxa"/>
        <w:right w:w="108" w:type="dxa"/>
      </w:tblCellMar>
    </w:tblPr>
    <w:tblStylePr w:type="firstRow">
      <w:rPr>
        <w:sz w:val="24"/>
        <w:szCs w:val="24"/>
      </w:rPr>
      <w:tblPr/>
      <w:tcPr>
        <w:tcBorders>
          <w:top w:val="nil"/>
          <w:left w:val="nil"/>
          <w:bottom w:val="single" w:sz="24" w:space="0" w:color="000000" w:themeColor="text1"/>
          <w:right w:val="nil"/>
          <w:insideH w:val="nil"/>
          <w:insideV w:val="nil"/>
        </w:tcBorders>
        <w:shd w:val="clear" w:color="auto" w:fill="FFFFFF" w:themeFill="background1"/>
      </w:tcPr>
    </w:tblStylePr>
    <w:tblStylePr w:type="lastRow">
      <w:tblPr/>
      <w:tcPr>
        <w:tcBorders>
          <w:top w:val="single" w:sz="8" w:space="0" w:color="000000" w:themeColor="text1"/>
          <w:left w:val="nil"/>
          <w:bottom w:val="nil"/>
          <w:right w:val="nil"/>
          <w:insideH w:val="nil"/>
          <w:insideV w:val="nil"/>
        </w:tcBorders>
        <w:shd w:val="clear" w:color="auto" w:fill="FFFFFF" w:themeFill="background1"/>
      </w:tcPr>
    </w:tblStylePr>
    <w:tblStylePr w:type="firstCol">
      <w:tblPr/>
      <w:tcPr>
        <w:tcBorders>
          <w:top w:val="nil"/>
          <w:left w:val="nil"/>
          <w:bottom w:val="nil"/>
          <w:right w:val="single" w:sz="8" w:space="0" w:color="000000" w:themeColor="text1"/>
          <w:insideH w:val="nil"/>
          <w:insideV w:val="nil"/>
        </w:tcBorders>
        <w:shd w:val="clear" w:color="auto" w:fill="FFFFFF" w:themeFill="background1"/>
      </w:tcPr>
    </w:tblStylePr>
    <w:tblStylePr w:type="lastCol">
      <w:tblPr/>
      <w:tcPr>
        <w:tcBorders>
          <w:top w:val="nil"/>
          <w:left w:val="single" w:sz="8" w:space="0" w:color="000000" w:themeColor="text1"/>
          <w:bottom w:val="nil"/>
          <w:right w:val="nil"/>
          <w:insideH w:val="nil"/>
          <w:insideV w:val="nil"/>
        </w:tcBorders>
        <w:shd w:val="clear" w:color="auto" w:fill="FFFFFF" w:themeFill="background1"/>
      </w:tcPr>
    </w:tblStylePr>
    <w:tblStylePr w:type="band1Vert">
      <w:tblPr/>
      <w:tcPr>
        <w:tcBorders>
          <w:left w:val="nil"/>
          <w:right w:val="nil"/>
          <w:insideH w:val="nil"/>
          <w:insideV w:val="nil"/>
        </w:tcBorders>
        <w:shd w:val="clear" w:color="auto" w:fill="C0C0C0" w:themeFill="text1" w:themeFillTint="3F"/>
      </w:tcPr>
    </w:tblStylePr>
    <w:tblStylePr w:type="band1Horz">
      <w:tblPr/>
      <w:tcPr>
        <w:tcBorders>
          <w:top w:val="nil"/>
          <w:bottom w:val="nil"/>
          <w:insideH w:val="nil"/>
          <w:insideV w:val="nil"/>
        </w:tcBorders>
        <w:shd w:val="clear" w:color="auto" w:fill="C0C0C0" w:themeFill="text1" w:themeFillTint="3F"/>
      </w:tcPr>
    </w:tblStylePr>
    <w:tblStylePr w:type="nwCell">
      <w:tblPr/>
      <w:tcPr>
        <w:shd w:val="clear" w:color="auto" w:fill="FFFFFF" w:themeFill="background1"/>
      </w:tcPr>
    </w:tblStylePr>
    <w:tblStylePr w:type="swCell">
      <w:tblPr/>
      <w:tcPr>
        <w:tcBorders>
          <w:top w:val="nil"/>
        </w:tcBorders>
      </w:tcPr>
    </w:tblStylePr>
  </w:style>
  <w:style w:type="table" w:styleId="MediumList2-Accent1">
    <w:name w:val="Medium List 2 Accent 1"/>
    <w:basedOn w:val="TableNormal"/>
    <w:uiPriority w:val="66"/>
    <w:rsid w:val="00CB0664"/>
    <w:pPr>
      <w:spacing w:after="0" w:line="240" w:lineRule="auto"/>
    </w:pPr>
    <w:rPr>
      <w:rFonts w:asciiTheme="majorHAnsi" w:eastAsiaTheme="majorEastAsia" w:hAnsiTheme="majorHAnsi" w:cstheme="majorBidi"/>
      <w:color w:val="000000" w:themeColor="text1"/>
    </w:rPr>
    <w:tblPr>
      <w:tblStyleRowBandSize w:val="1"/>
      <w:tblStyleColBandSize w:val="1"/>
      <w:tblInd w:w="0" w:type="dxa"/>
      <w:tblBorders>
        <w:top w:val="single" w:sz="8" w:space="0" w:color="4F81BD" w:themeColor="accent1"/>
        <w:left w:val="single" w:sz="8" w:space="0" w:color="4F81BD" w:themeColor="accent1"/>
        <w:bottom w:val="single" w:sz="8" w:space="0" w:color="4F81BD" w:themeColor="accent1"/>
        <w:right w:val="single" w:sz="8" w:space="0" w:color="4F81BD" w:themeColor="accent1"/>
      </w:tblBorders>
      <w:tblCellMar>
        <w:top w:w="0" w:type="dxa"/>
        <w:left w:w="108" w:type="dxa"/>
        <w:bottom w:w="0" w:type="dxa"/>
        <w:right w:w="108" w:type="dxa"/>
      </w:tblCellMar>
    </w:tblPr>
    <w:tblStylePr w:type="firstRow">
      <w:rPr>
        <w:sz w:val="24"/>
        <w:szCs w:val="24"/>
      </w:rPr>
      <w:tblPr/>
      <w:tcPr>
        <w:tcBorders>
          <w:top w:val="nil"/>
          <w:left w:val="nil"/>
          <w:bottom w:val="single" w:sz="24" w:space="0" w:color="4F81BD" w:themeColor="accent1"/>
          <w:right w:val="nil"/>
          <w:insideH w:val="nil"/>
          <w:insideV w:val="nil"/>
        </w:tcBorders>
        <w:shd w:val="clear" w:color="auto" w:fill="FFFFFF" w:themeFill="background1"/>
      </w:tcPr>
    </w:tblStylePr>
    <w:tblStylePr w:type="lastRow">
      <w:tblPr/>
      <w:tcPr>
        <w:tcBorders>
          <w:top w:val="single" w:sz="8" w:space="0" w:color="4F81BD" w:themeColor="accent1"/>
          <w:left w:val="nil"/>
          <w:bottom w:val="nil"/>
          <w:right w:val="nil"/>
          <w:insideH w:val="nil"/>
          <w:insideV w:val="nil"/>
        </w:tcBorders>
        <w:shd w:val="clear" w:color="auto" w:fill="FFFFFF" w:themeFill="background1"/>
      </w:tcPr>
    </w:tblStylePr>
    <w:tblStylePr w:type="firstCol">
      <w:tblPr/>
      <w:tcPr>
        <w:tcBorders>
          <w:top w:val="nil"/>
          <w:left w:val="nil"/>
          <w:bottom w:val="nil"/>
          <w:right w:val="single" w:sz="8" w:space="0" w:color="4F81BD" w:themeColor="accent1"/>
          <w:insideH w:val="nil"/>
          <w:insideV w:val="nil"/>
        </w:tcBorders>
        <w:shd w:val="clear" w:color="auto" w:fill="FFFFFF" w:themeFill="background1"/>
      </w:tcPr>
    </w:tblStylePr>
    <w:tblStylePr w:type="lastCol">
      <w:tblPr/>
      <w:tcPr>
        <w:tcBorders>
          <w:top w:val="nil"/>
          <w:left w:val="single" w:sz="8" w:space="0" w:color="4F81BD" w:themeColor="accent1"/>
          <w:bottom w:val="nil"/>
          <w:right w:val="nil"/>
          <w:insideH w:val="nil"/>
          <w:insideV w:val="nil"/>
        </w:tcBorders>
        <w:shd w:val="clear" w:color="auto" w:fill="FFFFFF" w:themeFill="background1"/>
      </w:tcPr>
    </w:tblStylePr>
    <w:tblStylePr w:type="band1Vert">
      <w:tblPr/>
      <w:tcPr>
        <w:tcBorders>
          <w:left w:val="nil"/>
          <w:right w:val="nil"/>
          <w:insideH w:val="nil"/>
          <w:insideV w:val="nil"/>
        </w:tcBorders>
        <w:shd w:val="clear" w:color="auto" w:fill="D3DFEE" w:themeFill="accent1" w:themeFillTint="3F"/>
      </w:tcPr>
    </w:tblStylePr>
    <w:tblStylePr w:type="band1Horz">
      <w:tblPr/>
      <w:tcPr>
        <w:tcBorders>
          <w:top w:val="nil"/>
          <w:bottom w:val="nil"/>
          <w:insideH w:val="nil"/>
          <w:insideV w:val="nil"/>
        </w:tcBorders>
        <w:shd w:val="clear" w:color="auto" w:fill="D3DFEE" w:themeFill="accent1" w:themeFillTint="3F"/>
      </w:tcPr>
    </w:tblStylePr>
    <w:tblStylePr w:type="nwCell">
      <w:tblPr/>
      <w:tcPr>
        <w:shd w:val="clear" w:color="auto" w:fill="FFFFFF" w:themeFill="background1"/>
      </w:tcPr>
    </w:tblStylePr>
    <w:tblStylePr w:type="swCell">
      <w:tblPr/>
      <w:tcPr>
        <w:tcBorders>
          <w:top w:val="nil"/>
        </w:tcBorders>
      </w:tcPr>
    </w:tblStylePr>
  </w:style>
  <w:style w:type="table" w:styleId="MediumList2-Accent2">
    <w:name w:val="Medium List 2 Accent 2"/>
    <w:basedOn w:val="TableNormal"/>
    <w:uiPriority w:val="66"/>
    <w:rsid w:val="00CB0664"/>
    <w:pPr>
      <w:spacing w:after="0" w:line="240" w:lineRule="auto"/>
    </w:pPr>
    <w:rPr>
      <w:rFonts w:asciiTheme="majorHAnsi" w:eastAsiaTheme="majorEastAsia" w:hAnsiTheme="majorHAnsi" w:cstheme="majorBidi"/>
      <w:color w:val="000000" w:themeColor="text1"/>
    </w:rPr>
    <w:tblPr>
      <w:tblStyleRowBandSize w:val="1"/>
      <w:tblStyleColBandSize w:val="1"/>
      <w:tblInd w:w="0" w:type="dxa"/>
      <w:tblBorders>
        <w:top w:val="single" w:sz="8" w:space="0" w:color="C0504D" w:themeColor="accent2"/>
        <w:left w:val="single" w:sz="8" w:space="0" w:color="C0504D" w:themeColor="accent2"/>
        <w:bottom w:val="single" w:sz="8" w:space="0" w:color="C0504D" w:themeColor="accent2"/>
        <w:right w:val="single" w:sz="8" w:space="0" w:color="C0504D" w:themeColor="accent2"/>
      </w:tblBorders>
      <w:tblCellMar>
        <w:top w:w="0" w:type="dxa"/>
        <w:left w:w="108" w:type="dxa"/>
        <w:bottom w:w="0" w:type="dxa"/>
        <w:right w:w="108" w:type="dxa"/>
      </w:tblCellMar>
    </w:tblPr>
    <w:tblStylePr w:type="firstRow">
      <w:rPr>
        <w:sz w:val="24"/>
        <w:szCs w:val="24"/>
      </w:rPr>
      <w:tblPr/>
      <w:tcPr>
        <w:tcBorders>
          <w:top w:val="nil"/>
          <w:left w:val="nil"/>
          <w:bottom w:val="single" w:sz="24" w:space="0" w:color="C0504D" w:themeColor="accent2"/>
          <w:right w:val="nil"/>
          <w:insideH w:val="nil"/>
          <w:insideV w:val="nil"/>
        </w:tcBorders>
        <w:shd w:val="clear" w:color="auto" w:fill="FFFFFF" w:themeFill="background1"/>
      </w:tcPr>
    </w:tblStylePr>
    <w:tblStylePr w:type="lastRow">
      <w:tblPr/>
      <w:tcPr>
        <w:tcBorders>
          <w:top w:val="single" w:sz="8" w:space="0" w:color="C0504D" w:themeColor="accent2"/>
          <w:left w:val="nil"/>
          <w:bottom w:val="nil"/>
          <w:right w:val="nil"/>
          <w:insideH w:val="nil"/>
          <w:insideV w:val="nil"/>
        </w:tcBorders>
        <w:shd w:val="clear" w:color="auto" w:fill="FFFFFF" w:themeFill="background1"/>
      </w:tcPr>
    </w:tblStylePr>
    <w:tblStylePr w:type="firstCol">
      <w:tblPr/>
      <w:tcPr>
        <w:tcBorders>
          <w:top w:val="nil"/>
          <w:left w:val="nil"/>
          <w:bottom w:val="nil"/>
          <w:right w:val="single" w:sz="8" w:space="0" w:color="C0504D" w:themeColor="accent2"/>
          <w:insideH w:val="nil"/>
          <w:insideV w:val="nil"/>
        </w:tcBorders>
        <w:shd w:val="clear" w:color="auto" w:fill="FFFFFF" w:themeFill="background1"/>
      </w:tcPr>
    </w:tblStylePr>
    <w:tblStylePr w:type="lastCol">
      <w:tblPr/>
      <w:tcPr>
        <w:tcBorders>
          <w:top w:val="nil"/>
          <w:left w:val="single" w:sz="8" w:space="0" w:color="C0504D" w:themeColor="accent2"/>
          <w:bottom w:val="nil"/>
          <w:right w:val="nil"/>
          <w:insideH w:val="nil"/>
          <w:insideV w:val="nil"/>
        </w:tcBorders>
        <w:shd w:val="clear" w:color="auto" w:fill="FFFFFF" w:themeFill="background1"/>
      </w:tcPr>
    </w:tblStylePr>
    <w:tblStylePr w:type="band1Vert">
      <w:tblPr/>
      <w:tcPr>
        <w:tcBorders>
          <w:left w:val="nil"/>
          <w:right w:val="nil"/>
          <w:insideH w:val="nil"/>
          <w:insideV w:val="nil"/>
        </w:tcBorders>
        <w:shd w:val="clear" w:color="auto" w:fill="EFD3D2" w:themeFill="accent2" w:themeFillTint="3F"/>
      </w:tcPr>
    </w:tblStylePr>
    <w:tblStylePr w:type="band1Horz">
      <w:tblPr/>
      <w:tcPr>
        <w:tcBorders>
          <w:top w:val="nil"/>
          <w:bottom w:val="nil"/>
          <w:insideH w:val="nil"/>
          <w:insideV w:val="nil"/>
        </w:tcBorders>
        <w:shd w:val="clear" w:color="auto" w:fill="EFD3D2" w:themeFill="accent2" w:themeFillTint="3F"/>
      </w:tcPr>
    </w:tblStylePr>
    <w:tblStylePr w:type="nwCell">
      <w:tblPr/>
      <w:tcPr>
        <w:shd w:val="clear" w:color="auto" w:fill="FFFFFF" w:themeFill="background1"/>
      </w:tcPr>
    </w:tblStylePr>
    <w:tblStylePr w:type="swCell">
      <w:tblPr/>
      <w:tcPr>
        <w:tcBorders>
          <w:top w:val="nil"/>
        </w:tcBorders>
      </w:tcPr>
    </w:tblStylePr>
  </w:style>
  <w:style w:type="table" w:styleId="MediumList2-Accent3">
    <w:name w:val="Medium List 2 Accent 3"/>
    <w:basedOn w:val="TableNormal"/>
    <w:uiPriority w:val="66"/>
    <w:rsid w:val="00CB0664"/>
    <w:pPr>
      <w:spacing w:after="0" w:line="240" w:lineRule="auto"/>
    </w:pPr>
    <w:rPr>
      <w:rFonts w:asciiTheme="majorHAnsi" w:eastAsiaTheme="majorEastAsia" w:hAnsiTheme="majorHAnsi" w:cstheme="majorBidi"/>
      <w:color w:val="000000" w:themeColor="text1"/>
    </w:rPr>
    <w:tblPr>
      <w:tblStyleRowBandSize w:val="1"/>
      <w:tblStyleColBandSize w:val="1"/>
      <w:tblInd w:w="0" w:type="dxa"/>
      <w:tblBorders>
        <w:top w:val="single" w:sz="8" w:space="0" w:color="9BBB59" w:themeColor="accent3"/>
        <w:left w:val="single" w:sz="8" w:space="0" w:color="9BBB59" w:themeColor="accent3"/>
        <w:bottom w:val="single" w:sz="8" w:space="0" w:color="9BBB59" w:themeColor="accent3"/>
        <w:right w:val="single" w:sz="8" w:space="0" w:color="9BBB59" w:themeColor="accent3"/>
      </w:tblBorders>
      <w:tblCellMar>
        <w:top w:w="0" w:type="dxa"/>
        <w:left w:w="108" w:type="dxa"/>
        <w:bottom w:w="0" w:type="dxa"/>
        <w:right w:w="108" w:type="dxa"/>
      </w:tblCellMar>
    </w:tblPr>
    <w:tblStylePr w:type="firstRow">
      <w:rPr>
        <w:sz w:val="24"/>
        <w:szCs w:val="24"/>
      </w:rPr>
      <w:tblPr/>
      <w:tcPr>
        <w:tcBorders>
          <w:top w:val="nil"/>
          <w:left w:val="nil"/>
          <w:bottom w:val="single" w:sz="24" w:space="0" w:color="9BBB59" w:themeColor="accent3"/>
          <w:right w:val="nil"/>
          <w:insideH w:val="nil"/>
          <w:insideV w:val="nil"/>
        </w:tcBorders>
        <w:shd w:val="clear" w:color="auto" w:fill="FFFFFF" w:themeFill="background1"/>
      </w:tcPr>
    </w:tblStylePr>
    <w:tblStylePr w:type="lastRow">
      <w:tblPr/>
      <w:tcPr>
        <w:tcBorders>
          <w:top w:val="single" w:sz="8" w:space="0" w:color="9BBB59" w:themeColor="accent3"/>
          <w:left w:val="nil"/>
          <w:bottom w:val="nil"/>
          <w:right w:val="nil"/>
          <w:insideH w:val="nil"/>
          <w:insideV w:val="nil"/>
        </w:tcBorders>
        <w:shd w:val="clear" w:color="auto" w:fill="FFFFFF" w:themeFill="background1"/>
      </w:tcPr>
    </w:tblStylePr>
    <w:tblStylePr w:type="firstCol">
      <w:tblPr/>
      <w:tcPr>
        <w:tcBorders>
          <w:top w:val="nil"/>
          <w:left w:val="nil"/>
          <w:bottom w:val="nil"/>
          <w:right w:val="single" w:sz="8" w:space="0" w:color="9BBB59" w:themeColor="accent3"/>
          <w:insideH w:val="nil"/>
          <w:insideV w:val="nil"/>
        </w:tcBorders>
        <w:shd w:val="clear" w:color="auto" w:fill="FFFFFF" w:themeFill="background1"/>
      </w:tcPr>
    </w:tblStylePr>
    <w:tblStylePr w:type="lastCol">
      <w:tblPr/>
      <w:tcPr>
        <w:tcBorders>
          <w:top w:val="nil"/>
          <w:left w:val="single" w:sz="8" w:space="0" w:color="9BBB59" w:themeColor="accent3"/>
          <w:bottom w:val="nil"/>
          <w:right w:val="nil"/>
          <w:insideH w:val="nil"/>
          <w:insideV w:val="nil"/>
        </w:tcBorders>
        <w:shd w:val="clear" w:color="auto" w:fill="FFFFFF" w:themeFill="background1"/>
      </w:tcPr>
    </w:tblStylePr>
    <w:tblStylePr w:type="band1Vert">
      <w:tblPr/>
      <w:tcPr>
        <w:tcBorders>
          <w:left w:val="nil"/>
          <w:right w:val="nil"/>
          <w:insideH w:val="nil"/>
          <w:insideV w:val="nil"/>
        </w:tcBorders>
        <w:shd w:val="clear" w:color="auto" w:fill="E6EED5" w:themeFill="accent3" w:themeFillTint="3F"/>
      </w:tcPr>
    </w:tblStylePr>
    <w:tblStylePr w:type="band1Horz">
      <w:tblPr/>
      <w:tcPr>
        <w:tcBorders>
          <w:top w:val="nil"/>
          <w:bottom w:val="nil"/>
          <w:insideH w:val="nil"/>
          <w:insideV w:val="nil"/>
        </w:tcBorders>
        <w:shd w:val="clear" w:color="auto" w:fill="E6EED5" w:themeFill="accent3" w:themeFillTint="3F"/>
      </w:tcPr>
    </w:tblStylePr>
    <w:tblStylePr w:type="nwCell">
      <w:tblPr/>
      <w:tcPr>
        <w:shd w:val="clear" w:color="auto" w:fill="FFFFFF" w:themeFill="background1"/>
      </w:tcPr>
    </w:tblStylePr>
    <w:tblStylePr w:type="swCell">
      <w:tblPr/>
      <w:tcPr>
        <w:tcBorders>
          <w:top w:val="nil"/>
        </w:tcBorders>
      </w:tcPr>
    </w:tblStylePr>
  </w:style>
  <w:style w:type="table" w:styleId="MediumList2-Accent4">
    <w:name w:val="Medium List 2 Accent 4"/>
    <w:basedOn w:val="TableNormal"/>
    <w:uiPriority w:val="66"/>
    <w:rsid w:val="00CB0664"/>
    <w:pPr>
      <w:spacing w:after="0" w:line="240" w:lineRule="auto"/>
    </w:pPr>
    <w:rPr>
      <w:rFonts w:asciiTheme="majorHAnsi" w:eastAsiaTheme="majorEastAsia" w:hAnsiTheme="majorHAnsi" w:cstheme="majorBidi"/>
      <w:color w:val="000000" w:themeColor="text1"/>
    </w:rPr>
    <w:tblPr>
      <w:tblStyleRowBandSize w:val="1"/>
      <w:tblStyleColBandSize w:val="1"/>
      <w:tblInd w:w="0" w:type="dxa"/>
      <w:tblBorders>
        <w:top w:val="single" w:sz="8" w:space="0" w:color="8064A2" w:themeColor="accent4"/>
        <w:left w:val="single" w:sz="8" w:space="0" w:color="8064A2" w:themeColor="accent4"/>
        <w:bottom w:val="single" w:sz="8" w:space="0" w:color="8064A2" w:themeColor="accent4"/>
        <w:right w:val="single" w:sz="8" w:space="0" w:color="8064A2" w:themeColor="accent4"/>
      </w:tblBorders>
      <w:tblCellMar>
        <w:top w:w="0" w:type="dxa"/>
        <w:left w:w="108" w:type="dxa"/>
        <w:bottom w:w="0" w:type="dxa"/>
        <w:right w:w="108" w:type="dxa"/>
      </w:tblCellMar>
    </w:tblPr>
    <w:tblStylePr w:type="firstRow">
      <w:rPr>
        <w:sz w:val="24"/>
        <w:szCs w:val="24"/>
      </w:rPr>
      <w:tblPr/>
      <w:tcPr>
        <w:tcBorders>
          <w:top w:val="nil"/>
          <w:left w:val="nil"/>
          <w:bottom w:val="single" w:sz="24" w:space="0" w:color="8064A2" w:themeColor="accent4"/>
          <w:right w:val="nil"/>
          <w:insideH w:val="nil"/>
          <w:insideV w:val="nil"/>
        </w:tcBorders>
        <w:shd w:val="clear" w:color="auto" w:fill="FFFFFF" w:themeFill="background1"/>
      </w:tcPr>
    </w:tblStylePr>
    <w:tblStylePr w:type="lastRow">
      <w:tblPr/>
      <w:tcPr>
        <w:tcBorders>
          <w:top w:val="single" w:sz="8" w:space="0" w:color="8064A2" w:themeColor="accent4"/>
          <w:left w:val="nil"/>
          <w:bottom w:val="nil"/>
          <w:right w:val="nil"/>
          <w:insideH w:val="nil"/>
          <w:insideV w:val="nil"/>
        </w:tcBorders>
        <w:shd w:val="clear" w:color="auto" w:fill="FFFFFF" w:themeFill="background1"/>
      </w:tcPr>
    </w:tblStylePr>
    <w:tblStylePr w:type="firstCol">
      <w:tblPr/>
      <w:tcPr>
        <w:tcBorders>
          <w:top w:val="nil"/>
          <w:left w:val="nil"/>
          <w:bottom w:val="nil"/>
          <w:right w:val="single" w:sz="8" w:space="0" w:color="8064A2" w:themeColor="accent4"/>
          <w:insideH w:val="nil"/>
          <w:insideV w:val="nil"/>
        </w:tcBorders>
        <w:shd w:val="clear" w:color="auto" w:fill="FFFFFF" w:themeFill="background1"/>
      </w:tcPr>
    </w:tblStylePr>
    <w:tblStylePr w:type="lastCol">
      <w:tblPr/>
      <w:tcPr>
        <w:tcBorders>
          <w:top w:val="nil"/>
          <w:left w:val="single" w:sz="8" w:space="0" w:color="8064A2" w:themeColor="accent4"/>
          <w:bottom w:val="nil"/>
          <w:right w:val="nil"/>
          <w:insideH w:val="nil"/>
          <w:insideV w:val="nil"/>
        </w:tcBorders>
        <w:shd w:val="clear" w:color="auto" w:fill="FFFFFF" w:themeFill="background1"/>
      </w:tcPr>
    </w:tblStylePr>
    <w:tblStylePr w:type="band1Vert">
      <w:tblPr/>
      <w:tcPr>
        <w:tcBorders>
          <w:left w:val="nil"/>
          <w:right w:val="nil"/>
          <w:insideH w:val="nil"/>
          <w:insideV w:val="nil"/>
        </w:tcBorders>
        <w:shd w:val="clear" w:color="auto" w:fill="DFD8E8" w:themeFill="accent4" w:themeFillTint="3F"/>
      </w:tcPr>
    </w:tblStylePr>
    <w:tblStylePr w:type="band1Horz">
      <w:tblPr/>
      <w:tcPr>
        <w:tcBorders>
          <w:top w:val="nil"/>
          <w:bottom w:val="nil"/>
          <w:insideH w:val="nil"/>
          <w:insideV w:val="nil"/>
        </w:tcBorders>
        <w:shd w:val="clear" w:color="auto" w:fill="DFD8E8" w:themeFill="accent4" w:themeFillTint="3F"/>
      </w:tcPr>
    </w:tblStylePr>
    <w:tblStylePr w:type="nwCell">
      <w:tblPr/>
      <w:tcPr>
        <w:shd w:val="clear" w:color="auto" w:fill="FFFFFF" w:themeFill="background1"/>
      </w:tcPr>
    </w:tblStylePr>
    <w:tblStylePr w:type="swCell">
      <w:tblPr/>
      <w:tcPr>
        <w:tcBorders>
          <w:top w:val="nil"/>
        </w:tcBorders>
      </w:tcPr>
    </w:tblStylePr>
  </w:style>
  <w:style w:type="table" w:styleId="MediumList2-Accent5">
    <w:name w:val="Medium List 2 Accent 5"/>
    <w:basedOn w:val="TableNormal"/>
    <w:uiPriority w:val="66"/>
    <w:rsid w:val="00CB0664"/>
    <w:pPr>
      <w:spacing w:after="0" w:line="240" w:lineRule="auto"/>
    </w:pPr>
    <w:rPr>
      <w:rFonts w:asciiTheme="majorHAnsi" w:eastAsiaTheme="majorEastAsia" w:hAnsiTheme="majorHAnsi" w:cstheme="majorBidi"/>
      <w:color w:val="000000" w:themeColor="text1"/>
    </w:rPr>
    <w:tblPr>
      <w:tblStyleRowBandSize w:val="1"/>
      <w:tblStyleColBandSize w:val="1"/>
      <w:tblInd w:w="0" w:type="dxa"/>
      <w:tblBorders>
        <w:top w:val="single" w:sz="8" w:space="0" w:color="4BACC6" w:themeColor="accent5"/>
        <w:left w:val="single" w:sz="8" w:space="0" w:color="4BACC6" w:themeColor="accent5"/>
        <w:bottom w:val="single" w:sz="8" w:space="0" w:color="4BACC6" w:themeColor="accent5"/>
        <w:right w:val="single" w:sz="8" w:space="0" w:color="4BACC6" w:themeColor="accent5"/>
      </w:tblBorders>
      <w:tblCellMar>
        <w:top w:w="0" w:type="dxa"/>
        <w:left w:w="108" w:type="dxa"/>
        <w:bottom w:w="0" w:type="dxa"/>
        <w:right w:w="108" w:type="dxa"/>
      </w:tblCellMar>
    </w:tblPr>
    <w:tblStylePr w:type="firstRow">
      <w:rPr>
        <w:sz w:val="24"/>
        <w:szCs w:val="24"/>
      </w:rPr>
      <w:tblPr/>
      <w:tcPr>
        <w:tcBorders>
          <w:top w:val="nil"/>
          <w:left w:val="nil"/>
          <w:bottom w:val="single" w:sz="24" w:space="0" w:color="4BACC6" w:themeColor="accent5"/>
          <w:right w:val="nil"/>
          <w:insideH w:val="nil"/>
          <w:insideV w:val="nil"/>
        </w:tcBorders>
        <w:shd w:val="clear" w:color="auto" w:fill="FFFFFF" w:themeFill="background1"/>
      </w:tcPr>
    </w:tblStylePr>
    <w:tblStylePr w:type="lastRow">
      <w:tblPr/>
      <w:tcPr>
        <w:tcBorders>
          <w:top w:val="single" w:sz="8" w:space="0" w:color="4BACC6" w:themeColor="accent5"/>
          <w:left w:val="nil"/>
          <w:bottom w:val="nil"/>
          <w:right w:val="nil"/>
          <w:insideH w:val="nil"/>
          <w:insideV w:val="nil"/>
        </w:tcBorders>
        <w:shd w:val="clear" w:color="auto" w:fill="FFFFFF" w:themeFill="background1"/>
      </w:tcPr>
    </w:tblStylePr>
    <w:tblStylePr w:type="firstCol">
      <w:tblPr/>
      <w:tcPr>
        <w:tcBorders>
          <w:top w:val="nil"/>
          <w:left w:val="nil"/>
          <w:bottom w:val="nil"/>
          <w:right w:val="single" w:sz="8" w:space="0" w:color="4BACC6" w:themeColor="accent5"/>
          <w:insideH w:val="nil"/>
          <w:insideV w:val="nil"/>
        </w:tcBorders>
        <w:shd w:val="clear" w:color="auto" w:fill="FFFFFF" w:themeFill="background1"/>
      </w:tcPr>
    </w:tblStylePr>
    <w:tblStylePr w:type="lastCol">
      <w:tblPr/>
      <w:tcPr>
        <w:tcBorders>
          <w:top w:val="nil"/>
          <w:left w:val="single" w:sz="8" w:space="0" w:color="4BACC6" w:themeColor="accent5"/>
          <w:bottom w:val="nil"/>
          <w:right w:val="nil"/>
          <w:insideH w:val="nil"/>
          <w:insideV w:val="nil"/>
        </w:tcBorders>
        <w:shd w:val="clear" w:color="auto" w:fill="FFFFFF" w:themeFill="background1"/>
      </w:tcPr>
    </w:tblStylePr>
    <w:tblStylePr w:type="band1Vert">
      <w:tblPr/>
      <w:tcPr>
        <w:tcBorders>
          <w:left w:val="nil"/>
          <w:right w:val="nil"/>
          <w:insideH w:val="nil"/>
          <w:insideV w:val="nil"/>
        </w:tcBorders>
        <w:shd w:val="clear" w:color="auto" w:fill="D2EAF1" w:themeFill="accent5" w:themeFillTint="3F"/>
      </w:tcPr>
    </w:tblStylePr>
    <w:tblStylePr w:type="band1Horz">
      <w:tblPr/>
      <w:tcPr>
        <w:tcBorders>
          <w:top w:val="nil"/>
          <w:bottom w:val="nil"/>
          <w:insideH w:val="nil"/>
          <w:insideV w:val="nil"/>
        </w:tcBorders>
        <w:shd w:val="clear" w:color="auto" w:fill="D2EAF1" w:themeFill="accent5" w:themeFillTint="3F"/>
      </w:tcPr>
    </w:tblStylePr>
    <w:tblStylePr w:type="nwCell">
      <w:tblPr/>
      <w:tcPr>
        <w:shd w:val="clear" w:color="auto" w:fill="FFFFFF" w:themeFill="background1"/>
      </w:tcPr>
    </w:tblStylePr>
    <w:tblStylePr w:type="swCell">
      <w:tblPr/>
      <w:tcPr>
        <w:tcBorders>
          <w:top w:val="nil"/>
        </w:tcBorders>
      </w:tcPr>
    </w:tblStylePr>
  </w:style>
  <w:style w:type="table" w:styleId="MediumList2-Accent6">
    <w:name w:val="Medium List 2 Accent 6"/>
    <w:basedOn w:val="TableNormal"/>
    <w:uiPriority w:val="66"/>
    <w:rsid w:val="00CB0664"/>
    <w:pPr>
      <w:spacing w:after="0" w:line="240" w:lineRule="auto"/>
    </w:pPr>
    <w:rPr>
      <w:rFonts w:asciiTheme="majorHAnsi" w:eastAsiaTheme="majorEastAsia" w:hAnsiTheme="majorHAnsi" w:cstheme="majorBidi"/>
      <w:color w:val="000000" w:themeColor="text1"/>
    </w:rPr>
    <w:tblPr>
      <w:tblStyleRowBandSize w:val="1"/>
      <w:tblStyleColBandSize w:val="1"/>
      <w:tblInd w:w="0" w:type="dxa"/>
      <w:tblBorders>
        <w:top w:val="single" w:sz="8" w:space="0" w:color="F79646" w:themeColor="accent6"/>
        <w:left w:val="single" w:sz="8" w:space="0" w:color="F79646" w:themeColor="accent6"/>
        <w:bottom w:val="single" w:sz="8" w:space="0" w:color="F79646" w:themeColor="accent6"/>
        <w:right w:val="single" w:sz="8" w:space="0" w:color="F79646" w:themeColor="accent6"/>
      </w:tblBorders>
      <w:tblCellMar>
        <w:top w:w="0" w:type="dxa"/>
        <w:left w:w="108" w:type="dxa"/>
        <w:bottom w:w="0" w:type="dxa"/>
        <w:right w:w="108" w:type="dxa"/>
      </w:tblCellMar>
    </w:tblPr>
    <w:tblStylePr w:type="firstRow">
      <w:rPr>
        <w:sz w:val="24"/>
        <w:szCs w:val="24"/>
      </w:rPr>
      <w:tblPr/>
      <w:tcPr>
        <w:tcBorders>
          <w:top w:val="nil"/>
          <w:left w:val="nil"/>
          <w:bottom w:val="single" w:sz="24" w:space="0" w:color="F79646" w:themeColor="accent6"/>
          <w:right w:val="nil"/>
          <w:insideH w:val="nil"/>
          <w:insideV w:val="nil"/>
        </w:tcBorders>
        <w:shd w:val="clear" w:color="auto" w:fill="FFFFFF" w:themeFill="background1"/>
      </w:tcPr>
    </w:tblStylePr>
    <w:tblStylePr w:type="lastRow">
      <w:tblPr/>
      <w:tcPr>
        <w:tcBorders>
          <w:top w:val="single" w:sz="8" w:space="0" w:color="F79646" w:themeColor="accent6"/>
          <w:left w:val="nil"/>
          <w:bottom w:val="nil"/>
          <w:right w:val="nil"/>
          <w:insideH w:val="nil"/>
          <w:insideV w:val="nil"/>
        </w:tcBorders>
        <w:shd w:val="clear" w:color="auto" w:fill="FFFFFF" w:themeFill="background1"/>
      </w:tcPr>
    </w:tblStylePr>
    <w:tblStylePr w:type="firstCol">
      <w:tblPr/>
      <w:tcPr>
        <w:tcBorders>
          <w:top w:val="nil"/>
          <w:left w:val="nil"/>
          <w:bottom w:val="nil"/>
          <w:right w:val="single" w:sz="8" w:space="0" w:color="F79646" w:themeColor="accent6"/>
          <w:insideH w:val="nil"/>
          <w:insideV w:val="nil"/>
        </w:tcBorders>
        <w:shd w:val="clear" w:color="auto" w:fill="FFFFFF" w:themeFill="background1"/>
      </w:tcPr>
    </w:tblStylePr>
    <w:tblStylePr w:type="lastCol">
      <w:tblPr/>
      <w:tcPr>
        <w:tcBorders>
          <w:top w:val="nil"/>
          <w:left w:val="single" w:sz="8" w:space="0" w:color="F79646" w:themeColor="accent6"/>
          <w:bottom w:val="nil"/>
          <w:right w:val="nil"/>
          <w:insideH w:val="nil"/>
          <w:insideV w:val="nil"/>
        </w:tcBorders>
        <w:shd w:val="clear" w:color="auto" w:fill="FFFFFF" w:themeFill="background1"/>
      </w:tcPr>
    </w:tblStylePr>
    <w:tblStylePr w:type="band1Vert">
      <w:tblPr/>
      <w:tcPr>
        <w:tcBorders>
          <w:left w:val="nil"/>
          <w:right w:val="nil"/>
          <w:insideH w:val="nil"/>
          <w:insideV w:val="nil"/>
        </w:tcBorders>
        <w:shd w:val="clear" w:color="auto" w:fill="FDE4D0" w:themeFill="accent6" w:themeFillTint="3F"/>
      </w:tcPr>
    </w:tblStylePr>
    <w:tblStylePr w:type="band1Horz">
      <w:tblPr/>
      <w:tcPr>
        <w:tcBorders>
          <w:top w:val="nil"/>
          <w:bottom w:val="nil"/>
          <w:insideH w:val="nil"/>
          <w:insideV w:val="nil"/>
        </w:tcBorders>
        <w:shd w:val="clear" w:color="auto" w:fill="FDE4D0" w:themeFill="accent6" w:themeFillTint="3F"/>
      </w:tcPr>
    </w:tblStylePr>
    <w:tblStylePr w:type="nwCell">
      <w:tblPr/>
      <w:tcPr>
        <w:shd w:val="clear" w:color="auto" w:fill="FFFFFF" w:themeFill="background1"/>
      </w:tcPr>
    </w:tblStylePr>
    <w:tblStylePr w:type="swCell">
      <w:tblPr/>
      <w:tcPr>
        <w:tcBorders>
          <w:top w:val="nil"/>
        </w:tcBorders>
      </w:tcPr>
    </w:tblStylePr>
  </w:style>
  <w:style w:type="table" w:styleId="MediumGrid1">
    <w:name w:val="Medium Grid 1"/>
    <w:basedOn w:val="TableNormal"/>
    <w:uiPriority w:val="67"/>
    <w:rsid w:val="00CB0664"/>
    <w:pPr>
      <w:spacing w:after="0" w:line="240" w:lineRule="auto"/>
    </w:pPr>
    <w:tblPr>
      <w:tblStyleRowBandSize w:val="1"/>
      <w:tblStyleColBandSize w:val="1"/>
      <w:tblInd w:w="0" w:type="dxa"/>
      <w:tblBorders>
        <w:top w:val="single" w:sz="8" w:space="0" w:color="404040" w:themeColor="text1" w:themeTint="BF"/>
        <w:left w:val="single" w:sz="8" w:space="0" w:color="404040" w:themeColor="text1" w:themeTint="BF"/>
        <w:bottom w:val="single" w:sz="8" w:space="0" w:color="404040" w:themeColor="text1" w:themeTint="BF"/>
        <w:right w:val="single" w:sz="8" w:space="0" w:color="404040" w:themeColor="text1" w:themeTint="BF"/>
        <w:insideH w:val="single" w:sz="8" w:space="0" w:color="404040" w:themeColor="text1" w:themeTint="BF"/>
        <w:insideV w:val="single" w:sz="8" w:space="0" w:color="404040" w:themeColor="text1" w:themeTint="BF"/>
      </w:tblBorders>
      <w:tblCellMar>
        <w:top w:w="0" w:type="dxa"/>
        <w:left w:w="108" w:type="dxa"/>
        <w:bottom w:w="0" w:type="dxa"/>
        <w:right w:w="108" w:type="dxa"/>
      </w:tblCellMar>
    </w:tblPr>
    <w:tcPr>
      <w:shd w:val="clear" w:color="auto" w:fill="C0C0C0" w:themeFill="text1" w:themeFillTint="3F"/>
    </w:tcPr>
    <w:tblStylePr w:type="firstRow">
      <w:rPr>
        <w:b/>
        <w:bCs/>
      </w:rPr>
    </w:tblStylePr>
    <w:tblStylePr w:type="lastRow">
      <w:rPr>
        <w:b/>
        <w:bCs/>
      </w:rPr>
      <w:tblPr/>
      <w:tcPr>
        <w:tcBorders>
          <w:top w:val="single" w:sz="18" w:space="0" w:color="404040" w:themeColor="text1" w:themeTint="BF"/>
        </w:tcBorders>
      </w:tcPr>
    </w:tblStylePr>
    <w:tblStylePr w:type="firstCol">
      <w:rPr>
        <w:b/>
        <w:bCs/>
      </w:rPr>
    </w:tblStylePr>
    <w:tblStylePr w:type="lastCol">
      <w:rPr>
        <w:b/>
        <w:bCs/>
      </w:rPr>
    </w:tblStylePr>
    <w:tblStylePr w:type="band1Vert">
      <w:tblPr/>
      <w:tcPr>
        <w:shd w:val="clear" w:color="auto" w:fill="808080" w:themeFill="text1" w:themeFillTint="7F"/>
      </w:tcPr>
    </w:tblStylePr>
    <w:tblStylePr w:type="band1Horz">
      <w:tblPr/>
      <w:tcPr>
        <w:shd w:val="clear" w:color="auto" w:fill="808080" w:themeFill="text1" w:themeFillTint="7F"/>
      </w:tcPr>
    </w:tblStylePr>
  </w:style>
  <w:style w:type="table" w:styleId="MediumGrid1-Accent1">
    <w:name w:val="Medium Grid 1 Accent 1"/>
    <w:basedOn w:val="TableNormal"/>
    <w:uiPriority w:val="67"/>
    <w:rsid w:val="00CB0664"/>
    <w:pPr>
      <w:spacing w:after="0" w:line="240" w:lineRule="auto"/>
    </w:pPr>
    <w:tblPr>
      <w:tblStyleRowBandSize w:val="1"/>
      <w:tblStyleColBandSize w:val="1"/>
      <w:tblInd w:w="0" w:type="dxa"/>
      <w:tblBorders>
        <w:top w:val="single" w:sz="8" w:space="0" w:color="7BA0CD" w:themeColor="accent1" w:themeTint="BF"/>
        <w:left w:val="single" w:sz="8" w:space="0" w:color="7BA0CD" w:themeColor="accent1" w:themeTint="BF"/>
        <w:bottom w:val="single" w:sz="8" w:space="0" w:color="7BA0CD" w:themeColor="accent1" w:themeTint="BF"/>
        <w:right w:val="single" w:sz="8" w:space="0" w:color="7BA0CD" w:themeColor="accent1" w:themeTint="BF"/>
        <w:insideH w:val="single" w:sz="8" w:space="0" w:color="7BA0CD" w:themeColor="accent1" w:themeTint="BF"/>
        <w:insideV w:val="single" w:sz="8" w:space="0" w:color="7BA0CD" w:themeColor="accent1" w:themeTint="BF"/>
      </w:tblBorders>
      <w:tblCellMar>
        <w:top w:w="0" w:type="dxa"/>
        <w:left w:w="108" w:type="dxa"/>
        <w:bottom w:w="0" w:type="dxa"/>
        <w:right w:w="108" w:type="dxa"/>
      </w:tblCellMar>
    </w:tblPr>
    <w:tcPr>
      <w:shd w:val="clear" w:color="auto" w:fill="D3DFEE" w:themeFill="accent1" w:themeFillTint="3F"/>
    </w:tcPr>
    <w:tblStylePr w:type="firstRow">
      <w:rPr>
        <w:b/>
        <w:bCs/>
      </w:rPr>
    </w:tblStylePr>
    <w:tblStylePr w:type="lastRow">
      <w:rPr>
        <w:b/>
        <w:bCs/>
      </w:rPr>
      <w:tblPr/>
      <w:tcPr>
        <w:tcBorders>
          <w:top w:val="single" w:sz="18" w:space="0" w:color="7BA0CD" w:themeColor="accent1" w:themeTint="BF"/>
        </w:tcBorders>
      </w:tcPr>
    </w:tblStylePr>
    <w:tblStylePr w:type="firstCol">
      <w:rPr>
        <w:b/>
        <w:bCs/>
      </w:rPr>
    </w:tblStylePr>
    <w:tblStylePr w:type="lastCol">
      <w:rPr>
        <w:b/>
        <w:bCs/>
      </w:rPr>
    </w:tblStylePr>
    <w:tblStylePr w:type="band1Vert">
      <w:tblPr/>
      <w:tcPr>
        <w:shd w:val="clear" w:color="auto" w:fill="A7BFDE" w:themeFill="accent1" w:themeFillTint="7F"/>
      </w:tcPr>
    </w:tblStylePr>
    <w:tblStylePr w:type="band1Horz">
      <w:tblPr/>
      <w:tcPr>
        <w:shd w:val="clear" w:color="auto" w:fill="A7BFDE" w:themeFill="accent1" w:themeFillTint="7F"/>
      </w:tcPr>
    </w:tblStylePr>
  </w:style>
  <w:style w:type="table" w:styleId="MediumGrid1-Accent2">
    <w:name w:val="Medium Grid 1 Accent 2"/>
    <w:basedOn w:val="TableNormal"/>
    <w:uiPriority w:val="67"/>
    <w:rsid w:val="00CB0664"/>
    <w:pPr>
      <w:spacing w:after="0" w:line="240" w:lineRule="auto"/>
    </w:pPr>
    <w:tblPr>
      <w:tblStyleRowBandSize w:val="1"/>
      <w:tblStyleColBandSize w:val="1"/>
      <w:tblInd w:w="0" w:type="dxa"/>
      <w:tblBorders>
        <w:top w:val="single" w:sz="8" w:space="0" w:color="CF7B79" w:themeColor="accent2" w:themeTint="BF"/>
        <w:left w:val="single" w:sz="8" w:space="0" w:color="CF7B79" w:themeColor="accent2" w:themeTint="BF"/>
        <w:bottom w:val="single" w:sz="8" w:space="0" w:color="CF7B79" w:themeColor="accent2" w:themeTint="BF"/>
        <w:right w:val="single" w:sz="8" w:space="0" w:color="CF7B79" w:themeColor="accent2" w:themeTint="BF"/>
        <w:insideH w:val="single" w:sz="8" w:space="0" w:color="CF7B79" w:themeColor="accent2" w:themeTint="BF"/>
        <w:insideV w:val="single" w:sz="8" w:space="0" w:color="CF7B79" w:themeColor="accent2" w:themeTint="BF"/>
      </w:tblBorders>
      <w:tblCellMar>
        <w:top w:w="0" w:type="dxa"/>
        <w:left w:w="108" w:type="dxa"/>
        <w:bottom w:w="0" w:type="dxa"/>
        <w:right w:w="108" w:type="dxa"/>
      </w:tblCellMar>
    </w:tblPr>
    <w:tcPr>
      <w:shd w:val="clear" w:color="auto" w:fill="EFD3D2" w:themeFill="accent2" w:themeFillTint="3F"/>
    </w:tcPr>
    <w:tblStylePr w:type="firstRow">
      <w:rPr>
        <w:b/>
        <w:bCs/>
      </w:rPr>
    </w:tblStylePr>
    <w:tblStylePr w:type="lastRow">
      <w:rPr>
        <w:b/>
        <w:bCs/>
      </w:rPr>
      <w:tblPr/>
      <w:tcPr>
        <w:tcBorders>
          <w:top w:val="single" w:sz="18" w:space="0" w:color="CF7B79" w:themeColor="accent2" w:themeTint="BF"/>
        </w:tcBorders>
      </w:tcPr>
    </w:tblStylePr>
    <w:tblStylePr w:type="firstCol">
      <w:rPr>
        <w:b/>
        <w:bCs/>
      </w:rPr>
    </w:tblStylePr>
    <w:tblStylePr w:type="lastCol">
      <w:rPr>
        <w:b/>
        <w:bCs/>
      </w:rPr>
    </w:tblStylePr>
    <w:tblStylePr w:type="band1Vert">
      <w:tblPr/>
      <w:tcPr>
        <w:shd w:val="clear" w:color="auto" w:fill="DFA7A6" w:themeFill="accent2" w:themeFillTint="7F"/>
      </w:tcPr>
    </w:tblStylePr>
    <w:tblStylePr w:type="band1Horz">
      <w:tblPr/>
      <w:tcPr>
        <w:shd w:val="clear" w:color="auto" w:fill="DFA7A6" w:themeFill="accent2" w:themeFillTint="7F"/>
      </w:tcPr>
    </w:tblStylePr>
  </w:style>
  <w:style w:type="table" w:styleId="MediumGrid1-Accent3">
    <w:name w:val="Medium Grid 1 Accent 3"/>
    <w:basedOn w:val="TableNormal"/>
    <w:uiPriority w:val="67"/>
    <w:rsid w:val="00CB0664"/>
    <w:pPr>
      <w:spacing w:after="0" w:line="240" w:lineRule="auto"/>
    </w:pPr>
    <w:tblPr>
      <w:tblStyleRowBandSize w:val="1"/>
      <w:tblStyleColBandSize w:val="1"/>
      <w:tblInd w:w="0" w:type="dxa"/>
      <w:tblBorders>
        <w:top w:val="single" w:sz="8" w:space="0" w:color="B3CC82" w:themeColor="accent3" w:themeTint="BF"/>
        <w:left w:val="single" w:sz="8" w:space="0" w:color="B3CC82" w:themeColor="accent3" w:themeTint="BF"/>
        <w:bottom w:val="single" w:sz="8" w:space="0" w:color="B3CC82" w:themeColor="accent3" w:themeTint="BF"/>
        <w:right w:val="single" w:sz="8" w:space="0" w:color="B3CC82" w:themeColor="accent3" w:themeTint="BF"/>
        <w:insideH w:val="single" w:sz="8" w:space="0" w:color="B3CC82" w:themeColor="accent3" w:themeTint="BF"/>
        <w:insideV w:val="single" w:sz="8" w:space="0" w:color="B3CC82" w:themeColor="accent3" w:themeTint="BF"/>
      </w:tblBorders>
      <w:tblCellMar>
        <w:top w:w="0" w:type="dxa"/>
        <w:left w:w="108" w:type="dxa"/>
        <w:bottom w:w="0" w:type="dxa"/>
        <w:right w:w="108" w:type="dxa"/>
      </w:tblCellMar>
    </w:tblPr>
    <w:tcPr>
      <w:shd w:val="clear" w:color="auto" w:fill="E6EED5" w:themeFill="accent3" w:themeFillTint="3F"/>
    </w:tcPr>
    <w:tblStylePr w:type="firstRow">
      <w:rPr>
        <w:b/>
        <w:bCs/>
      </w:rPr>
    </w:tblStylePr>
    <w:tblStylePr w:type="lastRow">
      <w:rPr>
        <w:b/>
        <w:bCs/>
      </w:rPr>
      <w:tblPr/>
      <w:tcPr>
        <w:tcBorders>
          <w:top w:val="single" w:sz="18" w:space="0" w:color="B3CC82" w:themeColor="accent3" w:themeTint="BF"/>
        </w:tcBorders>
      </w:tcPr>
    </w:tblStylePr>
    <w:tblStylePr w:type="firstCol">
      <w:rPr>
        <w:b/>
        <w:bCs/>
      </w:rPr>
    </w:tblStylePr>
    <w:tblStylePr w:type="lastCol">
      <w:rPr>
        <w:b/>
        <w:bCs/>
      </w:rPr>
    </w:tblStylePr>
    <w:tblStylePr w:type="band1Vert">
      <w:tblPr/>
      <w:tcPr>
        <w:shd w:val="clear" w:color="auto" w:fill="CDDDAC" w:themeFill="accent3" w:themeFillTint="7F"/>
      </w:tcPr>
    </w:tblStylePr>
    <w:tblStylePr w:type="band1Horz">
      <w:tblPr/>
      <w:tcPr>
        <w:shd w:val="clear" w:color="auto" w:fill="CDDDAC" w:themeFill="accent3" w:themeFillTint="7F"/>
      </w:tcPr>
    </w:tblStylePr>
  </w:style>
  <w:style w:type="table" w:styleId="MediumGrid1-Accent4">
    <w:name w:val="Medium Grid 1 Accent 4"/>
    <w:basedOn w:val="TableNormal"/>
    <w:uiPriority w:val="67"/>
    <w:rsid w:val="00CB0664"/>
    <w:pPr>
      <w:spacing w:after="0" w:line="240" w:lineRule="auto"/>
    </w:pPr>
    <w:tblPr>
      <w:tblStyleRowBandSize w:val="1"/>
      <w:tblStyleColBandSize w:val="1"/>
      <w:tblInd w:w="0" w:type="dxa"/>
      <w:tblBorders>
        <w:top w:val="single" w:sz="8" w:space="0" w:color="9F8AB9" w:themeColor="accent4" w:themeTint="BF"/>
        <w:left w:val="single" w:sz="8" w:space="0" w:color="9F8AB9" w:themeColor="accent4" w:themeTint="BF"/>
        <w:bottom w:val="single" w:sz="8" w:space="0" w:color="9F8AB9" w:themeColor="accent4" w:themeTint="BF"/>
        <w:right w:val="single" w:sz="8" w:space="0" w:color="9F8AB9" w:themeColor="accent4" w:themeTint="BF"/>
        <w:insideH w:val="single" w:sz="8" w:space="0" w:color="9F8AB9" w:themeColor="accent4" w:themeTint="BF"/>
        <w:insideV w:val="single" w:sz="8" w:space="0" w:color="9F8AB9" w:themeColor="accent4" w:themeTint="BF"/>
      </w:tblBorders>
      <w:tblCellMar>
        <w:top w:w="0" w:type="dxa"/>
        <w:left w:w="108" w:type="dxa"/>
        <w:bottom w:w="0" w:type="dxa"/>
        <w:right w:w="108" w:type="dxa"/>
      </w:tblCellMar>
    </w:tblPr>
    <w:tcPr>
      <w:shd w:val="clear" w:color="auto" w:fill="DFD8E8" w:themeFill="accent4" w:themeFillTint="3F"/>
    </w:tcPr>
    <w:tblStylePr w:type="firstRow">
      <w:rPr>
        <w:b/>
        <w:bCs/>
      </w:rPr>
    </w:tblStylePr>
    <w:tblStylePr w:type="lastRow">
      <w:rPr>
        <w:b/>
        <w:bCs/>
      </w:rPr>
      <w:tblPr/>
      <w:tcPr>
        <w:tcBorders>
          <w:top w:val="single" w:sz="18" w:space="0" w:color="9F8AB9" w:themeColor="accent4" w:themeTint="BF"/>
        </w:tcBorders>
      </w:tcPr>
    </w:tblStylePr>
    <w:tblStylePr w:type="firstCol">
      <w:rPr>
        <w:b/>
        <w:bCs/>
      </w:rPr>
    </w:tblStylePr>
    <w:tblStylePr w:type="lastCol">
      <w:rPr>
        <w:b/>
        <w:bCs/>
      </w:rPr>
    </w:tblStylePr>
    <w:tblStylePr w:type="band1Vert">
      <w:tblPr/>
      <w:tcPr>
        <w:shd w:val="clear" w:color="auto" w:fill="BFB1D0" w:themeFill="accent4" w:themeFillTint="7F"/>
      </w:tcPr>
    </w:tblStylePr>
    <w:tblStylePr w:type="band1Horz">
      <w:tblPr/>
      <w:tcPr>
        <w:shd w:val="clear" w:color="auto" w:fill="BFB1D0" w:themeFill="accent4" w:themeFillTint="7F"/>
      </w:tcPr>
    </w:tblStylePr>
  </w:style>
  <w:style w:type="table" w:styleId="MediumGrid1-Accent5">
    <w:name w:val="Medium Grid 1 Accent 5"/>
    <w:basedOn w:val="TableNormal"/>
    <w:uiPriority w:val="67"/>
    <w:rsid w:val="00CB0664"/>
    <w:pPr>
      <w:spacing w:after="0" w:line="240" w:lineRule="auto"/>
    </w:pPr>
    <w:tblPr>
      <w:tblStyleRowBandSize w:val="1"/>
      <w:tblStyleColBandSize w:val="1"/>
      <w:tblInd w:w="0" w:type="dxa"/>
      <w:tblBorders>
        <w:top w:val="single" w:sz="8" w:space="0" w:color="78C0D4" w:themeColor="accent5" w:themeTint="BF"/>
        <w:left w:val="single" w:sz="8" w:space="0" w:color="78C0D4" w:themeColor="accent5" w:themeTint="BF"/>
        <w:bottom w:val="single" w:sz="8" w:space="0" w:color="78C0D4" w:themeColor="accent5" w:themeTint="BF"/>
        <w:right w:val="single" w:sz="8" w:space="0" w:color="78C0D4" w:themeColor="accent5" w:themeTint="BF"/>
        <w:insideH w:val="single" w:sz="8" w:space="0" w:color="78C0D4" w:themeColor="accent5" w:themeTint="BF"/>
        <w:insideV w:val="single" w:sz="8" w:space="0" w:color="78C0D4" w:themeColor="accent5" w:themeTint="BF"/>
      </w:tblBorders>
      <w:tblCellMar>
        <w:top w:w="0" w:type="dxa"/>
        <w:left w:w="108" w:type="dxa"/>
        <w:bottom w:w="0" w:type="dxa"/>
        <w:right w:w="108" w:type="dxa"/>
      </w:tblCellMar>
    </w:tblPr>
    <w:tcPr>
      <w:shd w:val="clear" w:color="auto" w:fill="D2EAF1" w:themeFill="accent5" w:themeFillTint="3F"/>
    </w:tcPr>
    <w:tblStylePr w:type="firstRow">
      <w:rPr>
        <w:b/>
        <w:bCs/>
      </w:rPr>
    </w:tblStylePr>
    <w:tblStylePr w:type="lastRow">
      <w:rPr>
        <w:b/>
        <w:bCs/>
      </w:rPr>
      <w:tblPr/>
      <w:tcPr>
        <w:tcBorders>
          <w:top w:val="single" w:sz="18" w:space="0" w:color="78C0D4" w:themeColor="accent5" w:themeTint="BF"/>
        </w:tcBorders>
      </w:tcPr>
    </w:tblStylePr>
    <w:tblStylePr w:type="firstCol">
      <w:rPr>
        <w:b/>
        <w:bCs/>
      </w:rPr>
    </w:tblStylePr>
    <w:tblStylePr w:type="lastCol">
      <w:rPr>
        <w:b/>
        <w:bCs/>
      </w:rPr>
    </w:tblStylePr>
    <w:tblStylePr w:type="band1Vert">
      <w:tblPr/>
      <w:tcPr>
        <w:shd w:val="clear" w:color="auto" w:fill="A5D5E2" w:themeFill="accent5" w:themeFillTint="7F"/>
      </w:tcPr>
    </w:tblStylePr>
    <w:tblStylePr w:type="band1Horz">
      <w:tblPr/>
      <w:tcPr>
        <w:shd w:val="clear" w:color="auto" w:fill="A5D5E2" w:themeFill="accent5" w:themeFillTint="7F"/>
      </w:tcPr>
    </w:tblStylePr>
  </w:style>
  <w:style w:type="table" w:styleId="MediumGrid1-Accent6">
    <w:name w:val="Medium Grid 1 Accent 6"/>
    <w:basedOn w:val="TableNormal"/>
    <w:uiPriority w:val="67"/>
    <w:rsid w:val="00CB0664"/>
    <w:pPr>
      <w:spacing w:after="0" w:line="240" w:lineRule="auto"/>
    </w:pPr>
    <w:tblPr>
      <w:tblStyleRowBandSize w:val="1"/>
      <w:tblStyleColBandSize w:val="1"/>
      <w:tblInd w:w="0" w:type="dxa"/>
      <w:tblBorders>
        <w:top w:val="single" w:sz="8" w:space="0" w:color="F9B074" w:themeColor="accent6" w:themeTint="BF"/>
        <w:left w:val="single" w:sz="8" w:space="0" w:color="F9B074" w:themeColor="accent6" w:themeTint="BF"/>
        <w:bottom w:val="single" w:sz="8" w:space="0" w:color="F9B074" w:themeColor="accent6" w:themeTint="BF"/>
        <w:right w:val="single" w:sz="8" w:space="0" w:color="F9B074" w:themeColor="accent6" w:themeTint="BF"/>
        <w:insideH w:val="single" w:sz="8" w:space="0" w:color="F9B074" w:themeColor="accent6" w:themeTint="BF"/>
        <w:insideV w:val="single" w:sz="8" w:space="0" w:color="F9B074" w:themeColor="accent6" w:themeTint="BF"/>
      </w:tblBorders>
      <w:tblCellMar>
        <w:top w:w="0" w:type="dxa"/>
        <w:left w:w="108" w:type="dxa"/>
        <w:bottom w:w="0" w:type="dxa"/>
        <w:right w:w="108" w:type="dxa"/>
      </w:tblCellMar>
    </w:tblPr>
    <w:tcPr>
      <w:shd w:val="clear" w:color="auto" w:fill="FDE4D0" w:themeFill="accent6" w:themeFillTint="3F"/>
    </w:tcPr>
    <w:tblStylePr w:type="firstRow">
      <w:rPr>
        <w:b/>
        <w:bCs/>
      </w:rPr>
    </w:tblStylePr>
    <w:tblStylePr w:type="lastRow">
      <w:rPr>
        <w:b/>
        <w:bCs/>
      </w:rPr>
      <w:tblPr/>
      <w:tcPr>
        <w:tcBorders>
          <w:top w:val="single" w:sz="18" w:space="0" w:color="F9B074" w:themeColor="accent6" w:themeTint="BF"/>
        </w:tcBorders>
      </w:tcPr>
    </w:tblStylePr>
    <w:tblStylePr w:type="firstCol">
      <w:rPr>
        <w:b/>
        <w:bCs/>
      </w:rPr>
    </w:tblStylePr>
    <w:tblStylePr w:type="lastCol">
      <w:rPr>
        <w:b/>
        <w:bCs/>
      </w:rPr>
    </w:tblStylePr>
    <w:tblStylePr w:type="band1Vert">
      <w:tblPr/>
      <w:tcPr>
        <w:shd w:val="clear" w:color="auto" w:fill="FBCAA2" w:themeFill="accent6" w:themeFillTint="7F"/>
      </w:tcPr>
    </w:tblStylePr>
    <w:tblStylePr w:type="band1Horz">
      <w:tblPr/>
      <w:tcPr>
        <w:shd w:val="clear" w:color="auto" w:fill="FBCAA2" w:themeFill="accent6" w:themeFillTint="7F"/>
      </w:tcPr>
    </w:tblStylePr>
  </w:style>
  <w:style w:type="table" w:styleId="MediumGrid2">
    <w:name w:val="Medium Grid 2"/>
    <w:basedOn w:val="TableNormal"/>
    <w:uiPriority w:val="68"/>
    <w:rsid w:val="00CB0664"/>
    <w:pPr>
      <w:spacing w:after="0" w:line="240" w:lineRule="auto"/>
    </w:pPr>
    <w:rPr>
      <w:rFonts w:asciiTheme="majorHAnsi" w:eastAsiaTheme="majorEastAsia" w:hAnsiTheme="majorHAnsi" w:cstheme="majorBidi"/>
      <w:color w:val="000000" w:themeColor="text1"/>
    </w:rPr>
    <w:tblPr>
      <w:tblStyleRowBandSize w:val="1"/>
      <w:tblStyleColBandSize w:val="1"/>
      <w:tblInd w:w="0" w:type="dxa"/>
      <w:tblBorders>
        <w:top w:val="single" w:sz="8" w:space="0" w:color="000000" w:themeColor="text1"/>
        <w:left w:val="single" w:sz="8" w:space="0" w:color="000000" w:themeColor="text1"/>
        <w:bottom w:val="single" w:sz="8" w:space="0" w:color="000000" w:themeColor="text1"/>
        <w:right w:val="single" w:sz="8" w:space="0" w:color="000000" w:themeColor="text1"/>
        <w:insideH w:val="single" w:sz="8" w:space="0" w:color="000000" w:themeColor="text1"/>
        <w:insideV w:val="single" w:sz="8" w:space="0" w:color="000000" w:themeColor="text1"/>
      </w:tblBorders>
      <w:tblCellMar>
        <w:top w:w="0" w:type="dxa"/>
        <w:left w:w="108" w:type="dxa"/>
        <w:bottom w:w="0" w:type="dxa"/>
        <w:right w:w="108" w:type="dxa"/>
      </w:tblCellMar>
    </w:tblPr>
    <w:tcPr>
      <w:shd w:val="clear" w:color="auto" w:fill="C0C0C0" w:themeFill="text1" w:themeFillTint="3F"/>
    </w:tcPr>
    <w:tblStylePr w:type="firstRow">
      <w:rPr>
        <w:b/>
        <w:bCs/>
        <w:color w:val="000000" w:themeColor="text1"/>
      </w:rPr>
      <w:tblPr/>
      <w:tcPr>
        <w:shd w:val="clear" w:color="auto" w:fill="E6E6E6" w:themeFill="text1" w:themeFillTint="19"/>
      </w:tcPr>
    </w:tblStylePr>
    <w:tblStylePr w:type="lastRow">
      <w:rPr>
        <w:b/>
        <w:bCs/>
        <w:color w:val="000000" w:themeColor="text1"/>
      </w:rPr>
      <w:tblPr/>
      <w:tcPr>
        <w:tcBorders>
          <w:top w:val="single" w:sz="12" w:space="0" w:color="000000" w:themeColor="text1"/>
          <w:left w:val="nil"/>
          <w:bottom w:val="nil"/>
          <w:right w:val="nil"/>
          <w:insideH w:val="nil"/>
          <w:insideV w:val="nil"/>
        </w:tcBorders>
        <w:shd w:val="clear" w:color="auto" w:fill="FFFFFF" w:themeFill="background1"/>
      </w:tcPr>
    </w:tblStylePr>
    <w:tblStylePr w:type="firstCol">
      <w:rPr>
        <w:b/>
        <w:bCs/>
        <w:color w:val="000000" w:themeColor="text1"/>
      </w:rPr>
      <w:tblPr/>
      <w:tcPr>
        <w:tcBorders>
          <w:top w:val="nil"/>
          <w:left w:val="nil"/>
          <w:bottom w:val="nil"/>
          <w:right w:val="nil"/>
          <w:insideH w:val="nil"/>
          <w:insideV w:val="nil"/>
        </w:tcBorders>
        <w:shd w:val="clear" w:color="auto" w:fill="FFFFFF" w:themeFill="background1"/>
      </w:tcPr>
    </w:tblStylePr>
    <w:tblStylePr w:type="lastCol">
      <w:rPr>
        <w:b w:val="0"/>
        <w:bCs w:val="0"/>
        <w:color w:val="000000" w:themeColor="text1"/>
      </w:rPr>
      <w:tblPr/>
      <w:tcPr>
        <w:tcBorders>
          <w:top w:val="nil"/>
          <w:left w:val="nil"/>
          <w:bottom w:val="nil"/>
          <w:right w:val="nil"/>
          <w:insideH w:val="nil"/>
          <w:insideV w:val="nil"/>
        </w:tcBorders>
        <w:shd w:val="clear" w:color="auto" w:fill="CCCCCC" w:themeFill="text1" w:themeFillTint="33"/>
      </w:tcPr>
    </w:tblStylePr>
    <w:tblStylePr w:type="band1Vert">
      <w:tblPr/>
      <w:tcPr>
        <w:shd w:val="clear" w:color="auto" w:fill="808080" w:themeFill="text1" w:themeFillTint="7F"/>
      </w:tcPr>
    </w:tblStylePr>
    <w:tblStylePr w:type="band1Horz">
      <w:tblPr/>
      <w:tcPr>
        <w:tcBorders>
          <w:insideH w:val="single" w:sz="6" w:space="0" w:color="000000" w:themeColor="text1"/>
          <w:insideV w:val="single" w:sz="6" w:space="0" w:color="000000" w:themeColor="text1"/>
        </w:tcBorders>
        <w:shd w:val="clear" w:color="auto" w:fill="808080" w:themeFill="text1" w:themeFillTint="7F"/>
      </w:tcPr>
    </w:tblStylePr>
    <w:tblStylePr w:type="nwCell">
      <w:tblPr/>
      <w:tcPr>
        <w:shd w:val="clear" w:color="auto" w:fill="FFFFFF" w:themeFill="background1"/>
      </w:tcPr>
    </w:tblStylePr>
  </w:style>
  <w:style w:type="table" w:styleId="MediumGrid2-Accent1">
    <w:name w:val="Medium Grid 2 Accent 1"/>
    <w:basedOn w:val="TableNormal"/>
    <w:uiPriority w:val="68"/>
    <w:rsid w:val="00CB0664"/>
    <w:pPr>
      <w:spacing w:after="0" w:line="240" w:lineRule="auto"/>
    </w:pPr>
    <w:rPr>
      <w:rFonts w:asciiTheme="majorHAnsi" w:eastAsiaTheme="majorEastAsia" w:hAnsiTheme="majorHAnsi" w:cstheme="majorBidi"/>
      <w:color w:val="000000" w:themeColor="text1"/>
    </w:rPr>
    <w:tblPr>
      <w:tblStyleRowBandSize w:val="1"/>
      <w:tblStyleColBandSize w:val="1"/>
      <w:tblInd w:w="0" w:type="dxa"/>
      <w:tblBorders>
        <w:top w:val="single" w:sz="8" w:space="0" w:color="4F81BD" w:themeColor="accent1"/>
        <w:left w:val="single" w:sz="8" w:space="0" w:color="4F81BD" w:themeColor="accent1"/>
        <w:bottom w:val="single" w:sz="8" w:space="0" w:color="4F81BD" w:themeColor="accent1"/>
        <w:right w:val="single" w:sz="8" w:space="0" w:color="4F81BD" w:themeColor="accent1"/>
        <w:insideH w:val="single" w:sz="8" w:space="0" w:color="4F81BD" w:themeColor="accent1"/>
        <w:insideV w:val="single" w:sz="8" w:space="0" w:color="4F81BD" w:themeColor="accent1"/>
      </w:tblBorders>
      <w:tblCellMar>
        <w:top w:w="0" w:type="dxa"/>
        <w:left w:w="108" w:type="dxa"/>
        <w:bottom w:w="0" w:type="dxa"/>
        <w:right w:w="108" w:type="dxa"/>
      </w:tblCellMar>
    </w:tblPr>
    <w:tcPr>
      <w:shd w:val="clear" w:color="auto" w:fill="D3DFEE" w:themeFill="accent1" w:themeFillTint="3F"/>
    </w:tcPr>
    <w:tblStylePr w:type="firstRow">
      <w:rPr>
        <w:b/>
        <w:bCs/>
        <w:color w:val="000000" w:themeColor="text1"/>
      </w:rPr>
      <w:tblPr/>
      <w:tcPr>
        <w:shd w:val="clear" w:color="auto" w:fill="EDF2F8" w:themeFill="accent1" w:themeFillTint="19"/>
      </w:tcPr>
    </w:tblStylePr>
    <w:tblStylePr w:type="lastRow">
      <w:rPr>
        <w:b/>
        <w:bCs/>
        <w:color w:val="000000" w:themeColor="text1"/>
      </w:rPr>
      <w:tblPr/>
      <w:tcPr>
        <w:tcBorders>
          <w:top w:val="single" w:sz="12" w:space="0" w:color="000000" w:themeColor="text1"/>
          <w:left w:val="nil"/>
          <w:bottom w:val="nil"/>
          <w:right w:val="nil"/>
          <w:insideH w:val="nil"/>
          <w:insideV w:val="nil"/>
        </w:tcBorders>
        <w:shd w:val="clear" w:color="auto" w:fill="FFFFFF" w:themeFill="background1"/>
      </w:tcPr>
    </w:tblStylePr>
    <w:tblStylePr w:type="firstCol">
      <w:rPr>
        <w:b/>
        <w:bCs/>
        <w:color w:val="000000" w:themeColor="text1"/>
      </w:rPr>
      <w:tblPr/>
      <w:tcPr>
        <w:tcBorders>
          <w:top w:val="nil"/>
          <w:left w:val="nil"/>
          <w:bottom w:val="nil"/>
          <w:right w:val="nil"/>
          <w:insideH w:val="nil"/>
          <w:insideV w:val="nil"/>
        </w:tcBorders>
        <w:shd w:val="clear" w:color="auto" w:fill="FFFFFF" w:themeFill="background1"/>
      </w:tcPr>
    </w:tblStylePr>
    <w:tblStylePr w:type="lastCol">
      <w:rPr>
        <w:b w:val="0"/>
        <w:bCs w:val="0"/>
        <w:color w:val="000000" w:themeColor="text1"/>
      </w:rPr>
      <w:tblPr/>
      <w:tcPr>
        <w:tcBorders>
          <w:top w:val="nil"/>
          <w:left w:val="nil"/>
          <w:bottom w:val="nil"/>
          <w:right w:val="nil"/>
          <w:insideH w:val="nil"/>
          <w:insideV w:val="nil"/>
        </w:tcBorders>
        <w:shd w:val="clear" w:color="auto" w:fill="DBE5F1" w:themeFill="accent1" w:themeFillTint="33"/>
      </w:tcPr>
    </w:tblStylePr>
    <w:tblStylePr w:type="band1Vert">
      <w:tblPr/>
      <w:tcPr>
        <w:shd w:val="clear" w:color="auto" w:fill="A7BFDE" w:themeFill="accent1" w:themeFillTint="7F"/>
      </w:tcPr>
    </w:tblStylePr>
    <w:tblStylePr w:type="band1Horz">
      <w:tblPr/>
      <w:tcPr>
        <w:tcBorders>
          <w:insideH w:val="single" w:sz="6" w:space="0" w:color="4F81BD" w:themeColor="accent1"/>
          <w:insideV w:val="single" w:sz="6" w:space="0" w:color="4F81BD" w:themeColor="accent1"/>
        </w:tcBorders>
        <w:shd w:val="clear" w:color="auto" w:fill="A7BFDE" w:themeFill="accent1" w:themeFillTint="7F"/>
      </w:tcPr>
    </w:tblStylePr>
    <w:tblStylePr w:type="nwCell">
      <w:tblPr/>
      <w:tcPr>
        <w:shd w:val="clear" w:color="auto" w:fill="FFFFFF" w:themeFill="background1"/>
      </w:tcPr>
    </w:tblStylePr>
  </w:style>
  <w:style w:type="table" w:styleId="MediumGrid2-Accent2">
    <w:name w:val="Medium Grid 2 Accent 2"/>
    <w:basedOn w:val="TableNormal"/>
    <w:uiPriority w:val="68"/>
    <w:rsid w:val="00CB0664"/>
    <w:pPr>
      <w:spacing w:after="0" w:line="240" w:lineRule="auto"/>
    </w:pPr>
    <w:rPr>
      <w:rFonts w:asciiTheme="majorHAnsi" w:eastAsiaTheme="majorEastAsia" w:hAnsiTheme="majorHAnsi" w:cstheme="majorBidi"/>
      <w:color w:val="000000" w:themeColor="text1"/>
    </w:rPr>
    <w:tblPr>
      <w:tblStyleRowBandSize w:val="1"/>
      <w:tblStyleColBandSize w:val="1"/>
      <w:tblInd w:w="0" w:type="dxa"/>
      <w:tblBorders>
        <w:top w:val="single" w:sz="8" w:space="0" w:color="C0504D" w:themeColor="accent2"/>
        <w:left w:val="single" w:sz="8" w:space="0" w:color="C0504D" w:themeColor="accent2"/>
        <w:bottom w:val="single" w:sz="8" w:space="0" w:color="C0504D" w:themeColor="accent2"/>
        <w:right w:val="single" w:sz="8" w:space="0" w:color="C0504D" w:themeColor="accent2"/>
        <w:insideH w:val="single" w:sz="8" w:space="0" w:color="C0504D" w:themeColor="accent2"/>
        <w:insideV w:val="single" w:sz="8" w:space="0" w:color="C0504D" w:themeColor="accent2"/>
      </w:tblBorders>
      <w:tblCellMar>
        <w:top w:w="0" w:type="dxa"/>
        <w:left w:w="108" w:type="dxa"/>
        <w:bottom w:w="0" w:type="dxa"/>
        <w:right w:w="108" w:type="dxa"/>
      </w:tblCellMar>
    </w:tblPr>
    <w:tcPr>
      <w:shd w:val="clear" w:color="auto" w:fill="EFD3D2" w:themeFill="accent2" w:themeFillTint="3F"/>
    </w:tcPr>
    <w:tblStylePr w:type="firstRow">
      <w:rPr>
        <w:b/>
        <w:bCs/>
        <w:color w:val="000000" w:themeColor="text1"/>
      </w:rPr>
      <w:tblPr/>
      <w:tcPr>
        <w:shd w:val="clear" w:color="auto" w:fill="F8EDED" w:themeFill="accent2" w:themeFillTint="19"/>
      </w:tcPr>
    </w:tblStylePr>
    <w:tblStylePr w:type="lastRow">
      <w:rPr>
        <w:b/>
        <w:bCs/>
        <w:color w:val="000000" w:themeColor="text1"/>
      </w:rPr>
      <w:tblPr/>
      <w:tcPr>
        <w:tcBorders>
          <w:top w:val="single" w:sz="12" w:space="0" w:color="000000" w:themeColor="text1"/>
          <w:left w:val="nil"/>
          <w:bottom w:val="nil"/>
          <w:right w:val="nil"/>
          <w:insideH w:val="nil"/>
          <w:insideV w:val="nil"/>
        </w:tcBorders>
        <w:shd w:val="clear" w:color="auto" w:fill="FFFFFF" w:themeFill="background1"/>
      </w:tcPr>
    </w:tblStylePr>
    <w:tblStylePr w:type="firstCol">
      <w:rPr>
        <w:b/>
        <w:bCs/>
        <w:color w:val="000000" w:themeColor="text1"/>
      </w:rPr>
      <w:tblPr/>
      <w:tcPr>
        <w:tcBorders>
          <w:top w:val="nil"/>
          <w:left w:val="nil"/>
          <w:bottom w:val="nil"/>
          <w:right w:val="nil"/>
          <w:insideH w:val="nil"/>
          <w:insideV w:val="nil"/>
        </w:tcBorders>
        <w:shd w:val="clear" w:color="auto" w:fill="FFFFFF" w:themeFill="background1"/>
      </w:tcPr>
    </w:tblStylePr>
    <w:tblStylePr w:type="lastCol">
      <w:rPr>
        <w:b w:val="0"/>
        <w:bCs w:val="0"/>
        <w:color w:val="000000" w:themeColor="text1"/>
      </w:rPr>
      <w:tblPr/>
      <w:tcPr>
        <w:tcBorders>
          <w:top w:val="nil"/>
          <w:left w:val="nil"/>
          <w:bottom w:val="nil"/>
          <w:right w:val="nil"/>
          <w:insideH w:val="nil"/>
          <w:insideV w:val="nil"/>
        </w:tcBorders>
        <w:shd w:val="clear" w:color="auto" w:fill="F2DBDB" w:themeFill="accent2" w:themeFillTint="33"/>
      </w:tcPr>
    </w:tblStylePr>
    <w:tblStylePr w:type="band1Vert">
      <w:tblPr/>
      <w:tcPr>
        <w:shd w:val="clear" w:color="auto" w:fill="DFA7A6" w:themeFill="accent2" w:themeFillTint="7F"/>
      </w:tcPr>
    </w:tblStylePr>
    <w:tblStylePr w:type="band1Horz">
      <w:tblPr/>
      <w:tcPr>
        <w:tcBorders>
          <w:insideH w:val="single" w:sz="6" w:space="0" w:color="C0504D" w:themeColor="accent2"/>
          <w:insideV w:val="single" w:sz="6" w:space="0" w:color="C0504D" w:themeColor="accent2"/>
        </w:tcBorders>
        <w:shd w:val="clear" w:color="auto" w:fill="DFA7A6" w:themeFill="accent2" w:themeFillTint="7F"/>
      </w:tcPr>
    </w:tblStylePr>
    <w:tblStylePr w:type="nwCell">
      <w:tblPr/>
      <w:tcPr>
        <w:shd w:val="clear" w:color="auto" w:fill="FFFFFF" w:themeFill="background1"/>
      </w:tcPr>
    </w:tblStylePr>
  </w:style>
  <w:style w:type="table" w:styleId="MediumGrid2-Accent3">
    <w:name w:val="Medium Grid 2 Accent 3"/>
    <w:basedOn w:val="TableNormal"/>
    <w:uiPriority w:val="68"/>
    <w:rsid w:val="00CB0664"/>
    <w:pPr>
      <w:spacing w:after="0" w:line="240" w:lineRule="auto"/>
    </w:pPr>
    <w:rPr>
      <w:rFonts w:asciiTheme="majorHAnsi" w:eastAsiaTheme="majorEastAsia" w:hAnsiTheme="majorHAnsi" w:cstheme="majorBidi"/>
      <w:color w:val="000000" w:themeColor="text1"/>
    </w:rPr>
    <w:tblPr>
      <w:tblStyleRowBandSize w:val="1"/>
      <w:tblStyleColBandSize w:val="1"/>
      <w:tblInd w:w="0" w:type="dxa"/>
      <w:tblBorders>
        <w:top w:val="single" w:sz="8" w:space="0" w:color="9BBB59" w:themeColor="accent3"/>
        <w:left w:val="single" w:sz="8" w:space="0" w:color="9BBB59" w:themeColor="accent3"/>
        <w:bottom w:val="single" w:sz="8" w:space="0" w:color="9BBB59" w:themeColor="accent3"/>
        <w:right w:val="single" w:sz="8" w:space="0" w:color="9BBB59" w:themeColor="accent3"/>
        <w:insideH w:val="single" w:sz="8" w:space="0" w:color="9BBB59" w:themeColor="accent3"/>
        <w:insideV w:val="single" w:sz="8" w:space="0" w:color="9BBB59" w:themeColor="accent3"/>
      </w:tblBorders>
      <w:tblCellMar>
        <w:top w:w="0" w:type="dxa"/>
        <w:left w:w="108" w:type="dxa"/>
        <w:bottom w:w="0" w:type="dxa"/>
        <w:right w:w="108" w:type="dxa"/>
      </w:tblCellMar>
    </w:tblPr>
    <w:tcPr>
      <w:shd w:val="clear" w:color="auto" w:fill="E6EED5" w:themeFill="accent3" w:themeFillTint="3F"/>
    </w:tcPr>
    <w:tblStylePr w:type="firstRow">
      <w:rPr>
        <w:b/>
        <w:bCs/>
        <w:color w:val="000000" w:themeColor="text1"/>
      </w:rPr>
      <w:tblPr/>
      <w:tcPr>
        <w:shd w:val="clear" w:color="auto" w:fill="F5F8EE" w:themeFill="accent3" w:themeFillTint="19"/>
      </w:tcPr>
    </w:tblStylePr>
    <w:tblStylePr w:type="lastRow">
      <w:rPr>
        <w:b/>
        <w:bCs/>
        <w:color w:val="000000" w:themeColor="text1"/>
      </w:rPr>
      <w:tblPr/>
      <w:tcPr>
        <w:tcBorders>
          <w:top w:val="single" w:sz="12" w:space="0" w:color="000000" w:themeColor="text1"/>
          <w:left w:val="nil"/>
          <w:bottom w:val="nil"/>
          <w:right w:val="nil"/>
          <w:insideH w:val="nil"/>
          <w:insideV w:val="nil"/>
        </w:tcBorders>
        <w:shd w:val="clear" w:color="auto" w:fill="FFFFFF" w:themeFill="background1"/>
      </w:tcPr>
    </w:tblStylePr>
    <w:tblStylePr w:type="firstCol">
      <w:rPr>
        <w:b/>
        <w:bCs/>
        <w:color w:val="000000" w:themeColor="text1"/>
      </w:rPr>
      <w:tblPr/>
      <w:tcPr>
        <w:tcBorders>
          <w:top w:val="nil"/>
          <w:left w:val="nil"/>
          <w:bottom w:val="nil"/>
          <w:right w:val="nil"/>
          <w:insideH w:val="nil"/>
          <w:insideV w:val="nil"/>
        </w:tcBorders>
        <w:shd w:val="clear" w:color="auto" w:fill="FFFFFF" w:themeFill="background1"/>
      </w:tcPr>
    </w:tblStylePr>
    <w:tblStylePr w:type="lastCol">
      <w:rPr>
        <w:b w:val="0"/>
        <w:bCs w:val="0"/>
        <w:color w:val="000000" w:themeColor="text1"/>
      </w:rPr>
      <w:tblPr/>
      <w:tcPr>
        <w:tcBorders>
          <w:top w:val="nil"/>
          <w:left w:val="nil"/>
          <w:bottom w:val="nil"/>
          <w:right w:val="nil"/>
          <w:insideH w:val="nil"/>
          <w:insideV w:val="nil"/>
        </w:tcBorders>
        <w:shd w:val="clear" w:color="auto" w:fill="EAF1DD" w:themeFill="accent3" w:themeFillTint="33"/>
      </w:tcPr>
    </w:tblStylePr>
    <w:tblStylePr w:type="band1Vert">
      <w:tblPr/>
      <w:tcPr>
        <w:shd w:val="clear" w:color="auto" w:fill="CDDDAC" w:themeFill="accent3" w:themeFillTint="7F"/>
      </w:tcPr>
    </w:tblStylePr>
    <w:tblStylePr w:type="band1Horz">
      <w:tblPr/>
      <w:tcPr>
        <w:tcBorders>
          <w:insideH w:val="single" w:sz="6" w:space="0" w:color="9BBB59" w:themeColor="accent3"/>
          <w:insideV w:val="single" w:sz="6" w:space="0" w:color="9BBB59" w:themeColor="accent3"/>
        </w:tcBorders>
        <w:shd w:val="clear" w:color="auto" w:fill="CDDDAC" w:themeFill="accent3" w:themeFillTint="7F"/>
      </w:tcPr>
    </w:tblStylePr>
    <w:tblStylePr w:type="nwCell">
      <w:tblPr/>
      <w:tcPr>
        <w:shd w:val="clear" w:color="auto" w:fill="FFFFFF" w:themeFill="background1"/>
      </w:tcPr>
    </w:tblStylePr>
  </w:style>
  <w:style w:type="table" w:styleId="MediumGrid2-Accent4">
    <w:name w:val="Medium Grid 2 Accent 4"/>
    <w:basedOn w:val="TableNormal"/>
    <w:uiPriority w:val="68"/>
    <w:rsid w:val="00CB0664"/>
    <w:pPr>
      <w:spacing w:after="0" w:line="240" w:lineRule="auto"/>
    </w:pPr>
    <w:rPr>
      <w:rFonts w:asciiTheme="majorHAnsi" w:eastAsiaTheme="majorEastAsia" w:hAnsiTheme="majorHAnsi" w:cstheme="majorBidi"/>
      <w:color w:val="000000" w:themeColor="text1"/>
    </w:rPr>
    <w:tblPr>
      <w:tblStyleRowBandSize w:val="1"/>
      <w:tblStyleColBandSize w:val="1"/>
      <w:tblInd w:w="0" w:type="dxa"/>
      <w:tblBorders>
        <w:top w:val="single" w:sz="8" w:space="0" w:color="8064A2" w:themeColor="accent4"/>
        <w:left w:val="single" w:sz="8" w:space="0" w:color="8064A2" w:themeColor="accent4"/>
        <w:bottom w:val="single" w:sz="8" w:space="0" w:color="8064A2" w:themeColor="accent4"/>
        <w:right w:val="single" w:sz="8" w:space="0" w:color="8064A2" w:themeColor="accent4"/>
        <w:insideH w:val="single" w:sz="8" w:space="0" w:color="8064A2" w:themeColor="accent4"/>
        <w:insideV w:val="single" w:sz="8" w:space="0" w:color="8064A2" w:themeColor="accent4"/>
      </w:tblBorders>
      <w:tblCellMar>
        <w:top w:w="0" w:type="dxa"/>
        <w:left w:w="108" w:type="dxa"/>
        <w:bottom w:w="0" w:type="dxa"/>
        <w:right w:w="108" w:type="dxa"/>
      </w:tblCellMar>
    </w:tblPr>
    <w:tcPr>
      <w:shd w:val="clear" w:color="auto" w:fill="DFD8E8" w:themeFill="accent4" w:themeFillTint="3F"/>
    </w:tcPr>
    <w:tblStylePr w:type="firstRow">
      <w:rPr>
        <w:b/>
        <w:bCs/>
        <w:color w:val="000000" w:themeColor="text1"/>
      </w:rPr>
      <w:tblPr/>
      <w:tcPr>
        <w:shd w:val="clear" w:color="auto" w:fill="F2EFF6" w:themeFill="accent4" w:themeFillTint="19"/>
      </w:tcPr>
    </w:tblStylePr>
    <w:tblStylePr w:type="lastRow">
      <w:rPr>
        <w:b/>
        <w:bCs/>
        <w:color w:val="000000" w:themeColor="text1"/>
      </w:rPr>
      <w:tblPr/>
      <w:tcPr>
        <w:tcBorders>
          <w:top w:val="single" w:sz="12" w:space="0" w:color="000000" w:themeColor="text1"/>
          <w:left w:val="nil"/>
          <w:bottom w:val="nil"/>
          <w:right w:val="nil"/>
          <w:insideH w:val="nil"/>
          <w:insideV w:val="nil"/>
        </w:tcBorders>
        <w:shd w:val="clear" w:color="auto" w:fill="FFFFFF" w:themeFill="background1"/>
      </w:tcPr>
    </w:tblStylePr>
    <w:tblStylePr w:type="firstCol">
      <w:rPr>
        <w:b/>
        <w:bCs/>
        <w:color w:val="000000" w:themeColor="text1"/>
      </w:rPr>
      <w:tblPr/>
      <w:tcPr>
        <w:tcBorders>
          <w:top w:val="nil"/>
          <w:left w:val="nil"/>
          <w:bottom w:val="nil"/>
          <w:right w:val="nil"/>
          <w:insideH w:val="nil"/>
          <w:insideV w:val="nil"/>
        </w:tcBorders>
        <w:shd w:val="clear" w:color="auto" w:fill="FFFFFF" w:themeFill="background1"/>
      </w:tcPr>
    </w:tblStylePr>
    <w:tblStylePr w:type="lastCol">
      <w:rPr>
        <w:b w:val="0"/>
        <w:bCs w:val="0"/>
        <w:color w:val="000000" w:themeColor="text1"/>
      </w:rPr>
      <w:tblPr/>
      <w:tcPr>
        <w:tcBorders>
          <w:top w:val="nil"/>
          <w:left w:val="nil"/>
          <w:bottom w:val="nil"/>
          <w:right w:val="nil"/>
          <w:insideH w:val="nil"/>
          <w:insideV w:val="nil"/>
        </w:tcBorders>
        <w:shd w:val="clear" w:color="auto" w:fill="E5DFEC" w:themeFill="accent4" w:themeFillTint="33"/>
      </w:tcPr>
    </w:tblStylePr>
    <w:tblStylePr w:type="band1Vert">
      <w:tblPr/>
      <w:tcPr>
        <w:shd w:val="clear" w:color="auto" w:fill="BFB1D0" w:themeFill="accent4" w:themeFillTint="7F"/>
      </w:tcPr>
    </w:tblStylePr>
    <w:tblStylePr w:type="band1Horz">
      <w:tblPr/>
      <w:tcPr>
        <w:tcBorders>
          <w:insideH w:val="single" w:sz="6" w:space="0" w:color="8064A2" w:themeColor="accent4"/>
          <w:insideV w:val="single" w:sz="6" w:space="0" w:color="8064A2" w:themeColor="accent4"/>
        </w:tcBorders>
        <w:shd w:val="clear" w:color="auto" w:fill="BFB1D0" w:themeFill="accent4" w:themeFillTint="7F"/>
      </w:tcPr>
    </w:tblStylePr>
    <w:tblStylePr w:type="nwCell">
      <w:tblPr/>
      <w:tcPr>
        <w:shd w:val="clear" w:color="auto" w:fill="FFFFFF" w:themeFill="background1"/>
      </w:tcPr>
    </w:tblStylePr>
  </w:style>
  <w:style w:type="table" w:styleId="MediumGrid2-Accent5">
    <w:name w:val="Medium Grid 2 Accent 5"/>
    <w:basedOn w:val="TableNormal"/>
    <w:uiPriority w:val="68"/>
    <w:rsid w:val="00CB0664"/>
    <w:pPr>
      <w:spacing w:after="0" w:line="240" w:lineRule="auto"/>
    </w:pPr>
    <w:rPr>
      <w:rFonts w:asciiTheme="majorHAnsi" w:eastAsiaTheme="majorEastAsia" w:hAnsiTheme="majorHAnsi" w:cstheme="majorBidi"/>
      <w:color w:val="000000" w:themeColor="text1"/>
    </w:rPr>
    <w:tblPr>
      <w:tblStyleRowBandSize w:val="1"/>
      <w:tblStyleColBandSize w:val="1"/>
      <w:tblInd w:w="0" w:type="dxa"/>
      <w:tblBorders>
        <w:top w:val="single" w:sz="8" w:space="0" w:color="4BACC6" w:themeColor="accent5"/>
        <w:left w:val="single" w:sz="8" w:space="0" w:color="4BACC6" w:themeColor="accent5"/>
        <w:bottom w:val="single" w:sz="8" w:space="0" w:color="4BACC6" w:themeColor="accent5"/>
        <w:right w:val="single" w:sz="8" w:space="0" w:color="4BACC6" w:themeColor="accent5"/>
        <w:insideH w:val="single" w:sz="8" w:space="0" w:color="4BACC6" w:themeColor="accent5"/>
        <w:insideV w:val="single" w:sz="8" w:space="0" w:color="4BACC6" w:themeColor="accent5"/>
      </w:tblBorders>
      <w:tblCellMar>
        <w:top w:w="0" w:type="dxa"/>
        <w:left w:w="108" w:type="dxa"/>
        <w:bottom w:w="0" w:type="dxa"/>
        <w:right w:w="108" w:type="dxa"/>
      </w:tblCellMar>
    </w:tblPr>
    <w:tcPr>
      <w:shd w:val="clear" w:color="auto" w:fill="D2EAF1" w:themeFill="accent5" w:themeFillTint="3F"/>
    </w:tcPr>
    <w:tblStylePr w:type="firstRow">
      <w:rPr>
        <w:b/>
        <w:bCs/>
        <w:color w:val="000000" w:themeColor="text1"/>
      </w:rPr>
      <w:tblPr/>
      <w:tcPr>
        <w:shd w:val="clear" w:color="auto" w:fill="EDF6F9" w:themeFill="accent5" w:themeFillTint="19"/>
      </w:tcPr>
    </w:tblStylePr>
    <w:tblStylePr w:type="lastRow">
      <w:rPr>
        <w:b/>
        <w:bCs/>
        <w:color w:val="000000" w:themeColor="text1"/>
      </w:rPr>
      <w:tblPr/>
      <w:tcPr>
        <w:tcBorders>
          <w:top w:val="single" w:sz="12" w:space="0" w:color="000000" w:themeColor="text1"/>
          <w:left w:val="nil"/>
          <w:bottom w:val="nil"/>
          <w:right w:val="nil"/>
          <w:insideH w:val="nil"/>
          <w:insideV w:val="nil"/>
        </w:tcBorders>
        <w:shd w:val="clear" w:color="auto" w:fill="FFFFFF" w:themeFill="background1"/>
      </w:tcPr>
    </w:tblStylePr>
    <w:tblStylePr w:type="firstCol">
      <w:rPr>
        <w:b/>
        <w:bCs/>
        <w:color w:val="000000" w:themeColor="text1"/>
      </w:rPr>
      <w:tblPr/>
      <w:tcPr>
        <w:tcBorders>
          <w:top w:val="nil"/>
          <w:left w:val="nil"/>
          <w:bottom w:val="nil"/>
          <w:right w:val="nil"/>
          <w:insideH w:val="nil"/>
          <w:insideV w:val="nil"/>
        </w:tcBorders>
        <w:shd w:val="clear" w:color="auto" w:fill="FFFFFF" w:themeFill="background1"/>
      </w:tcPr>
    </w:tblStylePr>
    <w:tblStylePr w:type="lastCol">
      <w:rPr>
        <w:b w:val="0"/>
        <w:bCs w:val="0"/>
        <w:color w:val="000000" w:themeColor="text1"/>
      </w:rPr>
      <w:tblPr/>
      <w:tcPr>
        <w:tcBorders>
          <w:top w:val="nil"/>
          <w:left w:val="nil"/>
          <w:bottom w:val="nil"/>
          <w:right w:val="nil"/>
          <w:insideH w:val="nil"/>
          <w:insideV w:val="nil"/>
        </w:tcBorders>
        <w:shd w:val="clear" w:color="auto" w:fill="DAEEF3" w:themeFill="accent5" w:themeFillTint="33"/>
      </w:tcPr>
    </w:tblStylePr>
    <w:tblStylePr w:type="band1Vert">
      <w:tblPr/>
      <w:tcPr>
        <w:shd w:val="clear" w:color="auto" w:fill="A5D5E2" w:themeFill="accent5" w:themeFillTint="7F"/>
      </w:tcPr>
    </w:tblStylePr>
    <w:tblStylePr w:type="band1Horz">
      <w:tblPr/>
      <w:tcPr>
        <w:tcBorders>
          <w:insideH w:val="single" w:sz="6" w:space="0" w:color="4BACC6" w:themeColor="accent5"/>
          <w:insideV w:val="single" w:sz="6" w:space="0" w:color="4BACC6" w:themeColor="accent5"/>
        </w:tcBorders>
        <w:shd w:val="clear" w:color="auto" w:fill="A5D5E2" w:themeFill="accent5" w:themeFillTint="7F"/>
      </w:tcPr>
    </w:tblStylePr>
    <w:tblStylePr w:type="nwCell">
      <w:tblPr/>
      <w:tcPr>
        <w:shd w:val="clear" w:color="auto" w:fill="FFFFFF" w:themeFill="background1"/>
      </w:tcPr>
    </w:tblStylePr>
  </w:style>
  <w:style w:type="table" w:styleId="MediumGrid2-Accent6">
    <w:name w:val="Medium Grid 2 Accent 6"/>
    <w:basedOn w:val="TableNormal"/>
    <w:uiPriority w:val="68"/>
    <w:rsid w:val="00CB0664"/>
    <w:pPr>
      <w:spacing w:after="0" w:line="240" w:lineRule="auto"/>
    </w:pPr>
    <w:rPr>
      <w:rFonts w:asciiTheme="majorHAnsi" w:eastAsiaTheme="majorEastAsia" w:hAnsiTheme="majorHAnsi" w:cstheme="majorBidi"/>
      <w:color w:val="000000" w:themeColor="text1"/>
    </w:rPr>
    <w:tblPr>
      <w:tblStyleRowBandSize w:val="1"/>
      <w:tblStyleColBandSize w:val="1"/>
      <w:tblInd w:w="0" w:type="dxa"/>
      <w:tblBorders>
        <w:top w:val="single" w:sz="8" w:space="0" w:color="F79646" w:themeColor="accent6"/>
        <w:left w:val="single" w:sz="8" w:space="0" w:color="F79646" w:themeColor="accent6"/>
        <w:bottom w:val="single" w:sz="8" w:space="0" w:color="F79646" w:themeColor="accent6"/>
        <w:right w:val="single" w:sz="8" w:space="0" w:color="F79646" w:themeColor="accent6"/>
        <w:insideH w:val="single" w:sz="8" w:space="0" w:color="F79646" w:themeColor="accent6"/>
        <w:insideV w:val="single" w:sz="8" w:space="0" w:color="F79646" w:themeColor="accent6"/>
      </w:tblBorders>
      <w:tblCellMar>
        <w:top w:w="0" w:type="dxa"/>
        <w:left w:w="108" w:type="dxa"/>
        <w:bottom w:w="0" w:type="dxa"/>
        <w:right w:w="108" w:type="dxa"/>
      </w:tblCellMar>
    </w:tblPr>
    <w:tcPr>
      <w:shd w:val="clear" w:color="auto" w:fill="FDE4D0" w:themeFill="accent6" w:themeFillTint="3F"/>
    </w:tcPr>
    <w:tblStylePr w:type="firstRow">
      <w:rPr>
        <w:b/>
        <w:bCs/>
        <w:color w:val="000000" w:themeColor="text1"/>
      </w:rPr>
      <w:tblPr/>
      <w:tcPr>
        <w:shd w:val="clear" w:color="auto" w:fill="FEF4EC" w:themeFill="accent6" w:themeFillTint="19"/>
      </w:tcPr>
    </w:tblStylePr>
    <w:tblStylePr w:type="lastRow">
      <w:rPr>
        <w:b/>
        <w:bCs/>
        <w:color w:val="000000" w:themeColor="text1"/>
      </w:rPr>
      <w:tblPr/>
      <w:tcPr>
        <w:tcBorders>
          <w:top w:val="single" w:sz="12" w:space="0" w:color="000000" w:themeColor="text1"/>
          <w:left w:val="nil"/>
          <w:bottom w:val="nil"/>
          <w:right w:val="nil"/>
          <w:insideH w:val="nil"/>
          <w:insideV w:val="nil"/>
        </w:tcBorders>
        <w:shd w:val="clear" w:color="auto" w:fill="FFFFFF" w:themeFill="background1"/>
      </w:tcPr>
    </w:tblStylePr>
    <w:tblStylePr w:type="firstCol">
      <w:rPr>
        <w:b/>
        <w:bCs/>
        <w:color w:val="000000" w:themeColor="text1"/>
      </w:rPr>
      <w:tblPr/>
      <w:tcPr>
        <w:tcBorders>
          <w:top w:val="nil"/>
          <w:left w:val="nil"/>
          <w:bottom w:val="nil"/>
          <w:right w:val="nil"/>
          <w:insideH w:val="nil"/>
          <w:insideV w:val="nil"/>
        </w:tcBorders>
        <w:shd w:val="clear" w:color="auto" w:fill="FFFFFF" w:themeFill="background1"/>
      </w:tcPr>
    </w:tblStylePr>
    <w:tblStylePr w:type="lastCol">
      <w:rPr>
        <w:b w:val="0"/>
        <w:bCs w:val="0"/>
        <w:color w:val="000000" w:themeColor="text1"/>
      </w:rPr>
      <w:tblPr/>
      <w:tcPr>
        <w:tcBorders>
          <w:top w:val="nil"/>
          <w:left w:val="nil"/>
          <w:bottom w:val="nil"/>
          <w:right w:val="nil"/>
          <w:insideH w:val="nil"/>
          <w:insideV w:val="nil"/>
        </w:tcBorders>
        <w:shd w:val="clear" w:color="auto" w:fill="FDE9D9" w:themeFill="accent6" w:themeFillTint="33"/>
      </w:tcPr>
    </w:tblStylePr>
    <w:tblStylePr w:type="band1Vert">
      <w:tblPr/>
      <w:tcPr>
        <w:shd w:val="clear" w:color="auto" w:fill="FBCAA2" w:themeFill="accent6" w:themeFillTint="7F"/>
      </w:tcPr>
    </w:tblStylePr>
    <w:tblStylePr w:type="band1Horz">
      <w:tblPr/>
      <w:tcPr>
        <w:tcBorders>
          <w:insideH w:val="single" w:sz="6" w:space="0" w:color="F79646" w:themeColor="accent6"/>
          <w:insideV w:val="single" w:sz="6" w:space="0" w:color="F79646" w:themeColor="accent6"/>
        </w:tcBorders>
        <w:shd w:val="clear" w:color="auto" w:fill="FBCAA2" w:themeFill="accent6" w:themeFillTint="7F"/>
      </w:tcPr>
    </w:tblStylePr>
    <w:tblStylePr w:type="nwCell">
      <w:tblPr/>
      <w:tcPr>
        <w:shd w:val="clear" w:color="auto" w:fill="FFFFFF" w:themeFill="background1"/>
      </w:tcPr>
    </w:tblStylePr>
  </w:style>
  <w:style w:type="table" w:styleId="MediumGrid3">
    <w:name w:val="Medium Grid 3"/>
    <w:basedOn w:val="TableNormal"/>
    <w:uiPriority w:val="69"/>
    <w:rsid w:val="00CB0664"/>
    <w:pPr>
      <w:spacing w:after="0" w:line="240" w:lineRule="auto"/>
    </w:pPr>
    <w:tblPr>
      <w:tblStyleRowBandSize w:val="1"/>
      <w:tblStyleColBandSize w:val="1"/>
      <w:tblInd w:w="0" w:type="dxa"/>
      <w:tbl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single" w:sz="6" w:space="0" w:color="FFFFFF" w:themeColor="background1"/>
        <w:insideV w:val="single" w:sz="6" w:space="0" w:color="FFFFFF" w:themeColor="background1"/>
      </w:tblBorders>
      <w:tblCellMar>
        <w:top w:w="0" w:type="dxa"/>
        <w:left w:w="108" w:type="dxa"/>
        <w:bottom w:w="0" w:type="dxa"/>
        <w:right w:w="108" w:type="dxa"/>
      </w:tblCellMar>
    </w:tblPr>
    <w:tcPr>
      <w:shd w:val="clear" w:color="auto" w:fill="C0C0C0" w:themeFill="text1" w:themeFillTint="3F"/>
    </w:tcPr>
    <w:tblStylePr w:type="firstRow">
      <w:rPr>
        <w:b/>
        <w:bCs/>
        <w:i w:val="0"/>
        <w:iCs w:val="0"/>
        <w:color w:val="FFFFFF" w:themeColor="background1"/>
      </w:rPr>
      <w:tblPr/>
      <w:tcPr>
        <w:tcBorders>
          <w:top w:val="single" w:sz="8" w:space="0" w:color="FFFFFF" w:themeColor="background1"/>
          <w:left w:val="single" w:sz="8" w:space="0" w:color="FFFFFF" w:themeColor="background1"/>
          <w:bottom w:val="single" w:sz="24" w:space="0" w:color="FFFFFF" w:themeColor="background1"/>
          <w:right w:val="single" w:sz="8" w:space="0" w:color="FFFFFF" w:themeColor="background1"/>
          <w:insideH w:val="nil"/>
          <w:insideV w:val="single" w:sz="8" w:space="0" w:color="FFFFFF" w:themeColor="background1"/>
        </w:tcBorders>
        <w:shd w:val="clear" w:color="auto" w:fill="000000" w:themeFill="text1"/>
      </w:tcPr>
    </w:tblStylePr>
    <w:tblStylePr w:type="lastRow">
      <w:rPr>
        <w:b/>
        <w:bCs/>
        <w:i w:val="0"/>
        <w:iCs w:val="0"/>
        <w:color w:val="FFFFFF" w:themeColor="background1"/>
      </w:rPr>
      <w:tblPr/>
      <w:tcPr>
        <w:tcBorders>
          <w:top w:val="single" w:sz="24" w:space="0" w:color="FFFFFF" w:themeColor="background1"/>
          <w:left w:val="single" w:sz="8" w:space="0" w:color="FFFFFF" w:themeColor="background1"/>
          <w:bottom w:val="single" w:sz="8" w:space="0" w:color="FFFFFF" w:themeColor="background1"/>
          <w:right w:val="single" w:sz="8" w:space="0" w:color="FFFFFF" w:themeColor="background1"/>
          <w:insideH w:val="nil"/>
          <w:insideV w:val="single" w:sz="8" w:space="0" w:color="FFFFFF" w:themeColor="background1"/>
        </w:tcBorders>
        <w:shd w:val="clear" w:color="auto" w:fill="000000" w:themeFill="text1"/>
      </w:tcPr>
    </w:tblStylePr>
    <w:tblStylePr w:type="firstCol">
      <w:rPr>
        <w:b/>
        <w:bCs/>
        <w:i w:val="0"/>
        <w:iCs w:val="0"/>
        <w:color w:val="FFFFFF" w:themeColor="background1"/>
      </w:rPr>
      <w:tblPr/>
      <w:tcPr>
        <w:tcBorders>
          <w:left w:val="single" w:sz="8" w:space="0" w:color="FFFFFF" w:themeColor="background1"/>
          <w:right w:val="single" w:sz="24" w:space="0" w:color="FFFFFF" w:themeColor="background1"/>
          <w:insideH w:val="nil"/>
          <w:insideV w:val="nil"/>
        </w:tcBorders>
        <w:shd w:val="clear" w:color="auto" w:fill="000000" w:themeFill="text1"/>
      </w:tcPr>
    </w:tblStylePr>
    <w:tblStylePr w:type="lastCol">
      <w:rPr>
        <w:b/>
        <w:bCs/>
        <w:i w:val="0"/>
        <w:iCs w:val="0"/>
        <w:color w:val="FFFFFF" w:themeColor="background1"/>
      </w:rPr>
      <w:tblPr/>
      <w:tcPr>
        <w:tcBorders>
          <w:top w:val="nil"/>
          <w:left w:val="single" w:sz="24" w:space="0" w:color="FFFFFF" w:themeColor="background1"/>
          <w:bottom w:val="nil"/>
          <w:right w:val="nil"/>
          <w:insideH w:val="nil"/>
          <w:insideV w:val="nil"/>
        </w:tcBorders>
        <w:shd w:val="clear" w:color="auto" w:fill="000000" w:themeFill="text1"/>
      </w:tcPr>
    </w:tblStylePr>
    <w:tblStylePr w:type="band1Vert">
      <w:tblPr/>
      <w:tcPr>
        <w:tc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nil"/>
          <w:insideV w:val="nil"/>
        </w:tcBorders>
        <w:shd w:val="clear" w:color="auto" w:fill="808080" w:themeFill="text1" w:themeFillTint="7F"/>
      </w:tcPr>
    </w:tblStylePr>
    <w:tblStylePr w:type="band1Horz">
      <w:tblPr/>
      <w:tcPr>
        <w:tc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single" w:sz="8" w:space="0" w:color="FFFFFF" w:themeColor="background1"/>
          <w:insideV w:val="single" w:sz="8" w:space="0" w:color="FFFFFF" w:themeColor="background1"/>
        </w:tcBorders>
        <w:shd w:val="clear" w:color="auto" w:fill="808080" w:themeFill="text1" w:themeFillTint="7F"/>
      </w:tcPr>
    </w:tblStylePr>
  </w:style>
  <w:style w:type="table" w:styleId="MediumGrid3-Accent1">
    <w:name w:val="Medium Grid 3 Accent 1"/>
    <w:basedOn w:val="TableNormal"/>
    <w:uiPriority w:val="69"/>
    <w:rsid w:val="00CB0664"/>
    <w:pPr>
      <w:spacing w:after="0" w:line="240" w:lineRule="auto"/>
    </w:pPr>
    <w:tblPr>
      <w:tblStyleRowBandSize w:val="1"/>
      <w:tblStyleColBandSize w:val="1"/>
      <w:tblInd w:w="0" w:type="dxa"/>
      <w:tbl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single" w:sz="6" w:space="0" w:color="FFFFFF" w:themeColor="background1"/>
        <w:insideV w:val="single" w:sz="6" w:space="0" w:color="FFFFFF" w:themeColor="background1"/>
      </w:tblBorders>
      <w:tblCellMar>
        <w:top w:w="0" w:type="dxa"/>
        <w:left w:w="108" w:type="dxa"/>
        <w:bottom w:w="0" w:type="dxa"/>
        <w:right w:w="108" w:type="dxa"/>
      </w:tblCellMar>
    </w:tblPr>
    <w:tcPr>
      <w:shd w:val="clear" w:color="auto" w:fill="D3DFEE" w:themeFill="accent1" w:themeFillTint="3F"/>
    </w:tcPr>
    <w:tblStylePr w:type="firstRow">
      <w:rPr>
        <w:b/>
        <w:bCs/>
        <w:i w:val="0"/>
        <w:iCs w:val="0"/>
        <w:color w:val="FFFFFF" w:themeColor="background1"/>
      </w:rPr>
      <w:tblPr/>
      <w:tcPr>
        <w:tcBorders>
          <w:top w:val="single" w:sz="8" w:space="0" w:color="FFFFFF" w:themeColor="background1"/>
          <w:left w:val="single" w:sz="8" w:space="0" w:color="FFFFFF" w:themeColor="background1"/>
          <w:bottom w:val="single" w:sz="24" w:space="0" w:color="FFFFFF" w:themeColor="background1"/>
          <w:right w:val="single" w:sz="8" w:space="0" w:color="FFFFFF" w:themeColor="background1"/>
          <w:insideH w:val="nil"/>
          <w:insideV w:val="single" w:sz="8" w:space="0" w:color="FFFFFF" w:themeColor="background1"/>
        </w:tcBorders>
        <w:shd w:val="clear" w:color="auto" w:fill="4F81BD" w:themeFill="accent1"/>
      </w:tcPr>
    </w:tblStylePr>
    <w:tblStylePr w:type="lastRow">
      <w:rPr>
        <w:b/>
        <w:bCs/>
        <w:i w:val="0"/>
        <w:iCs w:val="0"/>
        <w:color w:val="FFFFFF" w:themeColor="background1"/>
      </w:rPr>
      <w:tblPr/>
      <w:tcPr>
        <w:tcBorders>
          <w:top w:val="single" w:sz="24" w:space="0" w:color="FFFFFF" w:themeColor="background1"/>
          <w:left w:val="single" w:sz="8" w:space="0" w:color="FFFFFF" w:themeColor="background1"/>
          <w:bottom w:val="single" w:sz="8" w:space="0" w:color="FFFFFF" w:themeColor="background1"/>
          <w:right w:val="single" w:sz="8" w:space="0" w:color="FFFFFF" w:themeColor="background1"/>
          <w:insideH w:val="nil"/>
          <w:insideV w:val="single" w:sz="8" w:space="0" w:color="FFFFFF" w:themeColor="background1"/>
        </w:tcBorders>
        <w:shd w:val="clear" w:color="auto" w:fill="4F81BD" w:themeFill="accent1"/>
      </w:tcPr>
    </w:tblStylePr>
    <w:tblStylePr w:type="firstCol">
      <w:rPr>
        <w:b/>
        <w:bCs/>
        <w:i w:val="0"/>
        <w:iCs w:val="0"/>
        <w:color w:val="FFFFFF" w:themeColor="background1"/>
      </w:rPr>
      <w:tblPr/>
      <w:tcPr>
        <w:tcBorders>
          <w:left w:val="single" w:sz="8" w:space="0" w:color="FFFFFF" w:themeColor="background1"/>
          <w:right w:val="single" w:sz="24" w:space="0" w:color="FFFFFF" w:themeColor="background1"/>
          <w:insideH w:val="nil"/>
          <w:insideV w:val="nil"/>
        </w:tcBorders>
        <w:shd w:val="clear" w:color="auto" w:fill="4F81BD" w:themeFill="accent1"/>
      </w:tcPr>
    </w:tblStylePr>
    <w:tblStylePr w:type="lastCol">
      <w:rPr>
        <w:b/>
        <w:bCs/>
        <w:i w:val="0"/>
        <w:iCs w:val="0"/>
        <w:color w:val="FFFFFF" w:themeColor="background1"/>
      </w:rPr>
      <w:tblPr/>
      <w:tcPr>
        <w:tcBorders>
          <w:top w:val="nil"/>
          <w:left w:val="single" w:sz="24" w:space="0" w:color="FFFFFF" w:themeColor="background1"/>
          <w:bottom w:val="nil"/>
          <w:right w:val="nil"/>
          <w:insideH w:val="nil"/>
          <w:insideV w:val="nil"/>
        </w:tcBorders>
        <w:shd w:val="clear" w:color="auto" w:fill="4F81BD" w:themeFill="accent1"/>
      </w:tcPr>
    </w:tblStylePr>
    <w:tblStylePr w:type="band1Vert">
      <w:tblPr/>
      <w:tcPr>
        <w:tc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nil"/>
          <w:insideV w:val="nil"/>
        </w:tcBorders>
        <w:shd w:val="clear" w:color="auto" w:fill="A7BFDE" w:themeFill="accent1" w:themeFillTint="7F"/>
      </w:tcPr>
    </w:tblStylePr>
    <w:tblStylePr w:type="band1Horz">
      <w:tblPr/>
      <w:tcPr>
        <w:tc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single" w:sz="8" w:space="0" w:color="FFFFFF" w:themeColor="background1"/>
          <w:insideV w:val="single" w:sz="8" w:space="0" w:color="FFFFFF" w:themeColor="background1"/>
        </w:tcBorders>
        <w:shd w:val="clear" w:color="auto" w:fill="A7BFDE" w:themeFill="accent1" w:themeFillTint="7F"/>
      </w:tcPr>
    </w:tblStylePr>
  </w:style>
  <w:style w:type="table" w:styleId="MediumGrid3-Accent2">
    <w:name w:val="Medium Grid 3 Accent 2"/>
    <w:basedOn w:val="TableNormal"/>
    <w:uiPriority w:val="69"/>
    <w:rsid w:val="00CB0664"/>
    <w:pPr>
      <w:spacing w:after="0" w:line="240" w:lineRule="auto"/>
    </w:pPr>
    <w:tblPr>
      <w:tblStyleRowBandSize w:val="1"/>
      <w:tblStyleColBandSize w:val="1"/>
      <w:tblInd w:w="0" w:type="dxa"/>
      <w:tbl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single" w:sz="6" w:space="0" w:color="FFFFFF" w:themeColor="background1"/>
        <w:insideV w:val="single" w:sz="6" w:space="0" w:color="FFFFFF" w:themeColor="background1"/>
      </w:tblBorders>
      <w:tblCellMar>
        <w:top w:w="0" w:type="dxa"/>
        <w:left w:w="108" w:type="dxa"/>
        <w:bottom w:w="0" w:type="dxa"/>
        <w:right w:w="108" w:type="dxa"/>
      </w:tblCellMar>
    </w:tblPr>
    <w:tcPr>
      <w:shd w:val="clear" w:color="auto" w:fill="EFD3D2" w:themeFill="accent2" w:themeFillTint="3F"/>
    </w:tcPr>
    <w:tblStylePr w:type="firstRow">
      <w:rPr>
        <w:b/>
        <w:bCs/>
        <w:i w:val="0"/>
        <w:iCs w:val="0"/>
        <w:color w:val="FFFFFF" w:themeColor="background1"/>
      </w:rPr>
      <w:tblPr/>
      <w:tcPr>
        <w:tcBorders>
          <w:top w:val="single" w:sz="8" w:space="0" w:color="FFFFFF" w:themeColor="background1"/>
          <w:left w:val="single" w:sz="8" w:space="0" w:color="FFFFFF" w:themeColor="background1"/>
          <w:bottom w:val="single" w:sz="24" w:space="0" w:color="FFFFFF" w:themeColor="background1"/>
          <w:right w:val="single" w:sz="8" w:space="0" w:color="FFFFFF" w:themeColor="background1"/>
          <w:insideH w:val="nil"/>
          <w:insideV w:val="single" w:sz="8" w:space="0" w:color="FFFFFF" w:themeColor="background1"/>
        </w:tcBorders>
        <w:shd w:val="clear" w:color="auto" w:fill="C0504D" w:themeFill="accent2"/>
      </w:tcPr>
    </w:tblStylePr>
    <w:tblStylePr w:type="lastRow">
      <w:rPr>
        <w:b/>
        <w:bCs/>
        <w:i w:val="0"/>
        <w:iCs w:val="0"/>
        <w:color w:val="FFFFFF" w:themeColor="background1"/>
      </w:rPr>
      <w:tblPr/>
      <w:tcPr>
        <w:tcBorders>
          <w:top w:val="single" w:sz="24" w:space="0" w:color="FFFFFF" w:themeColor="background1"/>
          <w:left w:val="single" w:sz="8" w:space="0" w:color="FFFFFF" w:themeColor="background1"/>
          <w:bottom w:val="single" w:sz="8" w:space="0" w:color="FFFFFF" w:themeColor="background1"/>
          <w:right w:val="single" w:sz="8" w:space="0" w:color="FFFFFF" w:themeColor="background1"/>
          <w:insideH w:val="nil"/>
          <w:insideV w:val="single" w:sz="8" w:space="0" w:color="FFFFFF" w:themeColor="background1"/>
        </w:tcBorders>
        <w:shd w:val="clear" w:color="auto" w:fill="C0504D" w:themeFill="accent2"/>
      </w:tcPr>
    </w:tblStylePr>
    <w:tblStylePr w:type="firstCol">
      <w:rPr>
        <w:b/>
        <w:bCs/>
        <w:i w:val="0"/>
        <w:iCs w:val="0"/>
        <w:color w:val="FFFFFF" w:themeColor="background1"/>
      </w:rPr>
      <w:tblPr/>
      <w:tcPr>
        <w:tcBorders>
          <w:left w:val="single" w:sz="8" w:space="0" w:color="FFFFFF" w:themeColor="background1"/>
          <w:right w:val="single" w:sz="24" w:space="0" w:color="FFFFFF" w:themeColor="background1"/>
          <w:insideH w:val="nil"/>
          <w:insideV w:val="nil"/>
        </w:tcBorders>
        <w:shd w:val="clear" w:color="auto" w:fill="C0504D" w:themeFill="accent2"/>
      </w:tcPr>
    </w:tblStylePr>
    <w:tblStylePr w:type="lastCol">
      <w:rPr>
        <w:b/>
        <w:bCs/>
        <w:i w:val="0"/>
        <w:iCs w:val="0"/>
        <w:color w:val="FFFFFF" w:themeColor="background1"/>
      </w:rPr>
      <w:tblPr/>
      <w:tcPr>
        <w:tcBorders>
          <w:top w:val="nil"/>
          <w:left w:val="single" w:sz="24" w:space="0" w:color="FFFFFF" w:themeColor="background1"/>
          <w:bottom w:val="nil"/>
          <w:right w:val="nil"/>
          <w:insideH w:val="nil"/>
          <w:insideV w:val="nil"/>
        </w:tcBorders>
        <w:shd w:val="clear" w:color="auto" w:fill="C0504D" w:themeFill="accent2"/>
      </w:tcPr>
    </w:tblStylePr>
    <w:tblStylePr w:type="band1Vert">
      <w:tblPr/>
      <w:tcPr>
        <w:tc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nil"/>
          <w:insideV w:val="nil"/>
        </w:tcBorders>
        <w:shd w:val="clear" w:color="auto" w:fill="DFA7A6" w:themeFill="accent2" w:themeFillTint="7F"/>
      </w:tcPr>
    </w:tblStylePr>
    <w:tblStylePr w:type="band1Horz">
      <w:tblPr/>
      <w:tcPr>
        <w:tc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single" w:sz="8" w:space="0" w:color="FFFFFF" w:themeColor="background1"/>
          <w:insideV w:val="single" w:sz="8" w:space="0" w:color="FFFFFF" w:themeColor="background1"/>
        </w:tcBorders>
        <w:shd w:val="clear" w:color="auto" w:fill="DFA7A6" w:themeFill="accent2" w:themeFillTint="7F"/>
      </w:tcPr>
    </w:tblStylePr>
  </w:style>
  <w:style w:type="table" w:styleId="MediumGrid3-Accent3">
    <w:name w:val="Medium Grid 3 Accent 3"/>
    <w:basedOn w:val="TableNormal"/>
    <w:uiPriority w:val="69"/>
    <w:rsid w:val="00CB0664"/>
    <w:pPr>
      <w:spacing w:after="0" w:line="240" w:lineRule="auto"/>
    </w:pPr>
    <w:tblPr>
      <w:tblStyleRowBandSize w:val="1"/>
      <w:tblStyleColBandSize w:val="1"/>
      <w:tblInd w:w="0" w:type="dxa"/>
      <w:tbl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single" w:sz="6" w:space="0" w:color="FFFFFF" w:themeColor="background1"/>
        <w:insideV w:val="single" w:sz="6" w:space="0" w:color="FFFFFF" w:themeColor="background1"/>
      </w:tblBorders>
      <w:tblCellMar>
        <w:top w:w="0" w:type="dxa"/>
        <w:left w:w="108" w:type="dxa"/>
        <w:bottom w:w="0" w:type="dxa"/>
        <w:right w:w="108" w:type="dxa"/>
      </w:tblCellMar>
    </w:tblPr>
    <w:tcPr>
      <w:shd w:val="clear" w:color="auto" w:fill="E6EED5" w:themeFill="accent3" w:themeFillTint="3F"/>
    </w:tcPr>
    <w:tblStylePr w:type="firstRow">
      <w:rPr>
        <w:b/>
        <w:bCs/>
        <w:i w:val="0"/>
        <w:iCs w:val="0"/>
        <w:color w:val="FFFFFF" w:themeColor="background1"/>
      </w:rPr>
      <w:tblPr/>
      <w:tcPr>
        <w:tcBorders>
          <w:top w:val="single" w:sz="8" w:space="0" w:color="FFFFFF" w:themeColor="background1"/>
          <w:left w:val="single" w:sz="8" w:space="0" w:color="FFFFFF" w:themeColor="background1"/>
          <w:bottom w:val="single" w:sz="24" w:space="0" w:color="FFFFFF" w:themeColor="background1"/>
          <w:right w:val="single" w:sz="8" w:space="0" w:color="FFFFFF" w:themeColor="background1"/>
          <w:insideH w:val="nil"/>
          <w:insideV w:val="single" w:sz="8" w:space="0" w:color="FFFFFF" w:themeColor="background1"/>
        </w:tcBorders>
        <w:shd w:val="clear" w:color="auto" w:fill="9BBB59" w:themeFill="accent3"/>
      </w:tcPr>
    </w:tblStylePr>
    <w:tblStylePr w:type="lastRow">
      <w:rPr>
        <w:b/>
        <w:bCs/>
        <w:i w:val="0"/>
        <w:iCs w:val="0"/>
        <w:color w:val="FFFFFF" w:themeColor="background1"/>
      </w:rPr>
      <w:tblPr/>
      <w:tcPr>
        <w:tcBorders>
          <w:top w:val="single" w:sz="24" w:space="0" w:color="FFFFFF" w:themeColor="background1"/>
          <w:left w:val="single" w:sz="8" w:space="0" w:color="FFFFFF" w:themeColor="background1"/>
          <w:bottom w:val="single" w:sz="8" w:space="0" w:color="FFFFFF" w:themeColor="background1"/>
          <w:right w:val="single" w:sz="8" w:space="0" w:color="FFFFFF" w:themeColor="background1"/>
          <w:insideH w:val="nil"/>
          <w:insideV w:val="single" w:sz="8" w:space="0" w:color="FFFFFF" w:themeColor="background1"/>
        </w:tcBorders>
        <w:shd w:val="clear" w:color="auto" w:fill="9BBB59" w:themeFill="accent3"/>
      </w:tcPr>
    </w:tblStylePr>
    <w:tblStylePr w:type="firstCol">
      <w:rPr>
        <w:b/>
        <w:bCs/>
        <w:i w:val="0"/>
        <w:iCs w:val="0"/>
        <w:color w:val="FFFFFF" w:themeColor="background1"/>
      </w:rPr>
      <w:tblPr/>
      <w:tcPr>
        <w:tcBorders>
          <w:left w:val="single" w:sz="8" w:space="0" w:color="FFFFFF" w:themeColor="background1"/>
          <w:right w:val="single" w:sz="24" w:space="0" w:color="FFFFFF" w:themeColor="background1"/>
          <w:insideH w:val="nil"/>
          <w:insideV w:val="nil"/>
        </w:tcBorders>
        <w:shd w:val="clear" w:color="auto" w:fill="9BBB59" w:themeFill="accent3"/>
      </w:tcPr>
    </w:tblStylePr>
    <w:tblStylePr w:type="lastCol">
      <w:rPr>
        <w:b/>
        <w:bCs/>
        <w:i w:val="0"/>
        <w:iCs w:val="0"/>
        <w:color w:val="FFFFFF" w:themeColor="background1"/>
      </w:rPr>
      <w:tblPr/>
      <w:tcPr>
        <w:tcBorders>
          <w:top w:val="nil"/>
          <w:left w:val="single" w:sz="24" w:space="0" w:color="FFFFFF" w:themeColor="background1"/>
          <w:bottom w:val="nil"/>
          <w:right w:val="nil"/>
          <w:insideH w:val="nil"/>
          <w:insideV w:val="nil"/>
        </w:tcBorders>
        <w:shd w:val="clear" w:color="auto" w:fill="9BBB59" w:themeFill="accent3"/>
      </w:tcPr>
    </w:tblStylePr>
    <w:tblStylePr w:type="band1Vert">
      <w:tblPr/>
      <w:tcPr>
        <w:tc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nil"/>
          <w:insideV w:val="nil"/>
        </w:tcBorders>
        <w:shd w:val="clear" w:color="auto" w:fill="CDDDAC" w:themeFill="accent3" w:themeFillTint="7F"/>
      </w:tcPr>
    </w:tblStylePr>
    <w:tblStylePr w:type="band1Horz">
      <w:tblPr/>
      <w:tcPr>
        <w:tc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single" w:sz="8" w:space="0" w:color="FFFFFF" w:themeColor="background1"/>
          <w:insideV w:val="single" w:sz="8" w:space="0" w:color="FFFFFF" w:themeColor="background1"/>
        </w:tcBorders>
        <w:shd w:val="clear" w:color="auto" w:fill="CDDDAC" w:themeFill="accent3" w:themeFillTint="7F"/>
      </w:tcPr>
    </w:tblStylePr>
  </w:style>
  <w:style w:type="table" w:styleId="MediumGrid3-Accent4">
    <w:name w:val="Medium Grid 3 Accent 4"/>
    <w:basedOn w:val="TableNormal"/>
    <w:uiPriority w:val="69"/>
    <w:rsid w:val="00CB0664"/>
    <w:pPr>
      <w:spacing w:after="0" w:line="240" w:lineRule="auto"/>
    </w:pPr>
    <w:tblPr>
      <w:tblStyleRowBandSize w:val="1"/>
      <w:tblStyleColBandSize w:val="1"/>
      <w:tblInd w:w="0" w:type="dxa"/>
      <w:tbl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single" w:sz="6" w:space="0" w:color="FFFFFF" w:themeColor="background1"/>
        <w:insideV w:val="single" w:sz="6" w:space="0" w:color="FFFFFF" w:themeColor="background1"/>
      </w:tblBorders>
      <w:tblCellMar>
        <w:top w:w="0" w:type="dxa"/>
        <w:left w:w="108" w:type="dxa"/>
        <w:bottom w:w="0" w:type="dxa"/>
        <w:right w:w="108" w:type="dxa"/>
      </w:tblCellMar>
    </w:tblPr>
    <w:tcPr>
      <w:shd w:val="clear" w:color="auto" w:fill="DFD8E8" w:themeFill="accent4" w:themeFillTint="3F"/>
    </w:tcPr>
    <w:tblStylePr w:type="firstRow">
      <w:rPr>
        <w:b/>
        <w:bCs/>
        <w:i w:val="0"/>
        <w:iCs w:val="0"/>
        <w:color w:val="FFFFFF" w:themeColor="background1"/>
      </w:rPr>
      <w:tblPr/>
      <w:tcPr>
        <w:tcBorders>
          <w:top w:val="single" w:sz="8" w:space="0" w:color="FFFFFF" w:themeColor="background1"/>
          <w:left w:val="single" w:sz="8" w:space="0" w:color="FFFFFF" w:themeColor="background1"/>
          <w:bottom w:val="single" w:sz="24" w:space="0" w:color="FFFFFF" w:themeColor="background1"/>
          <w:right w:val="single" w:sz="8" w:space="0" w:color="FFFFFF" w:themeColor="background1"/>
          <w:insideH w:val="nil"/>
          <w:insideV w:val="single" w:sz="8" w:space="0" w:color="FFFFFF" w:themeColor="background1"/>
        </w:tcBorders>
        <w:shd w:val="clear" w:color="auto" w:fill="8064A2" w:themeFill="accent4"/>
      </w:tcPr>
    </w:tblStylePr>
    <w:tblStylePr w:type="lastRow">
      <w:rPr>
        <w:b/>
        <w:bCs/>
        <w:i w:val="0"/>
        <w:iCs w:val="0"/>
        <w:color w:val="FFFFFF" w:themeColor="background1"/>
      </w:rPr>
      <w:tblPr/>
      <w:tcPr>
        <w:tcBorders>
          <w:top w:val="single" w:sz="24" w:space="0" w:color="FFFFFF" w:themeColor="background1"/>
          <w:left w:val="single" w:sz="8" w:space="0" w:color="FFFFFF" w:themeColor="background1"/>
          <w:bottom w:val="single" w:sz="8" w:space="0" w:color="FFFFFF" w:themeColor="background1"/>
          <w:right w:val="single" w:sz="8" w:space="0" w:color="FFFFFF" w:themeColor="background1"/>
          <w:insideH w:val="nil"/>
          <w:insideV w:val="single" w:sz="8" w:space="0" w:color="FFFFFF" w:themeColor="background1"/>
        </w:tcBorders>
        <w:shd w:val="clear" w:color="auto" w:fill="8064A2" w:themeFill="accent4"/>
      </w:tcPr>
    </w:tblStylePr>
    <w:tblStylePr w:type="firstCol">
      <w:rPr>
        <w:b/>
        <w:bCs/>
        <w:i w:val="0"/>
        <w:iCs w:val="0"/>
        <w:color w:val="FFFFFF" w:themeColor="background1"/>
      </w:rPr>
      <w:tblPr/>
      <w:tcPr>
        <w:tcBorders>
          <w:left w:val="single" w:sz="8" w:space="0" w:color="FFFFFF" w:themeColor="background1"/>
          <w:right w:val="single" w:sz="24" w:space="0" w:color="FFFFFF" w:themeColor="background1"/>
          <w:insideH w:val="nil"/>
          <w:insideV w:val="nil"/>
        </w:tcBorders>
        <w:shd w:val="clear" w:color="auto" w:fill="8064A2" w:themeFill="accent4"/>
      </w:tcPr>
    </w:tblStylePr>
    <w:tblStylePr w:type="lastCol">
      <w:rPr>
        <w:b/>
        <w:bCs/>
        <w:i w:val="0"/>
        <w:iCs w:val="0"/>
        <w:color w:val="FFFFFF" w:themeColor="background1"/>
      </w:rPr>
      <w:tblPr/>
      <w:tcPr>
        <w:tcBorders>
          <w:top w:val="nil"/>
          <w:left w:val="single" w:sz="24" w:space="0" w:color="FFFFFF" w:themeColor="background1"/>
          <w:bottom w:val="nil"/>
          <w:right w:val="nil"/>
          <w:insideH w:val="nil"/>
          <w:insideV w:val="nil"/>
        </w:tcBorders>
        <w:shd w:val="clear" w:color="auto" w:fill="8064A2" w:themeFill="accent4"/>
      </w:tcPr>
    </w:tblStylePr>
    <w:tblStylePr w:type="band1Vert">
      <w:tblPr/>
      <w:tcPr>
        <w:tc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nil"/>
          <w:insideV w:val="nil"/>
        </w:tcBorders>
        <w:shd w:val="clear" w:color="auto" w:fill="BFB1D0" w:themeFill="accent4" w:themeFillTint="7F"/>
      </w:tcPr>
    </w:tblStylePr>
    <w:tblStylePr w:type="band1Horz">
      <w:tblPr/>
      <w:tcPr>
        <w:tc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single" w:sz="8" w:space="0" w:color="FFFFFF" w:themeColor="background1"/>
          <w:insideV w:val="single" w:sz="8" w:space="0" w:color="FFFFFF" w:themeColor="background1"/>
        </w:tcBorders>
        <w:shd w:val="clear" w:color="auto" w:fill="BFB1D0" w:themeFill="accent4" w:themeFillTint="7F"/>
      </w:tcPr>
    </w:tblStylePr>
  </w:style>
  <w:style w:type="table" w:styleId="MediumGrid3-Accent5">
    <w:name w:val="Medium Grid 3 Accent 5"/>
    <w:basedOn w:val="TableNormal"/>
    <w:uiPriority w:val="69"/>
    <w:rsid w:val="00CB0664"/>
    <w:pPr>
      <w:spacing w:after="0" w:line="240" w:lineRule="auto"/>
    </w:pPr>
    <w:tblPr>
      <w:tblStyleRowBandSize w:val="1"/>
      <w:tblStyleColBandSize w:val="1"/>
      <w:tblInd w:w="0" w:type="dxa"/>
      <w:tbl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single" w:sz="6" w:space="0" w:color="FFFFFF" w:themeColor="background1"/>
        <w:insideV w:val="single" w:sz="6" w:space="0" w:color="FFFFFF" w:themeColor="background1"/>
      </w:tblBorders>
      <w:tblCellMar>
        <w:top w:w="0" w:type="dxa"/>
        <w:left w:w="108" w:type="dxa"/>
        <w:bottom w:w="0" w:type="dxa"/>
        <w:right w:w="108" w:type="dxa"/>
      </w:tblCellMar>
    </w:tblPr>
    <w:tcPr>
      <w:shd w:val="clear" w:color="auto" w:fill="D2EAF1" w:themeFill="accent5" w:themeFillTint="3F"/>
    </w:tcPr>
    <w:tblStylePr w:type="firstRow">
      <w:rPr>
        <w:b/>
        <w:bCs/>
        <w:i w:val="0"/>
        <w:iCs w:val="0"/>
        <w:color w:val="FFFFFF" w:themeColor="background1"/>
      </w:rPr>
      <w:tblPr/>
      <w:tcPr>
        <w:tcBorders>
          <w:top w:val="single" w:sz="8" w:space="0" w:color="FFFFFF" w:themeColor="background1"/>
          <w:left w:val="single" w:sz="8" w:space="0" w:color="FFFFFF" w:themeColor="background1"/>
          <w:bottom w:val="single" w:sz="24" w:space="0" w:color="FFFFFF" w:themeColor="background1"/>
          <w:right w:val="single" w:sz="8" w:space="0" w:color="FFFFFF" w:themeColor="background1"/>
          <w:insideH w:val="nil"/>
          <w:insideV w:val="single" w:sz="8" w:space="0" w:color="FFFFFF" w:themeColor="background1"/>
        </w:tcBorders>
        <w:shd w:val="clear" w:color="auto" w:fill="4BACC6" w:themeFill="accent5"/>
      </w:tcPr>
    </w:tblStylePr>
    <w:tblStylePr w:type="lastRow">
      <w:rPr>
        <w:b/>
        <w:bCs/>
        <w:i w:val="0"/>
        <w:iCs w:val="0"/>
        <w:color w:val="FFFFFF" w:themeColor="background1"/>
      </w:rPr>
      <w:tblPr/>
      <w:tcPr>
        <w:tcBorders>
          <w:top w:val="single" w:sz="24" w:space="0" w:color="FFFFFF" w:themeColor="background1"/>
          <w:left w:val="single" w:sz="8" w:space="0" w:color="FFFFFF" w:themeColor="background1"/>
          <w:bottom w:val="single" w:sz="8" w:space="0" w:color="FFFFFF" w:themeColor="background1"/>
          <w:right w:val="single" w:sz="8" w:space="0" w:color="FFFFFF" w:themeColor="background1"/>
          <w:insideH w:val="nil"/>
          <w:insideV w:val="single" w:sz="8" w:space="0" w:color="FFFFFF" w:themeColor="background1"/>
        </w:tcBorders>
        <w:shd w:val="clear" w:color="auto" w:fill="4BACC6" w:themeFill="accent5"/>
      </w:tcPr>
    </w:tblStylePr>
    <w:tblStylePr w:type="firstCol">
      <w:rPr>
        <w:b/>
        <w:bCs/>
        <w:i w:val="0"/>
        <w:iCs w:val="0"/>
        <w:color w:val="FFFFFF" w:themeColor="background1"/>
      </w:rPr>
      <w:tblPr/>
      <w:tcPr>
        <w:tcBorders>
          <w:left w:val="single" w:sz="8" w:space="0" w:color="FFFFFF" w:themeColor="background1"/>
          <w:right w:val="single" w:sz="24" w:space="0" w:color="FFFFFF" w:themeColor="background1"/>
          <w:insideH w:val="nil"/>
          <w:insideV w:val="nil"/>
        </w:tcBorders>
        <w:shd w:val="clear" w:color="auto" w:fill="4BACC6" w:themeFill="accent5"/>
      </w:tcPr>
    </w:tblStylePr>
    <w:tblStylePr w:type="lastCol">
      <w:rPr>
        <w:b/>
        <w:bCs/>
        <w:i w:val="0"/>
        <w:iCs w:val="0"/>
        <w:color w:val="FFFFFF" w:themeColor="background1"/>
      </w:rPr>
      <w:tblPr/>
      <w:tcPr>
        <w:tcBorders>
          <w:top w:val="nil"/>
          <w:left w:val="single" w:sz="24" w:space="0" w:color="FFFFFF" w:themeColor="background1"/>
          <w:bottom w:val="nil"/>
          <w:right w:val="nil"/>
          <w:insideH w:val="nil"/>
          <w:insideV w:val="nil"/>
        </w:tcBorders>
        <w:shd w:val="clear" w:color="auto" w:fill="4BACC6" w:themeFill="accent5"/>
      </w:tcPr>
    </w:tblStylePr>
    <w:tblStylePr w:type="band1Vert">
      <w:tblPr/>
      <w:tcPr>
        <w:tc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nil"/>
          <w:insideV w:val="nil"/>
        </w:tcBorders>
        <w:shd w:val="clear" w:color="auto" w:fill="A5D5E2" w:themeFill="accent5" w:themeFillTint="7F"/>
      </w:tcPr>
    </w:tblStylePr>
    <w:tblStylePr w:type="band1Horz">
      <w:tblPr/>
      <w:tcPr>
        <w:tc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single" w:sz="8" w:space="0" w:color="FFFFFF" w:themeColor="background1"/>
          <w:insideV w:val="single" w:sz="8" w:space="0" w:color="FFFFFF" w:themeColor="background1"/>
        </w:tcBorders>
        <w:shd w:val="clear" w:color="auto" w:fill="A5D5E2" w:themeFill="accent5" w:themeFillTint="7F"/>
      </w:tcPr>
    </w:tblStylePr>
  </w:style>
  <w:style w:type="table" w:styleId="MediumGrid3-Accent6">
    <w:name w:val="Medium Grid 3 Accent 6"/>
    <w:basedOn w:val="TableNormal"/>
    <w:uiPriority w:val="69"/>
    <w:rsid w:val="00CB0664"/>
    <w:pPr>
      <w:spacing w:after="0" w:line="240" w:lineRule="auto"/>
    </w:pPr>
    <w:tblPr>
      <w:tblStyleRowBandSize w:val="1"/>
      <w:tblStyleColBandSize w:val="1"/>
      <w:tblInd w:w="0" w:type="dxa"/>
      <w:tbl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single" w:sz="6" w:space="0" w:color="FFFFFF" w:themeColor="background1"/>
        <w:insideV w:val="single" w:sz="6" w:space="0" w:color="FFFFFF" w:themeColor="background1"/>
      </w:tblBorders>
      <w:tblCellMar>
        <w:top w:w="0" w:type="dxa"/>
        <w:left w:w="108" w:type="dxa"/>
        <w:bottom w:w="0" w:type="dxa"/>
        <w:right w:w="108" w:type="dxa"/>
      </w:tblCellMar>
    </w:tblPr>
    <w:tcPr>
      <w:shd w:val="clear" w:color="auto" w:fill="FDE4D0" w:themeFill="accent6" w:themeFillTint="3F"/>
    </w:tcPr>
    <w:tblStylePr w:type="firstRow">
      <w:rPr>
        <w:b/>
        <w:bCs/>
        <w:i w:val="0"/>
        <w:iCs w:val="0"/>
        <w:color w:val="FFFFFF" w:themeColor="background1"/>
      </w:rPr>
      <w:tblPr/>
      <w:tcPr>
        <w:tcBorders>
          <w:top w:val="single" w:sz="8" w:space="0" w:color="FFFFFF" w:themeColor="background1"/>
          <w:left w:val="single" w:sz="8" w:space="0" w:color="FFFFFF" w:themeColor="background1"/>
          <w:bottom w:val="single" w:sz="24" w:space="0" w:color="FFFFFF" w:themeColor="background1"/>
          <w:right w:val="single" w:sz="8" w:space="0" w:color="FFFFFF" w:themeColor="background1"/>
          <w:insideH w:val="nil"/>
          <w:insideV w:val="single" w:sz="8" w:space="0" w:color="FFFFFF" w:themeColor="background1"/>
        </w:tcBorders>
        <w:shd w:val="clear" w:color="auto" w:fill="F79646" w:themeFill="accent6"/>
      </w:tcPr>
    </w:tblStylePr>
    <w:tblStylePr w:type="lastRow">
      <w:rPr>
        <w:b/>
        <w:bCs/>
        <w:i w:val="0"/>
        <w:iCs w:val="0"/>
        <w:color w:val="FFFFFF" w:themeColor="background1"/>
      </w:rPr>
      <w:tblPr/>
      <w:tcPr>
        <w:tcBorders>
          <w:top w:val="single" w:sz="24" w:space="0" w:color="FFFFFF" w:themeColor="background1"/>
          <w:left w:val="single" w:sz="8" w:space="0" w:color="FFFFFF" w:themeColor="background1"/>
          <w:bottom w:val="single" w:sz="8" w:space="0" w:color="FFFFFF" w:themeColor="background1"/>
          <w:right w:val="single" w:sz="8" w:space="0" w:color="FFFFFF" w:themeColor="background1"/>
          <w:insideH w:val="nil"/>
          <w:insideV w:val="single" w:sz="8" w:space="0" w:color="FFFFFF" w:themeColor="background1"/>
        </w:tcBorders>
        <w:shd w:val="clear" w:color="auto" w:fill="F79646" w:themeFill="accent6"/>
      </w:tcPr>
    </w:tblStylePr>
    <w:tblStylePr w:type="firstCol">
      <w:rPr>
        <w:b/>
        <w:bCs/>
        <w:i w:val="0"/>
        <w:iCs w:val="0"/>
        <w:color w:val="FFFFFF" w:themeColor="background1"/>
      </w:rPr>
      <w:tblPr/>
      <w:tcPr>
        <w:tcBorders>
          <w:left w:val="single" w:sz="8" w:space="0" w:color="FFFFFF" w:themeColor="background1"/>
          <w:right w:val="single" w:sz="24" w:space="0" w:color="FFFFFF" w:themeColor="background1"/>
          <w:insideH w:val="nil"/>
          <w:insideV w:val="nil"/>
        </w:tcBorders>
        <w:shd w:val="clear" w:color="auto" w:fill="F79646" w:themeFill="accent6"/>
      </w:tcPr>
    </w:tblStylePr>
    <w:tblStylePr w:type="lastCol">
      <w:rPr>
        <w:b/>
        <w:bCs/>
        <w:i w:val="0"/>
        <w:iCs w:val="0"/>
        <w:color w:val="FFFFFF" w:themeColor="background1"/>
      </w:rPr>
      <w:tblPr/>
      <w:tcPr>
        <w:tcBorders>
          <w:top w:val="nil"/>
          <w:left w:val="single" w:sz="24" w:space="0" w:color="FFFFFF" w:themeColor="background1"/>
          <w:bottom w:val="nil"/>
          <w:right w:val="nil"/>
          <w:insideH w:val="nil"/>
          <w:insideV w:val="nil"/>
        </w:tcBorders>
        <w:shd w:val="clear" w:color="auto" w:fill="F79646" w:themeFill="accent6"/>
      </w:tcPr>
    </w:tblStylePr>
    <w:tblStylePr w:type="band1Vert">
      <w:tblPr/>
      <w:tcPr>
        <w:tc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nil"/>
          <w:insideV w:val="nil"/>
        </w:tcBorders>
        <w:shd w:val="clear" w:color="auto" w:fill="FBCAA2" w:themeFill="accent6" w:themeFillTint="7F"/>
      </w:tcPr>
    </w:tblStylePr>
    <w:tblStylePr w:type="band1Horz">
      <w:tblPr/>
      <w:tcPr>
        <w:tc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single" w:sz="8" w:space="0" w:color="FFFFFF" w:themeColor="background1"/>
          <w:insideV w:val="single" w:sz="8" w:space="0" w:color="FFFFFF" w:themeColor="background1"/>
        </w:tcBorders>
        <w:shd w:val="clear" w:color="auto" w:fill="FBCAA2" w:themeFill="accent6" w:themeFillTint="7F"/>
      </w:tcPr>
    </w:tblStylePr>
  </w:style>
  <w:style w:type="table" w:styleId="DarkList">
    <w:name w:val="Dark List"/>
    <w:basedOn w:val="TableNormal"/>
    <w:uiPriority w:val="70"/>
    <w:rsid w:val="00CB0664"/>
    <w:pPr>
      <w:spacing w:after="0" w:line="240" w:lineRule="auto"/>
    </w:pPr>
    <w:rPr>
      <w:color w:val="FFFFFF" w:themeColor="background1"/>
    </w:rPr>
    <w:tblPr>
      <w:tblStyleRowBandSize w:val="1"/>
      <w:tblStyleColBandSize w:val="1"/>
      <w:tblInd w:w="0" w:type="dxa"/>
      <w:tblCellMar>
        <w:top w:w="0" w:type="dxa"/>
        <w:left w:w="108" w:type="dxa"/>
        <w:bottom w:w="0" w:type="dxa"/>
        <w:right w:w="108" w:type="dxa"/>
      </w:tblCellMar>
    </w:tblPr>
    <w:tcPr>
      <w:shd w:val="clear" w:color="auto" w:fill="000000" w:themeFill="text1"/>
    </w:tcPr>
    <w:tblStylePr w:type="firstRow">
      <w:rPr>
        <w:b/>
        <w:bCs/>
      </w:rPr>
      <w:tblPr/>
      <w:tcPr>
        <w:tcBorders>
          <w:top w:val="nil"/>
          <w:left w:val="nil"/>
          <w:bottom w:val="single" w:sz="18" w:space="0" w:color="FFFFFF" w:themeColor="background1"/>
          <w:right w:val="nil"/>
          <w:insideH w:val="nil"/>
          <w:insideV w:val="nil"/>
        </w:tcBorders>
        <w:shd w:val="clear" w:color="auto" w:fill="000000" w:themeFill="text1"/>
      </w:tcPr>
    </w:tblStylePr>
    <w:tblStylePr w:type="lastRow">
      <w:tblPr/>
      <w:tcPr>
        <w:tcBorders>
          <w:top w:val="single" w:sz="18" w:space="0" w:color="FFFFFF" w:themeColor="background1"/>
          <w:left w:val="nil"/>
          <w:bottom w:val="nil"/>
          <w:right w:val="nil"/>
          <w:insideH w:val="nil"/>
          <w:insideV w:val="nil"/>
        </w:tcBorders>
        <w:shd w:val="clear" w:color="auto" w:fill="000000" w:themeFill="text1" w:themeFillShade="7F"/>
      </w:tcPr>
    </w:tblStylePr>
    <w:tblStylePr w:type="firstCol">
      <w:tblPr/>
      <w:tcPr>
        <w:tcBorders>
          <w:top w:val="nil"/>
          <w:left w:val="nil"/>
          <w:bottom w:val="nil"/>
          <w:right w:val="single" w:sz="18" w:space="0" w:color="FFFFFF" w:themeColor="background1"/>
          <w:insideH w:val="nil"/>
          <w:insideV w:val="nil"/>
        </w:tcBorders>
        <w:shd w:val="clear" w:color="auto" w:fill="000000" w:themeFill="text1" w:themeFillShade="BF"/>
      </w:tcPr>
    </w:tblStylePr>
    <w:tblStylePr w:type="lastCol">
      <w:tblPr/>
      <w:tcPr>
        <w:tcBorders>
          <w:top w:val="nil"/>
          <w:left w:val="single" w:sz="18" w:space="0" w:color="FFFFFF" w:themeColor="background1"/>
          <w:bottom w:val="nil"/>
          <w:right w:val="nil"/>
          <w:insideH w:val="nil"/>
          <w:insideV w:val="nil"/>
        </w:tcBorders>
        <w:shd w:val="clear" w:color="auto" w:fill="000000" w:themeFill="text1" w:themeFillShade="BF"/>
      </w:tcPr>
    </w:tblStylePr>
    <w:tblStylePr w:type="band1Vert">
      <w:tblPr/>
      <w:tcPr>
        <w:tcBorders>
          <w:top w:val="nil"/>
          <w:left w:val="nil"/>
          <w:bottom w:val="nil"/>
          <w:right w:val="nil"/>
          <w:insideH w:val="nil"/>
          <w:insideV w:val="nil"/>
        </w:tcBorders>
        <w:shd w:val="clear" w:color="auto" w:fill="000000" w:themeFill="text1" w:themeFillShade="BF"/>
      </w:tcPr>
    </w:tblStylePr>
    <w:tblStylePr w:type="band1Horz">
      <w:tblPr/>
      <w:tcPr>
        <w:tcBorders>
          <w:top w:val="nil"/>
          <w:left w:val="nil"/>
          <w:bottom w:val="nil"/>
          <w:right w:val="nil"/>
          <w:insideH w:val="nil"/>
          <w:insideV w:val="nil"/>
        </w:tcBorders>
        <w:shd w:val="clear" w:color="auto" w:fill="000000" w:themeFill="text1" w:themeFillShade="BF"/>
      </w:tcPr>
    </w:tblStylePr>
  </w:style>
  <w:style w:type="table" w:styleId="DarkList-Accent1">
    <w:name w:val="Dark List Accent 1"/>
    <w:basedOn w:val="TableNormal"/>
    <w:uiPriority w:val="70"/>
    <w:rsid w:val="00CB0664"/>
    <w:pPr>
      <w:spacing w:after="0" w:line="240" w:lineRule="auto"/>
    </w:pPr>
    <w:rPr>
      <w:color w:val="FFFFFF" w:themeColor="background1"/>
    </w:rPr>
    <w:tblPr>
      <w:tblStyleRowBandSize w:val="1"/>
      <w:tblStyleColBandSize w:val="1"/>
      <w:tblInd w:w="0" w:type="dxa"/>
      <w:tblCellMar>
        <w:top w:w="0" w:type="dxa"/>
        <w:left w:w="108" w:type="dxa"/>
        <w:bottom w:w="0" w:type="dxa"/>
        <w:right w:w="108" w:type="dxa"/>
      </w:tblCellMar>
    </w:tblPr>
    <w:tcPr>
      <w:shd w:val="clear" w:color="auto" w:fill="4F81BD" w:themeFill="accent1"/>
    </w:tcPr>
    <w:tblStylePr w:type="firstRow">
      <w:rPr>
        <w:b/>
        <w:bCs/>
      </w:rPr>
      <w:tblPr/>
      <w:tcPr>
        <w:tcBorders>
          <w:top w:val="nil"/>
          <w:left w:val="nil"/>
          <w:bottom w:val="single" w:sz="18" w:space="0" w:color="FFFFFF" w:themeColor="background1"/>
          <w:right w:val="nil"/>
          <w:insideH w:val="nil"/>
          <w:insideV w:val="nil"/>
        </w:tcBorders>
        <w:shd w:val="clear" w:color="auto" w:fill="000000" w:themeFill="text1"/>
      </w:tcPr>
    </w:tblStylePr>
    <w:tblStylePr w:type="lastRow">
      <w:tblPr/>
      <w:tcPr>
        <w:tcBorders>
          <w:top w:val="single" w:sz="18" w:space="0" w:color="FFFFFF" w:themeColor="background1"/>
          <w:left w:val="nil"/>
          <w:bottom w:val="nil"/>
          <w:right w:val="nil"/>
          <w:insideH w:val="nil"/>
          <w:insideV w:val="nil"/>
        </w:tcBorders>
        <w:shd w:val="clear" w:color="auto" w:fill="243F60" w:themeFill="accent1" w:themeFillShade="7F"/>
      </w:tcPr>
    </w:tblStylePr>
    <w:tblStylePr w:type="firstCol">
      <w:tblPr/>
      <w:tcPr>
        <w:tcBorders>
          <w:top w:val="nil"/>
          <w:left w:val="nil"/>
          <w:bottom w:val="nil"/>
          <w:right w:val="single" w:sz="18" w:space="0" w:color="FFFFFF" w:themeColor="background1"/>
          <w:insideH w:val="nil"/>
          <w:insideV w:val="nil"/>
        </w:tcBorders>
        <w:shd w:val="clear" w:color="auto" w:fill="365F91" w:themeFill="accent1" w:themeFillShade="BF"/>
      </w:tcPr>
    </w:tblStylePr>
    <w:tblStylePr w:type="lastCol">
      <w:tblPr/>
      <w:tcPr>
        <w:tcBorders>
          <w:top w:val="nil"/>
          <w:left w:val="single" w:sz="18" w:space="0" w:color="FFFFFF" w:themeColor="background1"/>
          <w:bottom w:val="nil"/>
          <w:right w:val="nil"/>
          <w:insideH w:val="nil"/>
          <w:insideV w:val="nil"/>
        </w:tcBorders>
        <w:shd w:val="clear" w:color="auto" w:fill="365F91" w:themeFill="accent1" w:themeFillShade="BF"/>
      </w:tcPr>
    </w:tblStylePr>
    <w:tblStylePr w:type="band1Vert">
      <w:tblPr/>
      <w:tcPr>
        <w:tcBorders>
          <w:top w:val="nil"/>
          <w:left w:val="nil"/>
          <w:bottom w:val="nil"/>
          <w:right w:val="nil"/>
          <w:insideH w:val="nil"/>
          <w:insideV w:val="nil"/>
        </w:tcBorders>
        <w:shd w:val="clear" w:color="auto" w:fill="365F91" w:themeFill="accent1" w:themeFillShade="BF"/>
      </w:tcPr>
    </w:tblStylePr>
    <w:tblStylePr w:type="band1Horz">
      <w:tblPr/>
      <w:tcPr>
        <w:tcBorders>
          <w:top w:val="nil"/>
          <w:left w:val="nil"/>
          <w:bottom w:val="nil"/>
          <w:right w:val="nil"/>
          <w:insideH w:val="nil"/>
          <w:insideV w:val="nil"/>
        </w:tcBorders>
        <w:shd w:val="clear" w:color="auto" w:fill="365F91" w:themeFill="accent1" w:themeFillShade="BF"/>
      </w:tcPr>
    </w:tblStylePr>
  </w:style>
  <w:style w:type="table" w:styleId="DarkList-Accent2">
    <w:name w:val="Dark List Accent 2"/>
    <w:basedOn w:val="TableNormal"/>
    <w:uiPriority w:val="70"/>
    <w:rsid w:val="00CB0664"/>
    <w:pPr>
      <w:spacing w:after="0" w:line="240" w:lineRule="auto"/>
    </w:pPr>
    <w:rPr>
      <w:color w:val="FFFFFF" w:themeColor="background1"/>
    </w:rPr>
    <w:tblPr>
      <w:tblStyleRowBandSize w:val="1"/>
      <w:tblStyleColBandSize w:val="1"/>
      <w:tblInd w:w="0" w:type="dxa"/>
      <w:tblCellMar>
        <w:top w:w="0" w:type="dxa"/>
        <w:left w:w="108" w:type="dxa"/>
        <w:bottom w:w="0" w:type="dxa"/>
        <w:right w:w="108" w:type="dxa"/>
      </w:tblCellMar>
    </w:tblPr>
    <w:tcPr>
      <w:shd w:val="clear" w:color="auto" w:fill="C0504D" w:themeFill="accent2"/>
    </w:tcPr>
    <w:tblStylePr w:type="firstRow">
      <w:rPr>
        <w:b/>
        <w:bCs/>
      </w:rPr>
      <w:tblPr/>
      <w:tcPr>
        <w:tcBorders>
          <w:top w:val="nil"/>
          <w:left w:val="nil"/>
          <w:bottom w:val="single" w:sz="18" w:space="0" w:color="FFFFFF" w:themeColor="background1"/>
          <w:right w:val="nil"/>
          <w:insideH w:val="nil"/>
          <w:insideV w:val="nil"/>
        </w:tcBorders>
        <w:shd w:val="clear" w:color="auto" w:fill="000000" w:themeFill="text1"/>
      </w:tcPr>
    </w:tblStylePr>
    <w:tblStylePr w:type="lastRow">
      <w:tblPr/>
      <w:tcPr>
        <w:tcBorders>
          <w:top w:val="single" w:sz="18" w:space="0" w:color="FFFFFF" w:themeColor="background1"/>
          <w:left w:val="nil"/>
          <w:bottom w:val="nil"/>
          <w:right w:val="nil"/>
          <w:insideH w:val="nil"/>
          <w:insideV w:val="nil"/>
        </w:tcBorders>
        <w:shd w:val="clear" w:color="auto" w:fill="622423" w:themeFill="accent2" w:themeFillShade="7F"/>
      </w:tcPr>
    </w:tblStylePr>
    <w:tblStylePr w:type="firstCol">
      <w:tblPr/>
      <w:tcPr>
        <w:tcBorders>
          <w:top w:val="nil"/>
          <w:left w:val="nil"/>
          <w:bottom w:val="nil"/>
          <w:right w:val="single" w:sz="18" w:space="0" w:color="FFFFFF" w:themeColor="background1"/>
          <w:insideH w:val="nil"/>
          <w:insideV w:val="nil"/>
        </w:tcBorders>
        <w:shd w:val="clear" w:color="auto" w:fill="943634" w:themeFill="accent2" w:themeFillShade="BF"/>
      </w:tcPr>
    </w:tblStylePr>
    <w:tblStylePr w:type="lastCol">
      <w:tblPr/>
      <w:tcPr>
        <w:tcBorders>
          <w:top w:val="nil"/>
          <w:left w:val="single" w:sz="18" w:space="0" w:color="FFFFFF" w:themeColor="background1"/>
          <w:bottom w:val="nil"/>
          <w:right w:val="nil"/>
          <w:insideH w:val="nil"/>
          <w:insideV w:val="nil"/>
        </w:tcBorders>
        <w:shd w:val="clear" w:color="auto" w:fill="943634" w:themeFill="accent2" w:themeFillShade="BF"/>
      </w:tcPr>
    </w:tblStylePr>
    <w:tblStylePr w:type="band1Vert">
      <w:tblPr/>
      <w:tcPr>
        <w:tcBorders>
          <w:top w:val="nil"/>
          <w:left w:val="nil"/>
          <w:bottom w:val="nil"/>
          <w:right w:val="nil"/>
          <w:insideH w:val="nil"/>
          <w:insideV w:val="nil"/>
        </w:tcBorders>
        <w:shd w:val="clear" w:color="auto" w:fill="943634" w:themeFill="accent2" w:themeFillShade="BF"/>
      </w:tcPr>
    </w:tblStylePr>
    <w:tblStylePr w:type="band1Horz">
      <w:tblPr/>
      <w:tcPr>
        <w:tcBorders>
          <w:top w:val="nil"/>
          <w:left w:val="nil"/>
          <w:bottom w:val="nil"/>
          <w:right w:val="nil"/>
          <w:insideH w:val="nil"/>
          <w:insideV w:val="nil"/>
        </w:tcBorders>
        <w:shd w:val="clear" w:color="auto" w:fill="943634" w:themeFill="accent2" w:themeFillShade="BF"/>
      </w:tcPr>
    </w:tblStylePr>
  </w:style>
  <w:style w:type="table" w:styleId="DarkList-Accent3">
    <w:name w:val="Dark List Accent 3"/>
    <w:basedOn w:val="TableNormal"/>
    <w:uiPriority w:val="70"/>
    <w:rsid w:val="00CB0664"/>
    <w:pPr>
      <w:spacing w:after="0" w:line="240" w:lineRule="auto"/>
    </w:pPr>
    <w:rPr>
      <w:color w:val="FFFFFF" w:themeColor="background1"/>
    </w:rPr>
    <w:tblPr>
      <w:tblStyleRowBandSize w:val="1"/>
      <w:tblStyleColBandSize w:val="1"/>
      <w:tblInd w:w="0" w:type="dxa"/>
      <w:tblCellMar>
        <w:top w:w="0" w:type="dxa"/>
        <w:left w:w="108" w:type="dxa"/>
        <w:bottom w:w="0" w:type="dxa"/>
        <w:right w:w="108" w:type="dxa"/>
      </w:tblCellMar>
    </w:tblPr>
    <w:tcPr>
      <w:shd w:val="clear" w:color="auto" w:fill="9BBB59" w:themeFill="accent3"/>
    </w:tcPr>
    <w:tblStylePr w:type="firstRow">
      <w:rPr>
        <w:b/>
        <w:bCs/>
      </w:rPr>
      <w:tblPr/>
      <w:tcPr>
        <w:tcBorders>
          <w:top w:val="nil"/>
          <w:left w:val="nil"/>
          <w:bottom w:val="single" w:sz="18" w:space="0" w:color="FFFFFF" w:themeColor="background1"/>
          <w:right w:val="nil"/>
          <w:insideH w:val="nil"/>
          <w:insideV w:val="nil"/>
        </w:tcBorders>
        <w:shd w:val="clear" w:color="auto" w:fill="000000" w:themeFill="text1"/>
      </w:tcPr>
    </w:tblStylePr>
    <w:tblStylePr w:type="lastRow">
      <w:tblPr/>
      <w:tcPr>
        <w:tcBorders>
          <w:top w:val="single" w:sz="18" w:space="0" w:color="FFFFFF" w:themeColor="background1"/>
          <w:left w:val="nil"/>
          <w:bottom w:val="nil"/>
          <w:right w:val="nil"/>
          <w:insideH w:val="nil"/>
          <w:insideV w:val="nil"/>
        </w:tcBorders>
        <w:shd w:val="clear" w:color="auto" w:fill="4E6128" w:themeFill="accent3" w:themeFillShade="7F"/>
      </w:tcPr>
    </w:tblStylePr>
    <w:tblStylePr w:type="firstCol">
      <w:tblPr/>
      <w:tcPr>
        <w:tcBorders>
          <w:top w:val="nil"/>
          <w:left w:val="nil"/>
          <w:bottom w:val="nil"/>
          <w:right w:val="single" w:sz="18" w:space="0" w:color="FFFFFF" w:themeColor="background1"/>
          <w:insideH w:val="nil"/>
          <w:insideV w:val="nil"/>
        </w:tcBorders>
        <w:shd w:val="clear" w:color="auto" w:fill="76923C" w:themeFill="accent3" w:themeFillShade="BF"/>
      </w:tcPr>
    </w:tblStylePr>
    <w:tblStylePr w:type="lastCol">
      <w:tblPr/>
      <w:tcPr>
        <w:tcBorders>
          <w:top w:val="nil"/>
          <w:left w:val="single" w:sz="18" w:space="0" w:color="FFFFFF" w:themeColor="background1"/>
          <w:bottom w:val="nil"/>
          <w:right w:val="nil"/>
          <w:insideH w:val="nil"/>
          <w:insideV w:val="nil"/>
        </w:tcBorders>
        <w:shd w:val="clear" w:color="auto" w:fill="76923C" w:themeFill="accent3" w:themeFillShade="BF"/>
      </w:tcPr>
    </w:tblStylePr>
    <w:tblStylePr w:type="band1Vert">
      <w:tblPr/>
      <w:tcPr>
        <w:tcBorders>
          <w:top w:val="nil"/>
          <w:left w:val="nil"/>
          <w:bottom w:val="nil"/>
          <w:right w:val="nil"/>
          <w:insideH w:val="nil"/>
          <w:insideV w:val="nil"/>
        </w:tcBorders>
        <w:shd w:val="clear" w:color="auto" w:fill="76923C" w:themeFill="accent3" w:themeFillShade="BF"/>
      </w:tcPr>
    </w:tblStylePr>
    <w:tblStylePr w:type="band1Horz">
      <w:tblPr/>
      <w:tcPr>
        <w:tcBorders>
          <w:top w:val="nil"/>
          <w:left w:val="nil"/>
          <w:bottom w:val="nil"/>
          <w:right w:val="nil"/>
          <w:insideH w:val="nil"/>
          <w:insideV w:val="nil"/>
        </w:tcBorders>
        <w:shd w:val="clear" w:color="auto" w:fill="76923C" w:themeFill="accent3" w:themeFillShade="BF"/>
      </w:tcPr>
    </w:tblStylePr>
  </w:style>
  <w:style w:type="table" w:styleId="DarkList-Accent4">
    <w:name w:val="Dark List Accent 4"/>
    <w:basedOn w:val="TableNormal"/>
    <w:uiPriority w:val="70"/>
    <w:rsid w:val="00CB0664"/>
    <w:pPr>
      <w:spacing w:after="0" w:line="240" w:lineRule="auto"/>
    </w:pPr>
    <w:rPr>
      <w:color w:val="FFFFFF" w:themeColor="background1"/>
    </w:rPr>
    <w:tblPr>
      <w:tblStyleRowBandSize w:val="1"/>
      <w:tblStyleColBandSize w:val="1"/>
      <w:tblInd w:w="0" w:type="dxa"/>
      <w:tblCellMar>
        <w:top w:w="0" w:type="dxa"/>
        <w:left w:w="108" w:type="dxa"/>
        <w:bottom w:w="0" w:type="dxa"/>
        <w:right w:w="108" w:type="dxa"/>
      </w:tblCellMar>
    </w:tblPr>
    <w:tcPr>
      <w:shd w:val="clear" w:color="auto" w:fill="8064A2" w:themeFill="accent4"/>
    </w:tcPr>
    <w:tblStylePr w:type="firstRow">
      <w:rPr>
        <w:b/>
        <w:bCs/>
      </w:rPr>
      <w:tblPr/>
      <w:tcPr>
        <w:tcBorders>
          <w:top w:val="nil"/>
          <w:left w:val="nil"/>
          <w:bottom w:val="single" w:sz="18" w:space="0" w:color="FFFFFF" w:themeColor="background1"/>
          <w:right w:val="nil"/>
          <w:insideH w:val="nil"/>
          <w:insideV w:val="nil"/>
        </w:tcBorders>
        <w:shd w:val="clear" w:color="auto" w:fill="000000" w:themeFill="text1"/>
      </w:tcPr>
    </w:tblStylePr>
    <w:tblStylePr w:type="lastRow">
      <w:tblPr/>
      <w:tcPr>
        <w:tcBorders>
          <w:top w:val="single" w:sz="18" w:space="0" w:color="FFFFFF" w:themeColor="background1"/>
          <w:left w:val="nil"/>
          <w:bottom w:val="nil"/>
          <w:right w:val="nil"/>
          <w:insideH w:val="nil"/>
          <w:insideV w:val="nil"/>
        </w:tcBorders>
        <w:shd w:val="clear" w:color="auto" w:fill="3F3151" w:themeFill="accent4" w:themeFillShade="7F"/>
      </w:tcPr>
    </w:tblStylePr>
    <w:tblStylePr w:type="firstCol">
      <w:tblPr/>
      <w:tcPr>
        <w:tcBorders>
          <w:top w:val="nil"/>
          <w:left w:val="nil"/>
          <w:bottom w:val="nil"/>
          <w:right w:val="single" w:sz="18" w:space="0" w:color="FFFFFF" w:themeColor="background1"/>
          <w:insideH w:val="nil"/>
          <w:insideV w:val="nil"/>
        </w:tcBorders>
        <w:shd w:val="clear" w:color="auto" w:fill="5F497A" w:themeFill="accent4" w:themeFillShade="BF"/>
      </w:tcPr>
    </w:tblStylePr>
    <w:tblStylePr w:type="lastCol">
      <w:tblPr/>
      <w:tcPr>
        <w:tcBorders>
          <w:top w:val="nil"/>
          <w:left w:val="single" w:sz="18" w:space="0" w:color="FFFFFF" w:themeColor="background1"/>
          <w:bottom w:val="nil"/>
          <w:right w:val="nil"/>
          <w:insideH w:val="nil"/>
          <w:insideV w:val="nil"/>
        </w:tcBorders>
        <w:shd w:val="clear" w:color="auto" w:fill="5F497A" w:themeFill="accent4" w:themeFillShade="BF"/>
      </w:tcPr>
    </w:tblStylePr>
    <w:tblStylePr w:type="band1Vert">
      <w:tblPr/>
      <w:tcPr>
        <w:tcBorders>
          <w:top w:val="nil"/>
          <w:left w:val="nil"/>
          <w:bottom w:val="nil"/>
          <w:right w:val="nil"/>
          <w:insideH w:val="nil"/>
          <w:insideV w:val="nil"/>
        </w:tcBorders>
        <w:shd w:val="clear" w:color="auto" w:fill="5F497A" w:themeFill="accent4" w:themeFillShade="BF"/>
      </w:tcPr>
    </w:tblStylePr>
    <w:tblStylePr w:type="band1Horz">
      <w:tblPr/>
      <w:tcPr>
        <w:tcBorders>
          <w:top w:val="nil"/>
          <w:left w:val="nil"/>
          <w:bottom w:val="nil"/>
          <w:right w:val="nil"/>
          <w:insideH w:val="nil"/>
          <w:insideV w:val="nil"/>
        </w:tcBorders>
        <w:shd w:val="clear" w:color="auto" w:fill="5F497A" w:themeFill="accent4" w:themeFillShade="BF"/>
      </w:tcPr>
    </w:tblStylePr>
  </w:style>
  <w:style w:type="table" w:styleId="DarkList-Accent5">
    <w:name w:val="Dark List Accent 5"/>
    <w:basedOn w:val="TableNormal"/>
    <w:uiPriority w:val="70"/>
    <w:rsid w:val="00CB0664"/>
    <w:pPr>
      <w:spacing w:after="0" w:line="240" w:lineRule="auto"/>
    </w:pPr>
    <w:rPr>
      <w:color w:val="FFFFFF" w:themeColor="background1"/>
    </w:rPr>
    <w:tblPr>
      <w:tblStyleRowBandSize w:val="1"/>
      <w:tblStyleColBandSize w:val="1"/>
      <w:tblInd w:w="0" w:type="dxa"/>
      <w:tblCellMar>
        <w:top w:w="0" w:type="dxa"/>
        <w:left w:w="108" w:type="dxa"/>
        <w:bottom w:w="0" w:type="dxa"/>
        <w:right w:w="108" w:type="dxa"/>
      </w:tblCellMar>
    </w:tblPr>
    <w:tcPr>
      <w:shd w:val="clear" w:color="auto" w:fill="4BACC6" w:themeFill="accent5"/>
    </w:tcPr>
    <w:tblStylePr w:type="firstRow">
      <w:rPr>
        <w:b/>
        <w:bCs/>
      </w:rPr>
      <w:tblPr/>
      <w:tcPr>
        <w:tcBorders>
          <w:top w:val="nil"/>
          <w:left w:val="nil"/>
          <w:bottom w:val="single" w:sz="18" w:space="0" w:color="FFFFFF" w:themeColor="background1"/>
          <w:right w:val="nil"/>
          <w:insideH w:val="nil"/>
          <w:insideV w:val="nil"/>
        </w:tcBorders>
        <w:shd w:val="clear" w:color="auto" w:fill="000000" w:themeFill="text1"/>
      </w:tcPr>
    </w:tblStylePr>
    <w:tblStylePr w:type="lastRow">
      <w:tblPr/>
      <w:tcPr>
        <w:tcBorders>
          <w:top w:val="single" w:sz="18" w:space="0" w:color="FFFFFF" w:themeColor="background1"/>
          <w:left w:val="nil"/>
          <w:bottom w:val="nil"/>
          <w:right w:val="nil"/>
          <w:insideH w:val="nil"/>
          <w:insideV w:val="nil"/>
        </w:tcBorders>
        <w:shd w:val="clear" w:color="auto" w:fill="205867" w:themeFill="accent5" w:themeFillShade="7F"/>
      </w:tcPr>
    </w:tblStylePr>
    <w:tblStylePr w:type="firstCol">
      <w:tblPr/>
      <w:tcPr>
        <w:tcBorders>
          <w:top w:val="nil"/>
          <w:left w:val="nil"/>
          <w:bottom w:val="nil"/>
          <w:right w:val="single" w:sz="18" w:space="0" w:color="FFFFFF" w:themeColor="background1"/>
          <w:insideH w:val="nil"/>
          <w:insideV w:val="nil"/>
        </w:tcBorders>
        <w:shd w:val="clear" w:color="auto" w:fill="31849B" w:themeFill="accent5" w:themeFillShade="BF"/>
      </w:tcPr>
    </w:tblStylePr>
    <w:tblStylePr w:type="lastCol">
      <w:tblPr/>
      <w:tcPr>
        <w:tcBorders>
          <w:top w:val="nil"/>
          <w:left w:val="single" w:sz="18" w:space="0" w:color="FFFFFF" w:themeColor="background1"/>
          <w:bottom w:val="nil"/>
          <w:right w:val="nil"/>
          <w:insideH w:val="nil"/>
          <w:insideV w:val="nil"/>
        </w:tcBorders>
        <w:shd w:val="clear" w:color="auto" w:fill="31849B" w:themeFill="accent5" w:themeFillShade="BF"/>
      </w:tcPr>
    </w:tblStylePr>
    <w:tblStylePr w:type="band1Vert">
      <w:tblPr/>
      <w:tcPr>
        <w:tcBorders>
          <w:top w:val="nil"/>
          <w:left w:val="nil"/>
          <w:bottom w:val="nil"/>
          <w:right w:val="nil"/>
          <w:insideH w:val="nil"/>
          <w:insideV w:val="nil"/>
        </w:tcBorders>
        <w:shd w:val="clear" w:color="auto" w:fill="31849B" w:themeFill="accent5" w:themeFillShade="BF"/>
      </w:tcPr>
    </w:tblStylePr>
    <w:tblStylePr w:type="band1Horz">
      <w:tblPr/>
      <w:tcPr>
        <w:tcBorders>
          <w:top w:val="nil"/>
          <w:left w:val="nil"/>
          <w:bottom w:val="nil"/>
          <w:right w:val="nil"/>
          <w:insideH w:val="nil"/>
          <w:insideV w:val="nil"/>
        </w:tcBorders>
        <w:shd w:val="clear" w:color="auto" w:fill="31849B" w:themeFill="accent5" w:themeFillShade="BF"/>
      </w:tcPr>
    </w:tblStylePr>
  </w:style>
  <w:style w:type="table" w:styleId="DarkList-Accent6">
    <w:name w:val="Dark List Accent 6"/>
    <w:basedOn w:val="TableNormal"/>
    <w:uiPriority w:val="70"/>
    <w:rsid w:val="00CB0664"/>
    <w:pPr>
      <w:spacing w:after="0" w:line="240" w:lineRule="auto"/>
    </w:pPr>
    <w:rPr>
      <w:color w:val="FFFFFF" w:themeColor="background1"/>
    </w:rPr>
    <w:tblPr>
      <w:tblStyleRowBandSize w:val="1"/>
      <w:tblStyleColBandSize w:val="1"/>
      <w:tblInd w:w="0" w:type="dxa"/>
      <w:tblCellMar>
        <w:top w:w="0" w:type="dxa"/>
        <w:left w:w="108" w:type="dxa"/>
        <w:bottom w:w="0" w:type="dxa"/>
        <w:right w:w="108" w:type="dxa"/>
      </w:tblCellMar>
    </w:tblPr>
    <w:tcPr>
      <w:shd w:val="clear" w:color="auto" w:fill="F79646" w:themeFill="accent6"/>
    </w:tcPr>
    <w:tblStylePr w:type="firstRow">
      <w:rPr>
        <w:b/>
        <w:bCs/>
      </w:rPr>
      <w:tblPr/>
      <w:tcPr>
        <w:tcBorders>
          <w:top w:val="nil"/>
          <w:left w:val="nil"/>
          <w:bottom w:val="single" w:sz="18" w:space="0" w:color="FFFFFF" w:themeColor="background1"/>
          <w:right w:val="nil"/>
          <w:insideH w:val="nil"/>
          <w:insideV w:val="nil"/>
        </w:tcBorders>
        <w:shd w:val="clear" w:color="auto" w:fill="000000" w:themeFill="text1"/>
      </w:tcPr>
    </w:tblStylePr>
    <w:tblStylePr w:type="lastRow">
      <w:tblPr/>
      <w:tcPr>
        <w:tcBorders>
          <w:top w:val="single" w:sz="18" w:space="0" w:color="FFFFFF" w:themeColor="background1"/>
          <w:left w:val="nil"/>
          <w:bottom w:val="nil"/>
          <w:right w:val="nil"/>
          <w:insideH w:val="nil"/>
          <w:insideV w:val="nil"/>
        </w:tcBorders>
        <w:shd w:val="clear" w:color="auto" w:fill="974706" w:themeFill="accent6" w:themeFillShade="7F"/>
      </w:tcPr>
    </w:tblStylePr>
    <w:tblStylePr w:type="firstCol">
      <w:tblPr/>
      <w:tcPr>
        <w:tcBorders>
          <w:top w:val="nil"/>
          <w:left w:val="nil"/>
          <w:bottom w:val="nil"/>
          <w:right w:val="single" w:sz="18" w:space="0" w:color="FFFFFF" w:themeColor="background1"/>
          <w:insideH w:val="nil"/>
          <w:insideV w:val="nil"/>
        </w:tcBorders>
        <w:shd w:val="clear" w:color="auto" w:fill="E36C0A" w:themeFill="accent6" w:themeFillShade="BF"/>
      </w:tcPr>
    </w:tblStylePr>
    <w:tblStylePr w:type="lastCol">
      <w:tblPr/>
      <w:tcPr>
        <w:tcBorders>
          <w:top w:val="nil"/>
          <w:left w:val="single" w:sz="18" w:space="0" w:color="FFFFFF" w:themeColor="background1"/>
          <w:bottom w:val="nil"/>
          <w:right w:val="nil"/>
          <w:insideH w:val="nil"/>
          <w:insideV w:val="nil"/>
        </w:tcBorders>
        <w:shd w:val="clear" w:color="auto" w:fill="E36C0A" w:themeFill="accent6" w:themeFillShade="BF"/>
      </w:tcPr>
    </w:tblStylePr>
    <w:tblStylePr w:type="band1Vert">
      <w:tblPr/>
      <w:tcPr>
        <w:tcBorders>
          <w:top w:val="nil"/>
          <w:left w:val="nil"/>
          <w:bottom w:val="nil"/>
          <w:right w:val="nil"/>
          <w:insideH w:val="nil"/>
          <w:insideV w:val="nil"/>
        </w:tcBorders>
        <w:shd w:val="clear" w:color="auto" w:fill="E36C0A" w:themeFill="accent6" w:themeFillShade="BF"/>
      </w:tcPr>
    </w:tblStylePr>
    <w:tblStylePr w:type="band1Horz">
      <w:tblPr/>
      <w:tcPr>
        <w:tcBorders>
          <w:top w:val="nil"/>
          <w:left w:val="nil"/>
          <w:bottom w:val="nil"/>
          <w:right w:val="nil"/>
          <w:insideH w:val="nil"/>
          <w:insideV w:val="nil"/>
        </w:tcBorders>
        <w:shd w:val="clear" w:color="auto" w:fill="E36C0A" w:themeFill="accent6" w:themeFillShade="BF"/>
      </w:tcPr>
    </w:tblStylePr>
  </w:style>
  <w:style w:type="table" w:styleId="ColorfulShading">
    <w:name w:val="Colorful Shading"/>
    <w:basedOn w:val="TableNormal"/>
    <w:uiPriority w:val="71"/>
    <w:rsid w:val="00CB0664"/>
    <w:pPr>
      <w:spacing w:after="0" w:line="240" w:lineRule="auto"/>
    </w:pPr>
    <w:rPr>
      <w:color w:val="000000" w:themeColor="text1"/>
    </w:rPr>
    <w:tblPr>
      <w:tblStyleRowBandSize w:val="1"/>
      <w:tblStyleColBandSize w:val="1"/>
      <w:tblInd w:w="0" w:type="dxa"/>
      <w:tblBorders>
        <w:top w:val="single" w:sz="24" w:space="0" w:color="C0504D" w:themeColor="accent2"/>
        <w:left w:val="single" w:sz="4" w:space="0" w:color="000000" w:themeColor="text1"/>
        <w:bottom w:val="single" w:sz="4" w:space="0" w:color="000000" w:themeColor="text1"/>
        <w:right w:val="single" w:sz="4" w:space="0" w:color="000000" w:themeColor="text1"/>
        <w:insideH w:val="single" w:sz="4" w:space="0" w:color="FFFFFF" w:themeColor="background1"/>
        <w:insideV w:val="single" w:sz="4" w:space="0" w:color="FFFFFF" w:themeColor="background1"/>
      </w:tblBorders>
      <w:tblCellMar>
        <w:top w:w="0" w:type="dxa"/>
        <w:left w:w="108" w:type="dxa"/>
        <w:bottom w:w="0" w:type="dxa"/>
        <w:right w:w="108" w:type="dxa"/>
      </w:tblCellMar>
    </w:tblPr>
    <w:tcPr>
      <w:shd w:val="clear" w:color="auto" w:fill="E6E6E6" w:themeFill="text1" w:themeFillTint="19"/>
    </w:tcPr>
    <w:tblStylePr w:type="firstRow">
      <w:rPr>
        <w:b/>
        <w:bCs/>
      </w:rPr>
      <w:tblPr/>
      <w:tcPr>
        <w:tcBorders>
          <w:top w:val="nil"/>
          <w:left w:val="nil"/>
          <w:bottom w:val="single" w:sz="24" w:space="0" w:color="C0504D" w:themeColor="accent2"/>
          <w:right w:val="nil"/>
          <w:insideH w:val="nil"/>
          <w:insideV w:val="nil"/>
        </w:tcBorders>
        <w:shd w:val="clear" w:color="auto" w:fill="FFFFFF" w:themeFill="background1"/>
      </w:tcPr>
    </w:tblStylePr>
    <w:tblStylePr w:type="lastRow">
      <w:rPr>
        <w:b/>
        <w:bCs/>
        <w:color w:val="FFFFFF" w:themeColor="background1"/>
      </w:rPr>
      <w:tblPr/>
      <w:tcPr>
        <w:tcBorders>
          <w:top w:val="single" w:sz="6" w:space="0" w:color="FFFFFF" w:themeColor="background1"/>
        </w:tcBorders>
        <w:shd w:val="clear" w:color="auto" w:fill="000000" w:themeFill="text1" w:themeFillShade="99"/>
      </w:tcPr>
    </w:tblStylePr>
    <w:tblStylePr w:type="firstCol">
      <w:rPr>
        <w:color w:val="FFFFFF" w:themeColor="background1"/>
      </w:rPr>
      <w:tblPr/>
      <w:tcPr>
        <w:tcBorders>
          <w:top w:val="nil"/>
          <w:left w:val="nil"/>
          <w:bottom w:val="nil"/>
          <w:right w:val="nil"/>
          <w:insideH w:val="single" w:sz="4" w:space="0" w:color="000000" w:themeColor="text1" w:themeShade="99"/>
          <w:insideV w:val="nil"/>
        </w:tcBorders>
        <w:shd w:val="clear" w:color="auto" w:fill="000000" w:themeFill="text1" w:themeFillShade="99"/>
      </w:tcPr>
    </w:tblStylePr>
    <w:tblStylePr w:type="lastCol">
      <w:rPr>
        <w:color w:val="FFFFFF" w:themeColor="background1"/>
      </w:rPr>
      <w:tblPr/>
      <w:tcPr>
        <w:tcBorders>
          <w:top w:val="nil"/>
          <w:left w:val="nil"/>
          <w:bottom w:val="nil"/>
          <w:right w:val="nil"/>
          <w:insideH w:val="nil"/>
          <w:insideV w:val="nil"/>
        </w:tcBorders>
        <w:shd w:val="clear" w:color="auto" w:fill="000000" w:themeFill="text1" w:themeFillShade="BF"/>
      </w:tcPr>
    </w:tblStylePr>
    <w:tblStylePr w:type="band1Vert">
      <w:tblPr/>
      <w:tcPr>
        <w:shd w:val="clear" w:color="auto" w:fill="999999" w:themeFill="text1" w:themeFillTint="66"/>
      </w:tcPr>
    </w:tblStylePr>
    <w:tblStylePr w:type="band1Horz">
      <w:tblPr/>
      <w:tcPr>
        <w:shd w:val="clear" w:color="auto" w:fill="808080" w:themeFill="text1" w:themeFillTint="7F"/>
      </w:tcPr>
    </w:tblStylePr>
    <w:tblStylePr w:type="neCell">
      <w:rPr>
        <w:color w:val="000000" w:themeColor="text1"/>
      </w:rPr>
    </w:tblStylePr>
    <w:tblStylePr w:type="nwCell">
      <w:rPr>
        <w:color w:val="000000" w:themeColor="text1"/>
      </w:rPr>
    </w:tblStylePr>
  </w:style>
  <w:style w:type="table" w:styleId="ColorfulShading-Accent1">
    <w:name w:val="Colorful Shading Accent 1"/>
    <w:basedOn w:val="TableNormal"/>
    <w:uiPriority w:val="71"/>
    <w:rsid w:val="00CB0664"/>
    <w:pPr>
      <w:spacing w:after="0" w:line="240" w:lineRule="auto"/>
    </w:pPr>
    <w:rPr>
      <w:color w:val="000000" w:themeColor="text1"/>
    </w:rPr>
    <w:tblPr>
      <w:tblStyleRowBandSize w:val="1"/>
      <w:tblStyleColBandSize w:val="1"/>
      <w:tblInd w:w="0" w:type="dxa"/>
      <w:tblBorders>
        <w:top w:val="single" w:sz="24" w:space="0" w:color="C0504D" w:themeColor="accent2"/>
        <w:left w:val="single" w:sz="4" w:space="0" w:color="4F81BD" w:themeColor="accent1"/>
        <w:bottom w:val="single" w:sz="4" w:space="0" w:color="4F81BD" w:themeColor="accent1"/>
        <w:right w:val="single" w:sz="4" w:space="0" w:color="4F81BD" w:themeColor="accent1"/>
        <w:insideH w:val="single" w:sz="4" w:space="0" w:color="FFFFFF" w:themeColor="background1"/>
        <w:insideV w:val="single" w:sz="4" w:space="0" w:color="FFFFFF" w:themeColor="background1"/>
      </w:tblBorders>
      <w:tblCellMar>
        <w:top w:w="0" w:type="dxa"/>
        <w:left w:w="108" w:type="dxa"/>
        <w:bottom w:w="0" w:type="dxa"/>
        <w:right w:w="108" w:type="dxa"/>
      </w:tblCellMar>
    </w:tblPr>
    <w:tcPr>
      <w:shd w:val="clear" w:color="auto" w:fill="EDF2F8" w:themeFill="accent1" w:themeFillTint="19"/>
    </w:tcPr>
    <w:tblStylePr w:type="firstRow">
      <w:rPr>
        <w:b/>
        <w:bCs/>
      </w:rPr>
      <w:tblPr/>
      <w:tcPr>
        <w:tcBorders>
          <w:top w:val="nil"/>
          <w:left w:val="nil"/>
          <w:bottom w:val="single" w:sz="24" w:space="0" w:color="C0504D" w:themeColor="accent2"/>
          <w:right w:val="nil"/>
          <w:insideH w:val="nil"/>
          <w:insideV w:val="nil"/>
        </w:tcBorders>
        <w:shd w:val="clear" w:color="auto" w:fill="FFFFFF" w:themeFill="background1"/>
      </w:tcPr>
    </w:tblStylePr>
    <w:tblStylePr w:type="lastRow">
      <w:rPr>
        <w:b/>
        <w:bCs/>
        <w:color w:val="FFFFFF" w:themeColor="background1"/>
      </w:rPr>
      <w:tblPr/>
      <w:tcPr>
        <w:tcBorders>
          <w:top w:val="single" w:sz="6" w:space="0" w:color="FFFFFF" w:themeColor="background1"/>
        </w:tcBorders>
        <w:shd w:val="clear" w:color="auto" w:fill="2C4C74" w:themeFill="accent1" w:themeFillShade="99"/>
      </w:tcPr>
    </w:tblStylePr>
    <w:tblStylePr w:type="firstCol">
      <w:rPr>
        <w:color w:val="FFFFFF" w:themeColor="background1"/>
      </w:rPr>
      <w:tblPr/>
      <w:tcPr>
        <w:tcBorders>
          <w:top w:val="nil"/>
          <w:left w:val="nil"/>
          <w:bottom w:val="nil"/>
          <w:right w:val="nil"/>
          <w:insideH w:val="single" w:sz="4" w:space="0" w:color="2C4C74" w:themeColor="accent1" w:themeShade="99"/>
          <w:insideV w:val="nil"/>
        </w:tcBorders>
        <w:shd w:val="clear" w:color="auto" w:fill="2C4C74" w:themeFill="accent1" w:themeFillShade="99"/>
      </w:tcPr>
    </w:tblStylePr>
    <w:tblStylePr w:type="lastCol">
      <w:rPr>
        <w:color w:val="FFFFFF" w:themeColor="background1"/>
      </w:rPr>
      <w:tblPr/>
      <w:tcPr>
        <w:tcBorders>
          <w:top w:val="nil"/>
          <w:left w:val="nil"/>
          <w:bottom w:val="nil"/>
          <w:right w:val="nil"/>
          <w:insideH w:val="nil"/>
          <w:insideV w:val="nil"/>
        </w:tcBorders>
        <w:shd w:val="clear" w:color="auto" w:fill="2C4C74" w:themeFill="accent1" w:themeFillShade="99"/>
      </w:tcPr>
    </w:tblStylePr>
    <w:tblStylePr w:type="band1Vert">
      <w:tblPr/>
      <w:tcPr>
        <w:shd w:val="clear" w:color="auto" w:fill="B8CCE4" w:themeFill="accent1" w:themeFillTint="66"/>
      </w:tcPr>
    </w:tblStylePr>
    <w:tblStylePr w:type="band1Horz">
      <w:tblPr/>
      <w:tcPr>
        <w:shd w:val="clear" w:color="auto" w:fill="A7BFDE" w:themeFill="accent1" w:themeFillTint="7F"/>
      </w:tcPr>
    </w:tblStylePr>
    <w:tblStylePr w:type="neCell">
      <w:rPr>
        <w:color w:val="000000" w:themeColor="text1"/>
      </w:rPr>
    </w:tblStylePr>
    <w:tblStylePr w:type="nwCell">
      <w:rPr>
        <w:color w:val="000000" w:themeColor="text1"/>
      </w:rPr>
    </w:tblStylePr>
  </w:style>
  <w:style w:type="table" w:styleId="ColorfulShading-Accent2">
    <w:name w:val="Colorful Shading Accent 2"/>
    <w:basedOn w:val="TableNormal"/>
    <w:uiPriority w:val="71"/>
    <w:rsid w:val="00CB0664"/>
    <w:pPr>
      <w:spacing w:after="0" w:line="240" w:lineRule="auto"/>
    </w:pPr>
    <w:rPr>
      <w:color w:val="000000" w:themeColor="text1"/>
    </w:rPr>
    <w:tblPr>
      <w:tblStyleRowBandSize w:val="1"/>
      <w:tblStyleColBandSize w:val="1"/>
      <w:tblInd w:w="0" w:type="dxa"/>
      <w:tblBorders>
        <w:top w:val="single" w:sz="24" w:space="0" w:color="C0504D" w:themeColor="accent2"/>
        <w:left w:val="single" w:sz="4" w:space="0" w:color="C0504D" w:themeColor="accent2"/>
        <w:bottom w:val="single" w:sz="4" w:space="0" w:color="C0504D" w:themeColor="accent2"/>
        <w:right w:val="single" w:sz="4" w:space="0" w:color="C0504D" w:themeColor="accent2"/>
        <w:insideH w:val="single" w:sz="4" w:space="0" w:color="FFFFFF" w:themeColor="background1"/>
        <w:insideV w:val="single" w:sz="4" w:space="0" w:color="FFFFFF" w:themeColor="background1"/>
      </w:tblBorders>
      <w:tblCellMar>
        <w:top w:w="0" w:type="dxa"/>
        <w:left w:w="108" w:type="dxa"/>
        <w:bottom w:w="0" w:type="dxa"/>
        <w:right w:w="108" w:type="dxa"/>
      </w:tblCellMar>
    </w:tblPr>
    <w:tcPr>
      <w:shd w:val="clear" w:color="auto" w:fill="F8EDED" w:themeFill="accent2" w:themeFillTint="19"/>
    </w:tcPr>
    <w:tblStylePr w:type="firstRow">
      <w:rPr>
        <w:b/>
        <w:bCs/>
      </w:rPr>
      <w:tblPr/>
      <w:tcPr>
        <w:tcBorders>
          <w:top w:val="nil"/>
          <w:left w:val="nil"/>
          <w:bottom w:val="single" w:sz="24" w:space="0" w:color="C0504D" w:themeColor="accent2"/>
          <w:right w:val="nil"/>
          <w:insideH w:val="nil"/>
          <w:insideV w:val="nil"/>
        </w:tcBorders>
        <w:shd w:val="clear" w:color="auto" w:fill="FFFFFF" w:themeFill="background1"/>
      </w:tcPr>
    </w:tblStylePr>
    <w:tblStylePr w:type="lastRow">
      <w:rPr>
        <w:b/>
        <w:bCs/>
        <w:color w:val="FFFFFF" w:themeColor="background1"/>
      </w:rPr>
      <w:tblPr/>
      <w:tcPr>
        <w:tcBorders>
          <w:top w:val="single" w:sz="6" w:space="0" w:color="FFFFFF" w:themeColor="background1"/>
        </w:tcBorders>
        <w:shd w:val="clear" w:color="auto" w:fill="772C2A" w:themeFill="accent2" w:themeFillShade="99"/>
      </w:tcPr>
    </w:tblStylePr>
    <w:tblStylePr w:type="firstCol">
      <w:rPr>
        <w:color w:val="FFFFFF" w:themeColor="background1"/>
      </w:rPr>
      <w:tblPr/>
      <w:tcPr>
        <w:tcBorders>
          <w:top w:val="nil"/>
          <w:left w:val="nil"/>
          <w:bottom w:val="nil"/>
          <w:right w:val="nil"/>
          <w:insideH w:val="single" w:sz="4" w:space="0" w:color="772C2A" w:themeColor="accent2" w:themeShade="99"/>
          <w:insideV w:val="nil"/>
        </w:tcBorders>
        <w:shd w:val="clear" w:color="auto" w:fill="772C2A" w:themeFill="accent2" w:themeFillShade="99"/>
      </w:tcPr>
    </w:tblStylePr>
    <w:tblStylePr w:type="lastCol">
      <w:rPr>
        <w:color w:val="FFFFFF" w:themeColor="background1"/>
      </w:rPr>
      <w:tblPr/>
      <w:tcPr>
        <w:tcBorders>
          <w:top w:val="nil"/>
          <w:left w:val="nil"/>
          <w:bottom w:val="nil"/>
          <w:right w:val="nil"/>
          <w:insideH w:val="nil"/>
          <w:insideV w:val="nil"/>
        </w:tcBorders>
        <w:shd w:val="clear" w:color="auto" w:fill="772C2A" w:themeFill="accent2" w:themeFillShade="99"/>
      </w:tcPr>
    </w:tblStylePr>
    <w:tblStylePr w:type="band1Vert">
      <w:tblPr/>
      <w:tcPr>
        <w:shd w:val="clear" w:color="auto" w:fill="E5B8B7" w:themeFill="accent2" w:themeFillTint="66"/>
      </w:tcPr>
    </w:tblStylePr>
    <w:tblStylePr w:type="band1Horz">
      <w:tblPr/>
      <w:tcPr>
        <w:shd w:val="clear" w:color="auto" w:fill="DFA7A6" w:themeFill="accent2" w:themeFillTint="7F"/>
      </w:tcPr>
    </w:tblStylePr>
    <w:tblStylePr w:type="neCell">
      <w:rPr>
        <w:color w:val="000000" w:themeColor="text1"/>
      </w:rPr>
    </w:tblStylePr>
    <w:tblStylePr w:type="nwCell">
      <w:rPr>
        <w:color w:val="000000" w:themeColor="text1"/>
      </w:rPr>
    </w:tblStylePr>
  </w:style>
  <w:style w:type="table" w:styleId="ColorfulShading-Accent3">
    <w:name w:val="Colorful Shading Accent 3"/>
    <w:basedOn w:val="TableNormal"/>
    <w:uiPriority w:val="71"/>
    <w:rsid w:val="00CB0664"/>
    <w:pPr>
      <w:spacing w:after="0" w:line="240" w:lineRule="auto"/>
    </w:pPr>
    <w:rPr>
      <w:color w:val="000000" w:themeColor="text1"/>
    </w:rPr>
    <w:tblPr>
      <w:tblStyleRowBandSize w:val="1"/>
      <w:tblStyleColBandSize w:val="1"/>
      <w:tblInd w:w="0" w:type="dxa"/>
      <w:tblBorders>
        <w:top w:val="single" w:sz="24" w:space="0" w:color="8064A2" w:themeColor="accent4"/>
        <w:left w:val="single" w:sz="4" w:space="0" w:color="9BBB59" w:themeColor="accent3"/>
        <w:bottom w:val="single" w:sz="4" w:space="0" w:color="9BBB59" w:themeColor="accent3"/>
        <w:right w:val="single" w:sz="4" w:space="0" w:color="9BBB59" w:themeColor="accent3"/>
        <w:insideH w:val="single" w:sz="4" w:space="0" w:color="FFFFFF" w:themeColor="background1"/>
        <w:insideV w:val="single" w:sz="4" w:space="0" w:color="FFFFFF" w:themeColor="background1"/>
      </w:tblBorders>
      <w:tblCellMar>
        <w:top w:w="0" w:type="dxa"/>
        <w:left w:w="108" w:type="dxa"/>
        <w:bottom w:w="0" w:type="dxa"/>
        <w:right w:w="108" w:type="dxa"/>
      </w:tblCellMar>
    </w:tblPr>
    <w:tcPr>
      <w:shd w:val="clear" w:color="auto" w:fill="F5F8EE" w:themeFill="accent3" w:themeFillTint="19"/>
    </w:tcPr>
    <w:tblStylePr w:type="firstRow">
      <w:rPr>
        <w:b/>
        <w:bCs/>
      </w:rPr>
      <w:tblPr/>
      <w:tcPr>
        <w:tcBorders>
          <w:top w:val="nil"/>
          <w:left w:val="nil"/>
          <w:bottom w:val="single" w:sz="24" w:space="0" w:color="8064A2" w:themeColor="accent4"/>
          <w:right w:val="nil"/>
          <w:insideH w:val="nil"/>
          <w:insideV w:val="nil"/>
        </w:tcBorders>
        <w:shd w:val="clear" w:color="auto" w:fill="FFFFFF" w:themeFill="background1"/>
      </w:tcPr>
    </w:tblStylePr>
    <w:tblStylePr w:type="lastRow">
      <w:rPr>
        <w:b/>
        <w:bCs/>
        <w:color w:val="FFFFFF" w:themeColor="background1"/>
      </w:rPr>
      <w:tblPr/>
      <w:tcPr>
        <w:tcBorders>
          <w:top w:val="single" w:sz="6" w:space="0" w:color="FFFFFF" w:themeColor="background1"/>
        </w:tcBorders>
        <w:shd w:val="clear" w:color="auto" w:fill="5E7530" w:themeFill="accent3" w:themeFillShade="99"/>
      </w:tcPr>
    </w:tblStylePr>
    <w:tblStylePr w:type="firstCol">
      <w:rPr>
        <w:color w:val="FFFFFF" w:themeColor="background1"/>
      </w:rPr>
      <w:tblPr/>
      <w:tcPr>
        <w:tcBorders>
          <w:top w:val="nil"/>
          <w:left w:val="nil"/>
          <w:bottom w:val="nil"/>
          <w:right w:val="nil"/>
          <w:insideH w:val="single" w:sz="4" w:space="0" w:color="5E7530" w:themeColor="accent3" w:themeShade="99"/>
          <w:insideV w:val="nil"/>
        </w:tcBorders>
        <w:shd w:val="clear" w:color="auto" w:fill="5E7530" w:themeFill="accent3" w:themeFillShade="99"/>
      </w:tcPr>
    </w:tblStylePr>
    <w:tblStylePr w:type="lastCol">
      <w:rPr>
        <w:color w:val="FFFFFF" w:themeColor="background1"/>
      </w:rPr>
      <w:tblPr/>
      <w:tcPr>
        <w:tcBorders>
          <w:top w:val="nil"/>
          <w:left w:val="nil"/>
          <w:bottom w:val="nil"/>
          <w:right w:val="nil"/>
          <w:insideH w:val="nil"/>
          <w:insideV w:val="nil"/>
        </w:tcBorders>
        <w:shd w:val="clear" w:color="auto" w:fill="5E7530" w:themeFill="accent3" w:themeFillShade="99"/>
      </w:tcPr>
    </w:tblStylePr>
    <w:tblStylePr w:type="band1Vert">
      <w:tblPr/>
      <w:tcPr>
        <w:shd w:val="clear" w:color="auto" w:fill="D6E3BC" w:themeFill="accent3" w:themeFillTint="66"/>
      </w:tcPr>
    </w:tblStylePr>
    <w:tblStylePr w:type="band1Horz">
      <w:tblPr/>
      <w:tcPr>
        <w:shd w:val="clear" w:color="auto" w:fill="CDDDAC" w:themeFill="accent3" w:themeFillTint="7F"/>
      </w:tcPr>
    </w:tblStylePr>
  </w:style>
  <w:style w:type="table" w:styleId="ColorfulShading-Accent4">
    <w:name w:val="Colorful Shading Accent 4"/>
    <w:basedOn w:val="TableNormal"/>
    <w:uiPriority w:val="71"/>
    <w:rsid w:val="00CB0664"/>
    <w:pPr>
      <w:spacing w:after="0" w:line="240" w:lineRule="auto"/>
    </w:pPr>
    <w:rPr>
      <w:color w:val="000000" w:themeColor="text1"/>
    </w:rPr>
    <w:tblPr>
      <w:tblStyleRowBandSize w:val="1"/>
      <w:tblStyleColBandSize w:val="1"/>
      <w:tblInd w:w="0" w:type="dxa"/>
      <w:tblBorders>
        <w:top w:val="single" w:sz="24" w:space="0" w:color="9BBB59" w:themeColor="accent3"/>
        <w:left w:val="single" w:sz="4" w:space="0" w:color="8064A2" w:themeColor="accent4"/>
        <w:bottom w:val="single" w:sz="4" w:space="0" w:color="8064A2" w:themeColor="accent4"/>
        <w:right w:val="single" w:sz="4" w:space="0" w:color="8064A2" w:themeColor="accent4"/>
        <w:insideH w:val="single" w:sz="4" w:space="0" w:color="FFFFFF" w:themeColor="background1"/>
        <w:insideV w:val="single" w:sz="4" w:space="0" w:color="FFFFFF" w:themeColor="background1"/>
      </w:tblBorders>
      <w:tblCellMar>
        <w:top w:w="0" w:type="dxa"/>
        <w:left w:w="108" w:type="dxa"/>
        <w:bottom w:w="0" w:type="dxa"/>
        <w:right w:w="108" w:type="dxa"/>
      </w:tblCellMar>
    </w:tblPr>
    <w:tcPr>
      <w:shd w:val="clear" w:color="auto" w:fill="F2EFF6" w:themeFill="accent4" w:themeFillTint="19"/>
    </w:tcPr>
    <w:tblStylePr w:type="firstRow">
      <w:rPr>
        <w:b/>
        <w:bCs/>
      </w:rPr>
      <w:tblPr/>
      <w:tcPr>
        <w:tcBorders>
          <w:top w:val="nil"/>
          <w:left w:val="nil"/>
          <w:bottom w:val="single" w:sz="24" w:space="0" w:color="9BBB59" w:themeColor="accent3"/>
          <w:right w:val="nil"/>
          <w:insideH w:val="nil"/>
          <w:insideV w:val="nil"/>
        </w:tcBorders>
        <w:shd w:val="clear" w:color="auto" w:fill="FFFFFF" w:themeFill="background1"/>
      </w:tcPr>
    </w:tblStylePr>
    <w:tblStylePr w:type="lastRow">
      <w:rPr>
        <w:b/>
        <w:bCs/>
        <w:color w:val="FFFFFF" w:themeColor="background1"/>
      </w:rPr>
      <w:tblPr/>
      <w:tcPr>
        <w:tcBorders>
          <w:top w:val="single" w:sz="6" w:space="0" w:color="FFFFFF" w:themeColor="background1"/>
        </w:tcBorders>
        <w:shd w:val="clear" w:color="auto" w:fill="4C3B62" w:themeFill="accent4" w:themeFillShade="99"/>
      </w:tcPr>
    </w:tblStylePr>
    <w:tblStylePr w:type="firstCol">
      <w:rPr>
        <w:color w:val="FFFFFF" w:themeColor="background1"/>
      </w:rPr>
      <w:tblPr/>
      <w:tcPr>
        <w:tcBorders>
          <w:top w:val="nil"/>
          <w:left w:val="nil"/>
          <w:bottom w:val="nil"/>
          <w:right w:val="nil"/>
          <w:insideH w:val="single" w:sz="4" w:space="0" w:color="4C3B62" w:themeColor="accent4" w:themeShade="99"/>
          <w:insideV w:val="nil"/>
        </w:tcBorders>
        <w:shd w:val="clear" w:color="auto" w:fill="4C3B62" w:themeFill="accent4" w:themeFillShade="99"/>
      </w:tcPr>
    </w:tblStylePr>
    <w:tblStylePr w:type="lastCol">
      <w:rPr>
        <w:color w:val="FFFFFF" w:themeColor="background1"/>
      </w:rPr>
      <w:tblPr/>
      <w:tcPr>
        <w:tcBorders>
          <w:top w:val="nil"/>
          <w:left w:val="nil"/>
          <w:bottom w:val="nil"/>
          <w:right w:val="nil"/>
          <w:insideH w:val="nil"/>
          <w:insideV w:val="nil"/>
        </w:tcBorders>
        <w:shd w:val="clear" w:color="auto" w:fill="4C3B62" w:themeFill="accent4" w:themeFillShade="99"/>
      </w:tcPr>
    </w:tblStylePr>
    <w:tblStylePr w:type="band1Vert">
      <w:tblPr/>
      <w:tcPr>
        <w:shd w:val="clear" w:color="auto" w:fill="CCC0D9" w:themeFill="accent4" w:themeFillTint="66"/>
      </w:tcPr>
    </w:tblStylePr>
    <w:tblStylePr w:type="band1Horz">
      <w:tblPr/>
      <w:tcPr>
        <w:shd w:val="clear" w:color="auto" w:fill="BFB1D0" w:themeFill="accent4" w:themeFillTint="7F"/>
      </w:tcPr>
    </w:tblStylePr>
    <w:tblStylePr w:type="neCell">
      <w:rPr>
        <w:color w:val="000000" w:themeColor="text1"/>
      </w:rPr>
    </w:tblStylePr>
    <w:tblStylePr w:type="nwCell">
      <w:rPr>
        <w:color w:val="000000" w:themeColor="text1"/>
      </w:rPr>
    </w:tblStylePr>
  </w:style>
  <w:style w:type="table" w:styleId="ColorfulShading-Accent5">
    <w:name w:val="Colorful Shading Accent 5"/>
    <w:basedOn w:val="TableNormal"/>
    <w:uiPriority w:val="71"/>
    <w:rsid w:val="00CB0664"/>
    <w:pPr>
      <w:spacing w:after="0" w:line="240" w:lineRule="auto"/>
    </w:pPr>
    <w:rPr>
      <w:color w:val="000000" w:themeColor="text1"/>
    </w:rPr>
    <w:tblPr>
      <w:tblStyleRowBandSize w:val="1"/>
      <w:tblStyleColBandSize w:val="1"/>
      <w:tblInd w:w="0" w:type="dxa"/>
      <w:tblBorders>
        <w:top w:val="single" w:sz="24" w:space="0" w:color="F79646" w:themeColor="accent6"/>
        <w:left w:val="single" w:sz="4" w:space="0" w:color="4BACC6" w:themeColor="accent5"/>
        <w:bottom w:val="single" w:sz="4" w:space="0" w:color="4BACC6" w:themeColor="accent5"/>
        <w:right w:val="single" w:sz="4" w:space="0" w:color="4BACC6" w:themeColor="accent5"/>
        <w:insideH w:val="single" w:sz="4" w:space="0" w:color="FFFFFF" w:themeColor="background1"/>
        <w:insideV w:val="single" w:sz="4" w:space="0" w:color="FFFFFF" w:themeColor="background1"/>
      </w:tblBorders>
      <w:tblCellMar>
        <w:top w:w="0" w:type="dxa"/>
        <w:left w:w="108" w:type="dxa"/>
        <w:bottom w:w="0" w:type="dxa"/>
        <w:right w:w="108" w:type="dxa"/>
      </w:tblCellMar>
    </w:tblPr>
    <w:tcPr>
      <w:shd w:val="clear" w:color="auto" w:fill="EDF6F9" w:themeFill="accent5" w:themeFillTint="19"/>
    </w:tcPr>
    <w:tblStylePr w:type="firstRow">
      <w:rPr>
        <w:b/>
        <w:bCs/>
      </w:rPr>
      <w:tblPr/>
      <w:tcPr>
        <w:tcBorders>
          <w:top w:val="nil"/>
          <w:left w:val="nil"/>
          <w:bottom w:val="single" w:sz="24" w:space="0" w:color="F79646" w:themeColor="accent6"/>
          <w:right w:val="nil"/>
          <w:insideH w:val="nil"/>
          <w:insideV w:val="nil"/>
        </w:tcBorders>
        <w:shd w:val="clear" w:color="auto" w:fill="FFFFFF" w:themeFill="background1"/>
      </w:tcPr>
    </w:tblStylePr>
    <w:tblStylePr w:type="lastRow">
      <w:rPr>
        <w:b/>
        <w:bCs/>
        <w:color w:val="FFFFFF" w:themeColor="background1"/>
      </w:rPr>
      <w:tblPr/>
      <w:tcPr>
        <w:tcBorders>
          <w:top w:val="single" w:sz="6" w:space="0" w:color="FFFFFF" w:themeColor="background1"/>
        </w:tcBorders>
        <w:shd w:val="clear" w:color="auto" w:fill="276A7C" w:themeFill="accent5" w:themeFillShade="99"/>
      </w:tcPr>
    </w:tblStylePr>
    <w:tblStylePr w:type="firstCol">
      <w:rPr>
        <w:color w:val="FFFFFF" w:themeColor="background1"/>
      </w:rPr>
      <w:tblPr/>
      <w:tcPr>
        <w:tcBorders>
          <w:top w:val="nil"/>
          <w:left w:val="nil"/>
          <w:bottom w:val="nil"/>
          <w:right w:val="nil"/>
          <w:insideH w:val="single" w:sz="4" w:space="0" w:color="276A7C" w:themeColor="accent5" w:themeShade="99"/>
          <w:insideV w:val="nil"/>
        </w:tcBorders>
        <w:shd w:val="clear" w:color="auto" w:fill="276A7C" w:themeFill="accent5" w:themeFillShade="99"/>
      </w:tcPr>
    </w:tblStylePr>
    <w:tblStylePr w:type="lastCol">
      <w:rPr>
        <w:color w:val="FFFFFF" w:themeColor="background1"/>
      </w:rPr>
      <w:tblPr/>
      <w:tcPr>
        <w:tcBorders>
          <w:top w:val="nil"/>
          <w:left w:val="nil"/>
          <w:bottom w:val="nil"/>
          <w:right w:val="nil"/>
          <w:insideH w:val="nil"/>
          <w:insideV w:val="nil"/>
        </w:tcBorders>
        <w:shd w:val="clear" w:color="auto" w:fill="276A7C" w:themeFill="accent5" w:themeFillShade="99"/>
      </w:tcPr>
    </w:tblStylePr>
    <w:tblStylePr w:type="band1Vert">
      <w:tblPr/>
      <w:tcPr>
        <w:shd w:val="clear" w:color="auto" w:fill="B6DDE8" w:themeFill="accent5" w:themeFillTint="66"/>
      </w:tcPr>
    </w:tblStylePr>
    <w:tblStylePr w:type="band1Horz">
      <w:tblPr/>
      <w:tcPr>
        <w:shd w:val="clear" w:color="auto" w:fill="A5D5E2" w:themeFill="accent5" w:themeFillTint="7F"/>
      </w:tcPr>
    </w:tblStylePr>
    <w:tblStylePr w:type="neCell">
      <w:rPr>
        <w:color w:val="000000" w:themeColor="text1"/>
      </w:rPr>
    </w:tblStylePr>
    <w:tblStylePr w:type="nwCell">
      <w:rPr>
        <w:color w:val="000000" w:themeColor="text1"/>
      </w:rPr>
    </w:tblStylePr>
  </w:style>
  <w:style w:type="table" w:styleId="ColorfulShading-Accent6">
    <w:name w:val="Colorful Shading Accent 6"/>
    <w:basedOn w:val="TableNormal"/>
    <w:uiPriority w:val="71"/>
    <w:rsid w:val="00CB0664"/>
    <w:pPr>
      <w:spacing w:after="0" w:line="240" w:lineRule="auto"/>
    </w:pPr>
    <w:rPr>
      <w:color w:val="000000" w:themeColor="text1"/>
    </w:rPr>
    <w:tblPr>
      <w:tblStyleRowBandSize w:val="1"/>
      <w:tblStyleColBandSize w:val="1"/>
      <w:tblInd w:w="0" w:type="dxa"/>
      <w:tblBorders>
        <w:top w:val="single" w:sz="24" w:space="0" w:color="4BACC6" w:themeColor="accent5"/>
        <w:left w:val="single" w:sz="4" w:space="0" w:color="F79646" w:themeColor="accent6"/>
        <w:bottom w:val="single" w:sz="4" w:space="0" w:color="F79646" w:themeColor="accent6"/>
        <w:right w:val="single" w:sz="4" w:space="0" w:color="F79646" w:themeColor="accent6"/>
        <w:insideH w:val="single" w:sz="4" w:space="0" w:color="FFFFFF" w:themeColor="background1"/>
        <w:insideV w:val="single" w:sz="4" w:space="0" w:color="FFFFFF" w:themeColor="background1"/>
      </w:tblBorders>
      <w:tblCellMar>
        <w:top w:w="0" w:type="dxa"/>
        <w:left w:w="108" w:type="dxa"/>
        <w:bottom w:w="0" w:type="dxa"/>
        <w:right w:w="108" w:type="dxa"/>
      </w:tblCellMar>
    </w:tblPr>
    <w:tcPr>
      <w:shd w:val="clear" w:color="auto" w:fill="FEF4EC" w:themeFill="accent6" w:themeFillTint="19"/>
    </w:tcPr>
    <w:tblStylePr w:type="firstRow">
      <w:rPr>
        <w:b/>
        <w:bCs/>
      </w:rPr>
      <w:tblPr/>
      <w:tcPr>
        <w:tcBorders>
          <w:top w:val="nil"/>
          <w:left w:val="nil"/>
          <w:bottom w:val="single" w:sz="24" w:space="0" w:color="4BACC6" w:themeColor="accent5"/>
          <w:right w:val="nil"/>
          <w:insideH w:val="nil"/>
          <w:insideV w:val="nil"/>
        </w:tcBorders>
        <w:shd w:val="clear" w:color="auto" w:fill="FFFFFF" w:themeFill="background1"/>
      </w:tcPr>
    </w:tblStylePr>
    <w:tblStylePr w:type="lastRow">
      <w:rPr>
        <w:b/>
        <w:bCs/>
        <w:color w:val="FFFFFF" w:themeColor="background1"/>
      </w:rPr>
      <w:tblPr/>
      <w:tcPr>
        <w:tcBorders>
          <w:top w:val="single" w:sz="6" w:space="0" w:color="FFFFFF" w:themeColor="background1"/>
        </w:tcBorders>
        <w:shd w:val="clear" w:color="auto" w:fill="B65608" w:themeFill="accent6" w:themeFillShade="99"/>
      </w:tcPr>
    </w:tblStylePr>
    <w:tblStylePr w:type="firstCol">
      <w:rPr>
        <w:color w:val="FFFFFF" w:themeColor="background1"/>
      </w:rPr>
      <w:tblPr/>
      <w:tcPr>
        <w:tcBorders>
          <w:top w:val="nil"/>
          <w:left w:val="nil"/>
          <w:bottom w:val="nil"/>
          <w:right w:val="nil"/>
          <w:insideH w:val="single" w:sz="4" w:space="0" w:color="B65608" w:themeColor="accent6" w:themeShade="99"/>
          <w:insideV w:val="nil"/>
        </w:tcBorders>
        <w:shd w:val="clear" w:color="auto" w:fill="B65608" w:themeFill="accent6" w:themeFillShade="99"/>
      </w:tcPr>
    </w:tblStylePr>
    <w:tblStylePr w:type="lastCol">
      <w:rPr>
        <w:color w:val="FFFFFF" w:themeColor="background1"/>
      </w:rPr>
      <w:tblPr/>
      <w:tcPr>
        <w:tcBorders>
          <w:top w:val="nil"/>
          <w:left w:val="nil"/>
          <w:bottom w:val="nil"/>
          <w:right w:val="nil"/>
          <w:insideH w:val="nil"/>
          <w:insideV w:val="nil"/>
        </w:tcBorders>
        <w:shd w:val="clear" w:color="auto" w:fill="B65608" w:themeFill="accent6" w:themeFillShade="99"/>
      </w:tcPr>
    </w:tblStylePr>
    <w:tblStylePr w:type="band1Vert">
      <w:tblPr/>
      <w:tcPr>
        <w:shd w:val="clear" w:color="auto" w:fill="FBD4B4" w:themeFill="accent6" w:themeFillTint="66"/>
      </w:tcPr>
    </w:tblStylePr>
    <w:tblStylePr w:type="band1Horz">
      <w:tblPr/>
      <w:tcPr>
        <w:shd w:val="clear" w:color="auto" w:fill="FBCAA2" w:themeFill="accent6" w:themeFillTint="7F"/>
      </w:tcPr>
    </w:tblStylePr>
    <w:tblStylePr w:type="neCell">
      <w:rPr>
        <w:color w:val="000000" w:themeColor="text1"/>
      </w:rPr>
    </w:tblStylePr>
    <w:tblStylePr w:type="nwCell">
      <w:rPr>
        <w:color w:val="000000" w:themeColor="text1"/>
      </w:rPr>
    </w:tblStylePr>
  </w:style>
  <w:style w:type="table" w:styleId="ColorfulList">
    <w:name w:val="Colorful List"/>
    <w:basedOn w:val="TableNormal"/>
    <w:uiPriority w:val="72"/>
    <w:rsid w:val="00CB0664"/>
    <w:pPr>
      <w:spacing w:after="0" w:line="240" w:lineRule="auto"/>
    </w:pPr>
    <w:rPr>
      <w:color w:val="000000" w:themeColor="text1"/>
    </w:rPr>
    <w:tblPr>
      <w:tblStyleRowBandSize w:val="1"/>
      <w:tblStyleColBandSize w:val="1"/>
      <w:tblInd w:w="0" w:type="dxa"/>
      <w:tblCellMar>
        <w:top w:w="0" w:type="dxa"/>
        <w:left w:w="108" w:type="dxa"/>
        <w:bottom w:w="0" w:type="dxa"/>
        <w:right w:w="108" w:type="dxa"/>
      </w:tblCellMar>
    </w:tblPr>
    <w:tcPr>
      <w:shd w:val="clear" w:color="auto" w:fill="E6E6E6" w:themeFill="text1" w:themeFillTint="19"/>
    </w:tcPr>
    <w:tblStylePr w:type="firstRow">
      <w:rPr>
        <w:b/>
        <w:bCs/>
        <w:color w:val="FFFFFF" w:themeColor="background1"/>
      </w:rPr>
      <w:tblPr/>
      <w:tcPr>
        <w:tcBorders>
          <w:bottom w:val="single" w:sz="12" w:space="0" w:color="FFFFFF" w:themeColor="background1"/>
        </w:tcBorders>
        <w:shd w:val="clear" w:color="auto" w:fill="9E3A38" w:themeFill="accent2" w:themeFillShade="CC"/>
      </w:tcPr>
    </w:tblStylePr>
    <w:tblStylePr w:type="lastRow">
      <w:rPr>
        <w:b/>
        <w:bCs/>
        <w:color w:val="9E3A38" w:themeColor="accent2" w:themeShade="CC"/>
      </w:rPr>
      <w:tblPr/>
      <w:tcPr>
        <w:tcBorders>
          <w:top w:val="single" w:sz="12" w:space="0" w:color="000000" w:themeColor="text1"/>
        </w:tcBorders>
        <w:shd w:val="clear" w:color="auto" w:fill="FFFFFF" w:themeFill="background1"/>
      </w:tcPr>
    </w:tblStylePr>
    <w:tblStylePr w:type="firstCol">
      <w:rPr>
        <w:b/>
        <w:bCs/>
      </w:rPr>
    </w:tblStylePr>
    <w:tblStylePr w:type="lastCol">
      <w:rPr>
        <w:b/>
        <w:bCs/>
      </w:rPr>
    </w:tblStylePr>
    <w:tblStylePr w:type="band1Vert">
      <w:tblPr/>
      <w:tcPr>
        <w:tcBorders>
          <w:top w:val="nil"/>
          <w:left w:val="nil"/>
          <w:bottom w:val="nil"/>
          <w:right w:val="nil"/>
          <w:insideH w:val="nil"/>
          <w:insideV w:val="nil"/>
        </w:tcBorders>
        <w:shd w:val="clear" w:color="auto" w:fill="C0C0C0" w:themeFill="text1" w:themeFillTint="3F"/>
      </w:tcPr>
    </w:tblStylePr>
    <w:tblStylePr w:type="band1Horz">
      <w:tblPr/>
      <w:tcPr>
        <w:shd w:val="clear" w:color="auto" w:fill="CCCCCC" w:themeFill="text1" w:themeFillTint="33"/>
      </w:tcPr>
    </w:tblStylePr>
  </w:style>
  <w:style w:type="table" w:styleId="ColorfulList-Accent1">
    <w:name w:val="Colorful List Accent 1"/>
    <w:basedOn w:val="TableNormal"/>
    <w:uiPriority w:val="72"/>
    <w:rsid w:val="00CB0664"/>
    <w:pPr>
      <w:spacing w:after="0" w:line="240" w:lineRule="auto"/>
    </w:pPr>
    <w:rPr>
      <w:color w:val="000000" w:themeColor="text1"/>
    </w:rPr>
    <w:tblPr>
      <w:tblStyleRowBandSize w:val="1"/>
      <w:tblStyleColBandSize w:val="1"/>
      <w:tblInd w:w="0" w:type="dxa"/>
      <w:tblCellMar>
        <w:top w:w="0" w:type="dxa"/>
        <w:left w:w="108" w:type="dxa"/>
        <w:bottom w:w="0" w:type="dxa"/>
        <w:right w:w="108" w:type="dxa"/>
      </w:tblCellMar>
    </w:tblPr>
    <w:tcPr>
      <w:shd w:val="clear" w:color="auto" w:fill="EDF2F8" w:themeFill="accent1" w:themeFillTint="19"/>
    </w:tcPr>
    <w:tblStylePr w:type="firstRow">
      <w:rPr>
        <w:b/>
        <w:bCs/>
        <w:color w:val="FFFFFF" w:themeColor="background1"/>
      </w:rPr>
      <w:tblPr/>
      <w:tcPr>
        <w:tcBorders>
          <w:bottom w:val="single" w:sz="12" w:space="0" w:color="FFFFFF" w:themeColor="background1"/>
        </w:tcBorders>
        <w:shd w:val="clear" w:color="auto" w:fill="9E3A38" w:themeFill="accent2" w:themeFillShade="CC"/>
      </w:tcPr>
    </w:tblStylePr>
    <w:tblStylePr w:type="lastRow">
      <w:rPr>
        <w:b/>
        <w:bCs/>
        <w:color w:val="9E3A38" w:themeColor="accent2" w:themeShade="CC"/>
      </w:rPr>
      <w:tblPr/>
      <w:tcPr>
        <w:tcBorders>
          <w:top w:val="single" w:sz="12" w:space="0" w:color="000000" w:themeColor="text1"/>
        </w:tcBorders>
        <w:shd w:val="clear" w:color="auto" w:fill="FFFFFF" w:themeFill="background1"/>
      </w:tcPr>
    </w:tblStylePr>
    <w:tblStylePr w:type="firstCol">
      <w:rPr>
        <w:b/>
        <w:bCs/>
      </w:rPr>
    </w:tblStylePr>
    <w:tblStylePr w:type="lastCol">
      <w:rPr>
        <w:b/>
        <w:bCs/>
      </w:rPr>
    </w:tblStylePr>
    <w:tblStylePr w:type="band1Vert">
      <w:tblPr/>
      <w:tcPr>
        <w:tcBorders>
          <w:top w:val="nil"/>
          <w:left w:val="nil"/>
          <w:bottom w:val="nil"/>
          <w:right w:val="nil"/>
          <w:insideH w:val="nil"/>
          <w:insideV w:val="nil"/>
        </w:tcBorders>
        <w:shd w:val="clear" w:color="auto" w:fill="D3DFEE" w:themeFill="accent1" w:themeFillTint="3F"/>
      </w:tcPr>
    </w:tblStylePr>
    <w:tblStylePr w:type="band1Horz">
      <w:tblPr/>
      <w:tcPr>
        <w:shd w:val="clear" w:color="auto" w:fill="DBE5F1" w:themeFill="accent1" w:themeFillTint="33"/>
      </w:tcPr>
    </w:tblStylePr>
  </w:style>
  <w:style w:type="table" w:styleId="ColorfulList-Accent2">
    <w:name w:val="Colorful List Accent 2"/>
    <w:basedOn w:val="TableNormal"/>
    <w:uiPriority w:val="72"/>
    <w:rsid w:val="00CB0664"/>
    <w:pPr>
      <w:spacing w:after="0" w:line="240" w:lineRule="auto"/>
    </w:pPr>
    <w:rPr>
      <w:color w:val="000000" w:themeColor="text1"/>
    </w:rPr>
    <w:tblPr>
      <w:tblStyleRowBandSize w:val="1"/>
      <w:tblStyleColBandSize w:val="1"/>
      <w:tblInd w:w="0" w:type="dxa"/>
      <w:tblCellMar>
        <w:top w:w="0" w:type="dxa"/>
        <w:left w:w="108" w:type="dxa"/>
        <w:bottom w:w="0" w:type="dxa"/>
        <w:right w:w="108" w:type="dxa"/>
      </w:tblCellMar>
    </w:tblPr>
    <w:tcPr>
      <w:shd w:val="clear" w:color="auto" w:fill="F8EDED" w:themeFill="accent2" w:themeFillTint="19"/>
    </w:tcPr>
    <w:tblStylePr w:type="firstRow">
      <w:rPr>
        <w:b/>
        <w:bCs/>
        <w:color w:val="FFFFFF" w:themeColor="background1"/>
      </w:rPr>
      <w:tblPr/>
      <w:tcPr>
        <w:tcBorders>
          <w:bottom w:val="single" w:sz="12" w:space="0" w:color="FFFFFF" w:themeColor="background1"/>
        </w:tcBorders>
        <w:shd w:val="clear" w:color="auto" w:fill="9E3A38" w:themeFill="accent2" w:themeFillShade="CC"/>
      </w:tcPr>
    </w:tblStylePr>
    <w:tblStylePr w:type="lastRow">
      <w:rPr>
        <w:b/>
        <w:bCs/>
        <w:color w:val="9E3A38" w:themeColor="accent2" w:themeShade="CC"/>
      </w:rPr>
      <w:tblPr/>
      <w:tcPr>
        <w:tcBorders>
          <w:top w:val="single" w:sz="12" w:space="0" w:color="000000" w:themeColor="text1"/>
        </w:tcBorders>
        <w:shd w:val="clear" w:color="auto" w:fill="FFFFFF" w:themeFill="background1"/>
      </w:tcPr>
    </w:tblStylePr>
    <w:tblStylePr w:type="firstCol">
      <w:rPr>
        <w:b/>
        <w:bCs/>
      </w:rPr>
    </w:tblStylePr>
    <w:tblStylePr w:type="lastCol">
      <w:rPr>
        <w:b/>
        <w:bCs/>
      </w:rPr>
    </w:tblStylePr>
    <w:tblStylePr w:type="band1Vert">
      <w:tblPr/>
      <w:tcPr>
        <w:tcBorders>
          <w:top w:val="nil"/>
          <w:left w:val="nil"/>
          <w:bottom w:val="nil"/>
          <w:right w:val="nil"/>
          <w:insideH w:val="nil"/>
          <w:insideV w:val="nil"/>
        </w:tcBorders>
        <w:shd w:val="clear" w:color="auto" w:fill="EFD3D2" w:themeFill="accent2" w:themeFillTint="3F"/>
      </w:tcPr>
    </w:tblStylePr>
    <w:tblStylePr w:type="band1Horz">
      <w:tblPr/>
      <w:tcPr>
        <w:shd w:val="clear" w:color="auto" w:fill="F2DBDB" w:themeFill="accent2" w:themeFillTint="33"/>
      </w:tcPr>
    </w:tblStylePr>
  </w:style>
  <w:style w:type="table" w:styleId="ColorfulList-Accent3">
    <w:name w:val="Colorful List Accent 3"/>
    <w:basedOn w:val="TableNormal"/>
    <w:uiPriority w:val="72"/>
    <w:rsid w:val="00CB0664"/>
    <w:pPr>
      <w:spacing w:after="0" w:line="240" w:lineRule="auto"/>
    </w:pPr>
    <w:rPr>
      <w:color w:val="000000" w:themeColor="text1"/>
    </w:rPr>
    <w:tblPr>
      <w:tblStyleRowBandSize w:val="1"/>
      <w:tblStyleColBandSize w:val="1"/>
      <w:tblInd w:w="0" w:type="dxa"/>
      <w:tblCellMar>
        <w:top w:w="0" w:type="dxa"/>
        <w:left w:w="108" w:type="dxa"/>
        <w:bottom w:w="0" w:type="dxa"/>
        <w:right w:w="108" w:type="dxa"/>
      </w:tblCellMar>
    </w:tblPr>
    <w:tcPr>
      <w:shd w:val="clear" w:color="auto" w:fill="F5F8EE" w:themeFill="accent3" w:themeFillTint="19"/>
    </w:tcPr>
    <w:tblStylePr w:type="firstRow">
      <w:rPr>
        <w:b/>
        <w:bCs/>
        <w:color w:val="FFFFFF" w:themeColor="background1"/>
      </w:rPr>
      <w:tblPr/>
      <w:tcPr>
        <w:tcBorders>
          <w:bottom w:val="single" w:sz="12" w:space="0" w:color="FFFFFF" w:themeColor="background1"/>
        </w:tcBorders>
        <w:shd w:val="clear" w:color="auto" w:fill="664E82" w:themeFill="accent4" w:themeFillShade="CC"/>
      </w:tcPr>
    </w:tblStylePr>
    <w:tblStylePr w:type="lastRow">
      <w:rPr>
        <w:b/>
        <w:bCs/>
        <w:color w:val="664E82" w:themeColor="accent4" w:themeShade="CC"/>
      </w:rPr>
      <w:tblPr/>
      <w:tcPr>
        <w:tcBorders>
          <w:top w:val="single" w:sz="12" w:space="0" w:color="000000" w:themeColor="text1"/>
        </w:tcBorders>
        <w:shd w:val="clear" w:color="auto" w:fill="FFFFFF" w:themeFill="background1"/>
      </w:tcPr>
    </w:tblStylePr>
    <w:tblStylePr w:type="firstCol">
      <w:rPr>
        <w:b/>
        <w:bCs/>
      </w:rPr>
    </w:tblStylePr>
    <w:tblStylePr w:type="lastCol">
      <w:rPr>
        <w:b/>
        <w:bCs/>
      </w:rPr>
    </w:tblStylePr>
    <w:tblStylePr w:type="band1Vert">
      <w:tblPr/>
      <w:tcPr>
        <w:tcBorders>
          <w:top w:val="nil"/>
          <w:left w:val="nil"/>
          <w:bottom w:val="nil"/>
          <w:right w:val="nil"/>
          <w:insideH w:val="nil"/>
          <w:insideV w:val="nil"/>
        </w:tcBorders>
        <w:shd w:val="clear" w:color="auto" w:fill="E6EED5" w:themeFill="accent3" w:themeFillTint="3F"/>
      </w:tcPr>
    </w:tblStylePr>
    <w:tblStylePr w:type="band1Horz">
      <w:tblPr/>
      <w:tcPr>
        <w:shd w:val="clear" w:color="auto" w:fill="EAF1DD" w:themeFill="accent3" w:themeFillTint="33"/>
      </w:tcPr>
    </w:tblStylePr>
  </w:style>
  <w:style w:type="table" w:styleId="ColorfulList-Accent4">
    <w:name w:val="Colorful List Accent 4"/>
    <w:basedOn w:val="TableNormal"/>
    <w:uiPriority w:val="72"/>
    <w:rsid w:val="00CB0664"/>
    <w:pPr>
      <w:spacing w:after="0" w:line="240" w:lineRule="auto"/>
    </w:pPr>
    <w:rPr>
      <w:color w:val="000000" w:themeColor="text1"/>
    </w:rPr>
    <w:tblPr>
      <w:tblStyleRowBandSize w:val="1"/>
      <w:tblStyleColBandSize w:val="1"/>
      <w:tblInd w:w="0" w:type="dxa"/>
      <w:tblCellMar>
        <w:top w:w="0" w:type="dxa"/>
        <w:left w:w="108" w:type="dxa"/>
        <w:bottom w:w="0" w:type="dxa"/>
        <w:right w:w="108" w:type="dxa"/>
      </w:tblCellMar>
    </w:tblPr>
    <w:tcPr>
      <w:shd w:val="clear" w:color="auto" w:fill="F2EFF6" w:themeFill="accent4" w:themeFillTint="19"/>
    </w:tcPr>
    <w:tblStylePr w:type="firstRow">
      <w:rPr>
        <w:b/>
        <w:bCs/>
        <w:color w:val="FFFFFF" w:themeColor="background1"/>
      </w:rPr>
      <w:tblPr/>
      <w:tcPr>
        <w:tcBorders>
          <w:bottom w:val="single" w:sz="12" w:space="0" w:color="FFFFFF" w:themeColor="background1"/>
        </w:tcBorders>
        <w:shd w:val="clear" w:color="auto" w:fill="7E9C40" w:themeFill="accent3" w:themeFillShade="CC"/>
      </w:tcPr>
    </w:tblStylePr>
    <w:tblStylePr w:type="lastRow">
      <w:rPr>
        <w:b/>
        <w:bCs/>
        <w:color w:val="7E9C40" w:themeColor="accent3" w:themeShade="CC"/>
      </w:rPr>
      <w:tblPr/>
      <w:tcPr>
        <w:tcBorders>
          <w:top w:val="single" w:sz="12" w:space="0" w:color="000000" w:themeColor="text1"/>
        </w:tcBorders>
        <w:shd w:val="clear" w:color="auto" w:fill="FFFFFF" w:themeFill="background1"/>
      </w:tcPr>
    </w:tblStylePr>
    <w:tblStylePr w:type="firstCol">
      <w:rPr>
        <w:b/>
        <w:bCs/>
      </w:rPr>
    </w:tblStylePr>
    <w:tblStylePr w:type="lastCol">
      <w:rPr>
        <w:b/>
        <w:bCs/>
      </w:rPr>
    </w:tblStylePr>
    <w:tblStylePr w:type="band1Vert">
      <w:tblPr/>
      <w:tcPr>
        <w:tcBorders>
          <w:top w:val="nil"/>
          <w:left w:val="nil"/>
          <w:bottom w:val="nil"/>
          <w:right w:val="nil"/>
          <w:insideH w:val="nil"/>
          <w:insideV w:val="nil"/>
        </w:tcBorders>
        <w:shd w:val="clear" w:color="auto" w:fill="DFD8E8" w:themeFill="accent4" w:themeFillTint="3F"/>
      </w:tcPr>
    </w:tblStylePr>
    <w:tblStylePr w:type="band1Horz">
      <w:tblPr/>
      <w:tcPr>
        <w:shd w:val="clear" w:color="auto" w:fill="E5DFEC" w:themeFill="accent4" w:themeFillTint="33"/>
      </w:tcPr>
    </w:tblStylePr>
  </w:style>
  <w:style w:type="table" w:styleId="ColorfulList-Accent5">
    <w:name w:val="Colorful List Accent 5"/>
    <w:basedOn w:val="TableNormal"/>
    <w:uiPriority w:val="72"/>
    <w:rsid w:val="00CB0664"/>
    <w:pPr>
      <w:spacing w:after="0" w:line="240" w:lineRule="auto"/>
    </w:pPr>
    <w:rPr>
      <w:color w:val="000000" w:themeColor="text1"/>
    </w:rPr>
    <w:tblPr>
      <w:tblStyleRowBandSize w:val="1"/>
      <w:tblStyleColBandSize w:val="1"/>
      <w:tblInd w:w="0" w:type="dxa"/>
      <w:tblCellMar>
        <w:top w:w="0" w:type="dxa"/>
        <w:left w:w="108" w:type="dxa"/>
        <w:bottom w:w="0" w:type="dxa"/>
        <w:right w:w="108" w:type="dxa"/>
      </w:tblCellMar>
    </w:tblPr>
    <w:tcPr>
      <w:shd w:val="clear" w:color="auto" w:fill="EDF6F9" w:themeFill="accent5" w:themeFillTint="19"/>
    </w:tcPr>
    <w:tblStylePr w:type="firstRow">
      <w:rPr>
        <w:b/>
        <w:bCs/>
        <w:color w:val="FFFFFF" w:themeColor="background1"/>
      </w:rPr>
      <w:tblPr/>
      <w:tcPr>
        <w:tcBorders>
          <w:bottom w:val="single" w:sz="12" w:space="0" w:color="FFFFFF" w:themeColor="background1"/>
        </w:tcBorders>
        <w:shd w:val="clear" w:color="auto" w:fill="F2730A" w:themeFill="accent6" w:themeFillShade="CC"/>
      </w:tcPr>
    </w:tblStylePr>
    <w:tblStylePr w:type="lastRow">
      <w:rPr>
        <w:b/>
        <w:bCs/>
        <w:color w:val="F2730A" w:themeColor="accent6" w:themeShade="CC"/>
      </w:rPr>
      <w:tblPr/>
      <w:tcPr>
        <w:tcBorders>
          <w:top w:val="single" w:sz="12" w:space="0" w:color="000000" w:themeColor="text1"/>
        </w:tcBorders>
        <w:shd w:val="clear" w:color="auto" w:fill="FFFFFF" w:themeFill="background1"/>
      </w:tcPr>
    </w:tblStylePr>
    <w:tblStylePr w:type="firstCol">
      <w:rPr>
        <w:b/>
        <w:bCs/>
      </w:rPr>
    </w:tblStylePr>
    <w:tblStylePr w:type="lastCol">
      <w:rPr>
        <w:b/>
        <w:bCs/>
      </w:rPr>
    </w:tblStylePr>
    <w:tblStylePr w:type="band1Vert">
      <w:tblPr/>
      <w:tcPr>
        <w:tcBorders>
          <w:top w:val="nil"/>
          <w:left w:val="nil"/>
          <w:bottom w:val="nil"/>
          <w:right w:val="nil"/>
          <w:insideH w:val="nil"/>
          <w:insideV w:val="nil"/>
        </w:tcBorders>
        <w:shd w:val="clear" w:color="auto" w:fill="D2EAF1" w:themeFill="accent5" w:themeFillTint="3F"/>
      </w:tcPr>
    </w:tblStylePr>
    <w:tblStylePr w:type="band1Horz">
      <w:tblPr/>
      <w:tcPr>
        <w:shd w:val="clear" w:color="auto" w:fill="DAEEF3" w:themeFill="accent5" w:themeFillTint="33"/>
      </w:tcPr>
    </w:tblStylePr>
  </w:style>
  <w:style w:type="table" w:styleId="ColorfulList-Accent6">
    <w:name w:val="Colorful List Accent 6"/>
    <w:basedOn w:val="TableNormal"/>
    <w:uiPriority w:val="72"/>
    <w:rsid w:val="00CB0664"/>
    <w:pPr>
      <w:spacing w:after="0" w:line="240" w:lineRule="auto"/>
    </w:pPr>
    <w:rPr>
      <w:color w:val="000000" w:themeColor="text1"/>
    </w:rPr>
    <w:tblPr>
      <w:tblStyleRowBandSize w:val="1"/>
      <w:tblStyleColBandSize w:val="1"/>
      <w:tblInd w:w="0" w:type="dxa"/>
      <w:tblCellMar>
        <w:top w:w="0" w:type="dxa"/>
        <w:left w:w="108" w:type="dxa"/>
        <w:bottom w:w="0" w:type="dxa"/>
        <w:right w:w="108" w:type="dxa"/>
      </w:tblCellMar>
    </w:tblPr>
    <w:tcPr>
      <w:shd w:val="clear" w:color="auto" w:fill="FEF4EC" w:themeFill="accent6" w:themeFillTint="19"/>
    </w:tcPr>
    <w:tblStylePr w:type="firstRow">
      <w:rPr>
        <w:b/>
        <w:bCs/>
        <w:color w:val="FFFFFF" w:themeColor="background1"/>
      </w:rPr>
      <w:tblPr/>
      <w:tcPr>
        <w:tcBorders>
          <w:bottom w:val="single" w:sz="12" w:space="0" w:color="FFFFFF" w:themeColor="background1"/>
        </w:tcBorders>
        <w:shd w:val="clear" w:color="auto" w:fill="348DA5" w:themeFill="accent5" w:themeFillShade="CC"/>
      </w:tcPr>
    </w:tblStylePr>
    <w:tblStylePr w:type="lastRow">
      <w:rPr>
        <w:b/>
        <w:bCs/>
        <w:color w:val="348DA5" w:themeColor="accent5" w:themeShade="CC"/>
      </w:rPr>
      <w:tblPr/>
      <w:tcPr>
        <w:tcBorders>
          <w:top w:val="single" w:sz="12" w:space="0" w:color="000000" w:themeColor="text1"/>
        </w:tcBorders>
        <w:shd w:val="clear" w:color="auto" w:fill="FFFFFF" w:themeFill="background1"/>
      </w:tcPr>
    </w:tblStylePr>
    <w:tblStylePr w:type="firstCol">
      <w:rPr>
        <w:b/>
        <w:bCs/>
      </w:rPr>
    </w:tblStylePr>
    <w:tblStylePr w:type="lastCol">
      <w:rPr>
        <w:b/>
        <w:bCs/>
      </w:rPr>
    </w:tblStylePr>
    <w:tblStylePr w:type="band1Vert">
      <w:tblPr/>
      <w:tcPr>
        <w:tcBorders>
          <w:top w:val="nil"/>
          <w:left w:val="nil"/>
          <w:bottom w:val="nil"/>
          <w:right w:val="nil"/>
          <w:insideH w:val="nil"/>
          <w:insideV w:val="nil"/>
        </w:tcBorders>
        <w:shd w:val="clear" w:color="auto" w:fill="FDE4D0" w:themeFill="accent6" w:themeFillTint="3F"/>
      </w:tcPr>
    </w:tblStylePr>
    <w:tblStylePr w:type="band1Horz">
      <w:tblPr/>
      <w:tcPr>
        <w:shd w:val="clear" w:color="auto" w:fill="FDE9D9" w:themeFill="accent6" w:themeFillTint="33"/>
      </w:tcPr>
    </w:tblStylePr>
  </w:style>
  <w:style w:type="table" w:styleId="ColorfulGrid">
    <w:name w:val="Colorful Grid"/>
    <w:basedOn w:val="TableNormal"/>
    <w:uiPriority w:val="73"/>
    <w:rsid w:val="00CB0664"/>
    <w:pPr>
      <w:spacing w:after="0" w:line="240" w:lineRule="auto"/>
    </w:pPr>
    <w:rPr>
      <w:color w:val="000000" w:themeColor="text1"/>
    </w:rPr>
    <w:tblPr>
      <w:tblStyleRowBandSize w:val="1"/>
      <w:tblStyleColBandSize w:val="1"/>
      <w:tblInd w:w="0" w:type="dxa"/>
      <w:tblBorders>
        <w:insideH w:val="single" w:sz="4" w:space="0" w:color="FFFFFF" w:themeColor="background1"/>
      </w:tblBorders>
      <w:tblCellMar>
        <w:top w:w="0" w:type="dxa"/>
        <w:left w:w="108" w:type="dxa"/>
        <w:bottom w:w="0" w:type="dxa"/>
        <w:right w:w="108" w:type="dxa"/>
      </w:tblCellMar>
    </w:tblPr>
    <w:tcPr>
      <w:shd w:val="clear" w:color="auto" w:fill="CCCCCC" w:themeFill="text1" w:themeFillTint="33"/>
    </w:tcPr>
    <w:tblStylePr w:type="firstRow">
      <w:rPr>
        <w:b/>
        <w:bCs/>
      </w:rPr>
      <w:tblPr/>
      <w:tcPr>
        <w:shd w:val="clear" w:color="auto" w:fill="999999" w:themeFill="text1" w:themeFillTint="66"/>
      </w:tcPr>
    </w:tblStylePr>
    <w:tblStylePr w:type="lastRow">
      <w:rPr>
        <w:b/>
        <w:bCs/>
        <w:color w:val="000000" w:themeColor="text1"/>
      </w:rPr>
      <w:tblPr/>
      <w:tcPr>
        <w:shd w:val="clear" w:color="auto" w:fill="999999" w:themeFill="text1" w:themeFillTint="66"/>
      </w:tcPr>
    </w:tblStylePr>
    <w:tblStylePr w:type="firstCol">
      <w:rPr>
        <w:color w:val="FFFFFF" w:themeColor="background1"/>
      </w:rPr>
      <w:tblPr/>
      <w:tcPr>
        <w:shd w:val="clear" w:color="auto" w:fill="000000" w:themeFill="text1" w:themeFillShade="BF"/>
      </w:tcPr>
    </w:tblStylePr>
    <w:tblStylePr w:type="lastCol">
      <w:rPr>
        <w:color w:val="FFFFFF" w:themeColor="background1"/>
      </w:rPr>
      <w:tblPr/>
      <w:tcPr>
        <w:shd w:val="clear" w:color="auto" w:fill="000000" w:themeFill="text1" w:themeFillShade="BF"/>
      </w:tcPr>
    </w:tblStylePr>
    <w:tblStylePr w:type="band1Vert">
      <w:tblPr/>
      <w:tcPr>
        <w:shd w:val="clear" w:color="auto" w:fill="808080" w:themeFill="text1" w:themeFillTint="7F"/>
      </w:tcPr>
    </w:tblStylePr>
    <w:tblStylePr w:type="band1Horz">
      <w:tblPr/>
      <w:tcPr>
        <w:shd w:val="clear" w:color="auto" w:fill="808080" w:themeFill="text1" w:themeFillTint="7F"/>
      </w:tcPr>
    </w:tblStylePr>
  </w:style>
  <w:style w:type="table" w:styleId="ColorfulGrid-Accent1">
    <w:name w:val="Colorful Grid Accent 1"/>
    <w:basedOn w:val="TableNormal"/>
    <w:uiPriority w:val="73"/>
    <w:rsid w:val="00CB0664"/>
    <w:pPr>
      <w:spacing w:after="0" w:line="240" w:lineRule="auto"/>
    </w:pPr>
    <w:rPr>
      <w:color w:val="000000" w:themeColor="text1"/>
    </w:rPr>
    <w:tblPr>
      <w:tblStyleRowBandSize w:val="1"/>
      <w:tblStyleColBandSize w:val="1"/>
      <w:tblInd w:w="0" w:type="dxa"/>
      <w:tblBorders>
        <w:insideH w:val="single" w:sz="4" w:space="0" w:color="FFFFFF" w:themeColor="background1"/>
      </w:tblBorders>
      <w:tblCellMar>
        <w:top w:w="0" w:type="dxa"/>
        <w:left w:w="108" w:type="dxa"/>
        <w:bottom w:w="0" w:type="dxa"/>
        <w:right w:w="108" w:type="dxa"/>
      </w:tblCellMar>
    </w:tblPr>
    <w:tcPr>
      <w:shd w:val="clear" w:color="auto" w:fill="DBE5F1" w:themeFill="accent1" w:themeFillTint="33"/>
    </w:tcPr>
    <w:tblStylePr w:type="firstRow">
      <w:rPr>
        <w:b/>
        <w:bCs/>
      </w:rPr>
      <w:tblPr/>
      <w:tcPr>
        <w:shd w:val="clear" w:color="auto" w:fill="B8CCE4" w:themeFill="accent1" w:themeFillTint="66"/>
      </w:tcPr>
    </w:tblStylePr>
    <w:tblStylePr w:type="lastRow">
      <w:rPr>
        <w:b/>
        <w:bCs/>
        <w:color w:val="000000" w:themeColor="text1"/>
      </w:rPr>
      <w:tblPr/>
      <w:tcPr>
        <w:shd w:val="clear" w:color="auto" w:fill="B8CCE4" w:themeFill="accent1" w:themeFillTint="66"/>
      </w:tcPr>
    </w:tblStylePr>
    <w:tblStylePr w:type="firstCol">
      <w:rPr>
        <w:color w:val="FFFFFF" w:themeColor="background1"/>
      </w:rPr>
      <w:tblPr/>
      <w:tcPr>
        <w:shd w:val="clear" w:color="auto" w:fill="365F91" w:themeFill="accent1" w:themeFillShade="BF"/>
      </w:tcPr>
    </w:tblStylePr>
    <w:tblStylePr w:type="lastCol">
      <w:rPr>
        <w:color w:val="FFFFFF" w:themeColor="background1"/>
      </w:rPr>
      <w:tblPr/>
      <w:tcPr>
        <w:shd w:val="clear" w:color="auto" w:fill="365F91" w:themeFill="accent1" w:themeFillShade="BF"/>
      </w:tcPr>
    </w:tblStylePr>
    <w:tblStylePr w:type="band1Vert">
      <w:tblPr/>
      <w:tcPr>
        <w:shd w:val="clear" w:color="auto" w:fill="A7BFDE" w:themeFill="accent1" w:themeFillTint="7F"/>
      </w:tcPr>
    </w:tblStylePr>
    <w:tblStylePr w:type="band1Horz">
      <w:tblPr/>
      <w:tcPr>
        <w:shd w:val="clear" w:color="auto" w:fill="A7BFDE" w:themeFill="accent1" w:themeFillTint="7F"/>
      </w:tcPr>
    </w:tblStylePr>
  </w:style>
  <w:style w:type="table" w:styleId="ColorfulGrid-Accent2">
    <w:name w:val="Colorful Grid Accent 2"/>
    <w:basedOn w:val="TableNormal"/>
    <w:uiPriority w:val="73"/>
    <w:rsid w:val="00CB0664"/>
    <w:pPr>
      <w:spacing w:after="0" w:line="240" w:lineRule="auto"/>
    </w:pPr>
    <w:rPr>
      <w:color w:val="000000" w:themeColor="text1"/>
    </w:rPr>
    <w:tblPr>
      <w:tblStyleRowBandSize w:val="1"/>
      <w:tblStyleColBandSize w:val="1"/>
      <w:tblInd w:w="0" w:type="dxa"/>
      <w:tblBorders>
        <w:insideH w:val="single" w:sz="4" w:space="0" w:color="FFFFFF" w:themeColor="background1"/>
      </w:tblBorders>
      <w:tblCellMar>
        <w:top w:w="0" w:type="dxa"/>
        <w:left w:w="108" w:type="dxa"/>
        <w:bottom w:w="0" w:type="dxa"/>
        <w:right w:w="108" w:type="dxa"/>
      </w:tblCellMar>
    </w:tblPr>
    <w:tcPr>
      <w:shd w:val="clear" w:color="auto" w:fill="F2DBDB" w:themeFill="accent2" w:themeFillTint="33"/>
    </w:tcPr>
    <w:tblStylePr w:type="firstRow">
      <w:rPr>
        <w:b/>
        <w:bCs/>
      </w:rPr>
      <w:tblPr/>
      <w:tcPr>
        <w:shd w:val="clear" w:color="auto" w:fill="E5B8B7" w:themeFill="accent2" w:themeFillTint="66"/>
      </w:tcPr>
    </w:tblStylePr>
    <w:tblStylePr w:type="lastRow">
      <w:rPr>
        <w:b/>
        <w:bCs/>
        <w:color w:val="000000" w:themeColor="text1"/>
      </w:rPr>
      <w:tblPr/>
      <w:tcPr>
        <w:shd w:val="clear" w:color="auto" w:fill="E5B8B7" w:themeFill="accent2" w:themeFillTint="66"/>
      </w:tcPr>
    </w:tblStylePr>
    <w:tblStylePr w:type="firstCol">
      <w:rPr>
        <w:color w:val="FFFFFF" w:themeColor="background1"/>
      </w:rPr>
      <w:tblPr/>
      <w:tcPr>
        <w:shd w:val="clear" w:color="auto" w:fill="943634" w:themeFill="accent2" w:themeFillShade="BF"/>
      </w:tcPr>
    </w:tblStylePr>
    <w:tblStylePr w:type="lastCol">
      <w:rPr>
        <w:color w:val="FFFFFF" w:themeColor="background1"/>
      </w:rPr>
      <w:tblPr/>
      <w:tcPr>
        <w:shd w:val="clear" w:color="auto" w:fill="943634" w:themeFill="accent2" w:themeFillShade="BF"/>
      </w:tcPr>
    </w:tblStylePr>
    <w:tblStylePr w:type="band1Vert">
      <w:tblPr/>
      <w:tcPr>
        <w:shd w:val="clear" w:color="auto" w:fill="DFA7A6" w:themeFill="accent2" w:themeFillTint="7F"/>
      </w:tcPr>
    </w:tblStylePr>
    <w:tblStylePr w:type="band1Horz">
      <w:tblPr/>
      <w:tcPr>
        <w:shd w:val="clear" w:color="auto" w:fill="DFA7A6" w:themeFill="accent2" w:themeFillTint="7F"/>
      </w:tcPr>
    </w:tblStylePr>
  </w:style>
  <w:style w:type="table" w:styleId="ColorfulGrid-Accent3">
    <w:name w:val="Colorful Grid Accent 3"/>
    <w:basedOn w:val="TableNormal"/>
    <w:uiPriority w:val="73"/>
    <w:rsid w:val="00CB0664"/>
    <w:pPr>
      <w:spacing w:after="0" w:line="240" w:lineRule="auto"/>
    </w:pPr>
    <w:rPr>
      <w:color w:val="000000" w:themeColor="text1"/>
    </w:rPr>
    <w:tblPr>
      <w:tblStyleRowBandSize w:val="1"/>
      <w:tblStyleColBandSize w:val="1"/>
      <w:tblInd w:w="0" w:type="dxa"/>
      <w:tblBorders>
        <w:insideH w:val="single" w:sz="4" w:space="0" w:color="FFFFFF" w:themeColor="background1"/>
      </w:tblBorders>
      <w:tblCellMar>
        <w:top w:w="0" w:type="dxa"/>
        <w:left w:w="108" w:type="dxa"/>
        <w:bottom w:w="0" w:type="dxa"/>
        <w:right w:w="108" w:type="dxa"/>
      </w:tblCellMar>
    </w:tblPr>
    <w:tcPr>
      <w:shd w:val="clear" w:color="auto" w:fill="EAF1DD" w:themeFill="accent3" w:themeFillTint="33"/>
    </w:tcPr>
    <w:tblStylePr w:type="firstRow">
      <w:rPr>
        <w:b/>
        <w:bCs/>
      </w:rPr>
      <w:tblPr/>
      <w:tcPr>
        <w:shd w:val="clear" w:color="auto" w:fill="D6E3BC" w:themeFill="accent3" w:themeFillTint="66"/>
      </w:tcPr>
    </w:tblStylePr>
    <w:tblStylePr w:type="lastRow">
      <w:rPr>
        <w:b/>
        <w:bCs/>
        <w:color w:val="000000" w:themeColor="text1"/>
      </w:rPr>
      <w:tblPr/>
      <w:tcPr>
        <w:shd w:val="clear" w:color="auto" w:fill="D6E3BC" w:themeFill="accent3" w:themeFillTint="66"/>
      </w:tcPr>
    </w:tblStylePr>
    <w:tblStylePr w:type="firstCol">
      <w:rPr>
        <w:color w:val="FFFFFF" w:themeColor="background1"/>
      </w:rPr>
      <w:tblPr/>
      <w:tcPr>
        <w:shd w:val="clear" w:color="auto" w:fill="76923C" w:themeFill="accent3" w:themeFillShade="BF"/>
      </w:tcPr>
    </w:tblStylePr>
    <w:tblStylePr w:type="lastCol">
      <w:rPr>
        <w:color w:val="FFFFFF" w:themeColor="background1"/>
      </w:rPr>
      <w:tblPr/>
      <w:tcPr>
        <w:shd w:val="clear" w:color="auto" w:fill="76923C" w:themeFill="accent3" w:themeFillShade="BF"/>
      </w:tcPr>
    </w:tblStylePr>
    <w:tblStylePr w:type="band1Vert">
      <w:tblPr/>
      <w:tcPr>
        <w:shd w:val="clear" w:color="auto" w:fill="CDDDAC" w:themeFill="accent3" w:themeFillTint="7F"/>
      </w:tcPr>
    </w:tblStylePr>
    <w:tblStylePr w:type="band1Horz">
      <w:tblPr/>
      <w:tcPr>
        <w:shd w:val="clear" w:color="auto" w:fill="CDDDAC" w:themeFill="accent3" w:themeFillTint="7F"/>
      </w:tcPr>
    </w:tblStylePr>
  </w:style>
  <w:style w:type="table" w:styleId="ColorfulGrid-Accent4">
    <w:name w:val="Colorful Grid Accent 4"/>
    <w:basedOn w:val="TableNormal"/>
    <w:uiPriority w:val="73"/>
    <w:rsid w:val="00CB0664"/>
    <w:pPr>
      <w:spacing w:after="0" w:line="240" w:lineRule="auto"/>
    </w:pPr>
    <w:rPr>
      <w:color w:val="000000" w:themeColor="text1"/>
    </w:rPr>
    <w:tblPr>
      <w:tblStyleRowBandSize w:val="1"/>
      <w:tblStyleColBandSize w:val="1"/>
      <w:tblInd w:w="0" w:type="dxa"/>
      <w:tblBorders>
        <w:insideH w:val="single" w:sz="4" w:space="0" w:color="FFFFFF" w:themeColor="background1"/>
      </w:tblBorders>
      <w:tblCellMar>
        <w:top w:w="0" w:type="dxa"/>
        <w:left w:w="108" w:type="dxa"/>
        <w:bottom w:w="0" w:type="dxa"/>
        <w:right w:w="108" w:type="dxa"/>
      </w:tblCellMar>
    </w:tblPr>
    <w:tcPr>
      <w:shd w:val="clear" w:color="auto" w:fill="E5DFEC" w:themeFill="accent4" w:themeFillTint="33"/>
    </w:tcPr>
    <w:tblStylePr w:type="firstRow">
      <w:rPr>
        <w:b/>
        <w:bCs/>
      </w:rPr>
      <w:tblPr/>
      <w:tcPr>
        <w:shd w:val="clear" w:color="auto" w:fill="CCC0D9" w:themeFill="accent4" w:themeFillTint="66"/>
      </w:tcPr>
    </w:tblStylePr>
    <w:tblStylePr w:type="lastRow">
      <w:rPr>
        <w:b/>
        <w:bCs/>
        <w:color w:val="000000" w:themeColor="text1"/>
      </w:rPr>
      <w:tblPr/>
      <w:tcPr>
        <w:shd w:val="clear" w:color="auto" w:fill="CCC0D9" w:themeFill="accent4" w:themeFillTint="66"/>
      </w:tcPr>
    </w:tblStylePr>
    <w:tblStylePr w:type="firstCol">
      <w:rPr>
        <w:color w:val="FFFFFF" w:themeColor="background1"/>
      </w:rPr>
      <w:tblPr/>
      <w:tcPr>
        <w:shd w:val="clear" w:color="auto" w:fill="5F497A" w:themeFill="accent4" w:themeFillShade="BF"/>
      </w:tcPr>
    </w:tblStylePr>
    <w:tblStylePr w:type="lastCol">
      <w:rPr>
        <w:color w:val="FFFFFF" w:themeColor="background1"/>
      </w:rPr>
      <w:tblPr/>
      <w:tcPr>
        <w:shd w:val="clear" w:color="auto" w:fill="5F497A" w:themeFill="accent4" w:themeFillShade="BF"/>
      </w:tcPr>
    </w:tblStylePr>
    <w:tblStylePr w:type="band1Vert">
      <w:tblPr/>
      <w:tcPr>
        <w:shd w:val="clear" w:color="auto" w:fill="BFB1D0" w:themeFill="accent4" w:themeFillTint="7F"/>
      </w:tcPr>
    </w:tblStylePr>
    <w:tblStylePr w:type="band1Horz">
      <w:tblPr/>
      <w:tcPr>
        <w:shd w:val="clear" w:color="auto" w:fill="BFB1D0" w:themeFill="accent4" w:themeFillTint="7F"/>
      </w:tcPr>
    </w:tblStylePr>
  </w:style>
  <w:style w:type="table" w:styleId="ColorfulGrid-Accent5">
    <w:name w:val="Colorful Grid Accent 5"/>
    <w:basedOn w:val="TableNormal"/>
    <w:uiPriority w:val="73"/>
    <w:rsid w:val="00CB0664"/>
    <w:pPr>
      <w:spacing w:after="0" w:line="240" w:lineRule="auto"/>
    </w:pPr>
    <w:rPr>
      <w:color w:val="000000" w:themeColor="text1"/>
    </w:rPr>
    <w:tblPr>
      <w:tblStyleRowBandSize w:val="1"/>
      <w:tblStyleColBandSize w:val="1"/>
      <w:tblInd w:w="0" w:type="dxa"/>
      <w:tblBorders>
        <w:insideH w:val="single" w:sz="4" w:space="0" w:color="FFFFFF" w:themeColor="background1"/>
      </w:tblBorders>
      <w:tblCellMar>
        <w:top w:w="0" w:type="dxa"/>
        <w:left w:w="108" w:type="dxa"/>
        <w:bottom w:w="0" w:type="dxa"/>
        <w:right w:w="108" w:type="dxa"/>
      </w:tblCellMar>
    </w:tblPr>
    <w:tcPr>
      <w:shd w:val="clear" w:color="auto" w:fill="DAEEF3" w:themeFill="accent5" w:themeFillTint="33"/>
    </w:tcPr>
    <w:tblStylePr w:type="firstRow">
      <w:rPr>
        <w:b/>
        <w:bCs/>
      </w:rPr>
      <w:tblPr/>
      <w:tcPr>
        <w:shd w:val="clear" w:color="auto" w:fill="B6DDE8" w:themeFill="accent5" w:themeFillTint="66"/>
      </w:tcPr>
    </w:tblStylePr>
    <w:tblStylePr w:type="lastRow">
      <w:rPr>
        <w:b/>
        <w:bCs/>
        <w:color w:val="000000" w:themeColor="text1"/>
      </w:rPr>
      <w:tblPr/>
      <w:tcPr>
        <w:shd w:val="clear" w:color="auto" w:fill="B6DDE8" w:themeFill="accent5" w:themeFillTint="66"/>
      </w:tcPr>
    </w:tblStylePr>
    <w:tblStylePr w:type="firstCol">
      <w:rPr>
        <w:color w:val="FFFFFF" w:themeColor="background1"/>
      </w:rPr>
      <w:tblPr/>
      <w:tcPr>
        <w:shd w:val="clear" w:color="auto" w:fill="31849B" w:themeFill="accent5" w:themeFillShade="BF"/>
      </w:tcPr>
    </w:tblStylePr>
    <w:tblStylePr w:type="lastCol">
      <w:rPr>
        <w:color w:val="FFFFFF" w:themeColor="background1"/>
      </w:rPr>
      <w:tblPr/>
      <w:tcPr>
        <w:shd w:val="clear" w:color="auto" w:fill="31849B" w:themeFill="accent5" w:themeFillShade="BF"/>
      </w:tcPr>
    </w:tblStylePr>
    <w:tblStylePr w:type="band1Vert">
      <w:tblPr/>
      <w:tcPr>
        <w:shd w:val="clear" w:color="auto" w:fill="A5D5E2" w:themeFill="accent5" w:themeFillTint="7F"/>
      </w:tcPr>
    </w:tblStylePr>
    <w:tblStylePr w:type="band1Horz">
      <w:tblPr/>
      <w:tcPr>
        <w:shd w:val="clear" w:color="auto" w:fill="A5D5E2" w:themeFill="accent5" w:themeFillTint="7F"/>
      </w:tcPr>
    </w:tblStylePr>
  </w:style>
  <w:style w:type="table" w:styleId="ColorfulGrid-Accent6">
    <w:name w:val="Colorful Grid Accent 6"/>
    <w:basedOn w:val="TableNormal"/>
    <w:uiPriority w:val="73"/>
    <w:rsid w:val="00CB0664"/>
    <w:pPr>
      <w:spacing w:after="0" w:line="240" w:lineRule="auto"/>
    </w:pPr>
    <w:rPr>
      <w:color w:val="000000" w:themeColor="text1"/>
    </w:rPr>
    <w:tblPr>
      <w:tblStyleRowBandSize w:val="1"/>
      <w:tblStyleColBandSize w:val="1"/>
      <w:tblInd w:w="0" w:type="dxa"/>
      <w:tblBorders>
        <w:insideH w:val="single" w:sz="4" w:space="0" w:color="FFFFFF" w:themeColor="background1"/>
      </w:tblBorders>
      <w:tblCellMar>
        <w:top w:w="0" w:type="dxa"/>
        <w:left w:w="108" w:type="dxa"/>
        <w:bottom w:w="0" w:type="dxa"/>
        <w:right w:w="108" w:type="dxa"/>
      </w:tblCellMar>
    </w:tblPr>
    <w:tcPr>
      <w:shd w:val="clear" w:color="auto" w:fill="FDE9D9" w:themeFill="accent6" w:themeFillTint="33"/>
    </w:tcPr>
    <w:tblStylePr w:type="firstRow">
      <w:rPr>
        <w:b/>
        <w:bCs/>
      </w:rPr>
      <w:tblPr/>
      <w:tcPr>
        <w:shd w:val="clear" w:color="auto" w:fill="FBD4B4" w:themeFill="accent6" w:themeFillTint="66"/>
      </w:tcPr>
    </w:tblStylePr>
    <w:tblStylePr w:type="lastRow">
      <w:rPr>
        <w:b/>
        <w:bCs/>
        <w:color w:val="000000" w:themeColor="text1"/>
      </w:rPr>
      <w:tblPr/>
      <w:tcPr>
        <w:shd w:val="clear" w:color="auto" w:fill="FBD4B4" w:themeFill="accent6" w:themeFillTint="66"/>
      </w:tcPr>
    </w:tblStylePr>
    <w:tblStylePr w:type="firstCol">
      <w:rPr>
        <w:color w:val="FFFFFF" w:themeColor="background1"/>
      </w:rPr>
      <w:tblPr/>
      <w:tcPr>
        <w:shd w:val="clear" w:color="auto" w:fill="E36C0A" w:themeFill="accent6" w:themeFillShade="BF"/>
      </w:tcPr>
    </w:tblStylePr>
    <w:tblStylePr w:type="lastCol">
      <w:rPr>
        <w:color w:val="FFFFFF" w:themeColor="background1"/>
      </w:rPr>
      <w:tblPr/>
      <w:tcPr>
        <w:shd w:val="clear" w:color="auto" w:fill="E36C0A" w:themeFill="accent6" w:themeFillShade="BF"/>
      </w:tcPr>
    </w:tblStylePr>
    <w:tblStylePr w:type="band1Vert">
      <w:tblPr/>
      <w:tcPr>
        <w:shd w:val="clear" w:color="auto" w:fill="FBCAA2" w:themeFill="accent6" w:themeFillTint="7F"/>
      </w:tcPr>
    </w:tblStylePr>
    <w:tblStylePr w:type="band1Horz">
      <w:tblPr/>
      <w:tcPr>
        <w:shd w:val="clear" w:color="auto" w:fill="FBCAA2" w:themeFill="accent6" w:themeFillTint="7F"/>
      </w:tcPr>
    </w:tblStylePr>
  </w:style>
</w:styles>
</file>

<file path=word/stylesWithEffects.xml><?xml version="1.0" encoding="utf-8"?>
<w:styles xmlns:wpc="http://schemas.microsoft.com/office/word/2010/wordprocessingCanvas" xmlns:mo="http://schemas.microsoft.com/office/mac/office/2008/main" xmlns:mc="http://schemas.openxmlformats.org/markup-compatibility/2006" xmlns:mv="urn:schemas-microsoft-com:mac:vml"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pg="http://schemas.microsoft.com/office/word/2010/wordprocessingGroup" xmlns:wpi="http://schemas.microsoft.com/office/word/2010/wordprocessingInk" xmlns:wne="http://schemas.microsoft.com/office/word/2006/wordml" xmlns:wps="http://schemas.microsoft.com/office/word/2010/wordprocessingShape" mc:Ignorable="w14 wp14">
  <w:docDefaults>
    <w:rPrDefault>
      <w:rPr>
        <w:rFonts w:asciiTheme="minorHAnsi" w:eastAsiaTheme="minorEastAsia" w:hAnsiTheme="minorHAnsi" w:cstheme="minorBidi"/>
        <w:sz w:val="22"/>
        <w:szCs w:val="22"/>
        <w:lang w:val="en-US" w:eastAsia="en-US" w:bidi="ar-SA"/>
      </w:rPr>
    </w:rPrDefault>
    <w:pPrDefault>
      <w:pPr>
        <w:spacing w:after="200" w:line="276" w:lineRule="auto"/>
      </w:pPr>
    </w:pPrDefault>
  </w:docDefaults>
  <w:latentStyles w:defLockedState="0" w:defUIPriority="99" w:defSemiHidden="1" w:defUnhideWhenUsed="1" w:defQFormat="0" w:count="276">
    <w:lsdException w:name="Normal" w:semiHidden="0" w:uiPriority="0" w:unhideWhenUsed="0" w:qFormat="1"/>
    <w:lsdException w:name="heading 1" w:semiHidden="0" w:uiPriority="9" w:unhideWhenUsed="0" w:qFormat="1"/>
    <w:lsdException w:name="heading 2" w:uiPriority="9" w:qFormat="1"/>
    <w:lsdException w:name="heading 3" w:uiPriority="9" w:qFormat="1"/>
    <w:lsdException w:name="heading 4" w:uiPriority="9" w:qFormat="1"/>
    <w:lsdException w:name="heading 5" w:uiPriority="9" w:qFormat="1"/>
    <w:lsdException w:name="heading 6" w:uiPriority="9" w:qFormat="1"/>
    <w:lsdException w:name="heading 7" w:uiPriority="9" w:qFormat="1"/>
    <w:lsdException w:name="heading 8" w:uiPriority="9" w:qFormat="1"/>
    <w:lsdException w:name="heading 9" w:uiPriority="9" w:qFormat="1"/>
    <w:lsdException w:name="toc 1" w:uiPriority="39"/>
    <w:lsdException w:name="toc 2" w:uiPriority="39"/>
    <w:lsdException w:name="toc 3" w:uiPriority="39"/>
    <w:lsdException w:name="toc 4" w:uiPriority="39"/>
    <w:lsdException w:name="toc 5" w:uiPriority="39"/>
    <w:lsdException w:name="toc 6" w:uiPriority="39"/>
    <w:lsdException w:name="toc 7" w:uiPriority="39"/>
    <w:lsdException w:name="toc 8" w:uiPriority="39"/>
    <w:lsdException w:name="toc 9" w:uiPriority="39"/>
    <w:lsdException w:name="caption" w:uiPriority="35" w:qFormat="1"/>
    <w:lsdException w:name="Title" w:semiHidden="0" w:uiPriority="10" w:unhideWhenUsed="0" w:qFormat="1"/>
    <w:lsdException w:name="Default Paragraph Font" w:uiPriority="1"/>
    <w:lsdException w:name="Subtitle" w:semiHidden="0" w:uiPriority="11" w:unhideWhenUsed="0" w:qFormat="1"/>
    <w:lsdException w:name="Strong" w:semiHidden="0" w:uiPriority="22" w:unhideWhenUsed="0" w:qFormat="1"/>
    <w:lsdException w:name="Emphasis" w:semiHidden="0" w:uiPriority="20" w:unhideWhenUsed="0" w:qFormat="1"/>
    <w:lsdException w:name="Table Grid" w:semiHidden="0" w:uiPriority="59" w:unhideWhenUsed="0"/>
    <w:lsdException w:name="Placeholder Text" w:unhideWhenUsed="0"/>
    <w:lsdException w:name="No Spacing" w:semiHidden="0" w:uiPriority="1" w:unhideWhenUsed="0" w:qFormat="1"/>
    <w:lsdException w:name="Light Shading" w:semiHidden="0" w:uiPriority="60" w:unhideWhenUsed="0"/>
    <w:lsdException w:name="Light List" w:semiHidden="0" w:uiPriority="61" w:unhideWhenUsed="0"/>
    <w:lsdException w:name="Light Grid" w:semiHidden="0" w:uiPriority="62" w:unhideWhenUsed="0"/>
    <w:lsdException w:name="Medium Shading 1" w:semiHidden="0" w:uiPriority="63" w:unhideWhenUsed="0"/>
    <w:lsdException w:name="Medium Shading 2" w:semiHidden="0" w:uiPriority="64" w:unhideWhenUsed="0"/>
    <w:lsdException w:name="Medium List 1" w:semiHidden="0" w:uiPriority="65" w:unhideWhenUsed="0"/>
    <w:lsdException w:name="Medium List 2" w:semiHidden="0" w:uiPriority="66" w:unhideWhenUsed="0"/>
    <w:lsdException w:name="Medium Grid 1" w:semiHidden="0" w:uiPriority="67" w:unhideWhenUsed="0"/>
    <w:lsdException w:name="Medium Grid 2" w:semiHidden="0" w:uiPriority="68" w:unhideWhenUsed="0"/>
    <w:lsdException w:name="Medium Grid 3" w:semiHidden="0" w:uiPriority="69" w:unhideWhenUsed="0"/>
    <w:lsdException w:name="Dark List" w:semiHidden="0" w:uiPriority="70" w:unhideWhenUsed="0"/>
    <w:lsdException w:name="Colorful Shading" w:semiHidden="0" w:uiPriority="71" w:unhideWhenUsed="0"/>
    <w:lsdException w:name="Colorful List" w:semiHidden="0" w:uiPriority="72" w:unhideWhenUsed="0"/>
    <w:lsdException w:name="Colorful Grid" w:semiHidden="0" w:uiPriority="73" w:unhideWhenUsed="0"/>
    <w:lsdException w:name="Light Shading Accent 1" w:semiHidden="0" w:uiPriority="60" w:unhideWhenUsed="0"/>
    <w:lsdException w:name="Light List Accent 1" w:semiHidden="0" w:uiPriority="61" w:unhideWhenUsed="0"/>
    <w:lsdException w:name="Light Grid Accent 1" w:semiHidden="0" w:uiPriority="62" w:unhideWhenUsed="0"/>
    <w:lsdException w:name="Medium Shading 1 Accent 1" w:semiHidden="0" w:uiPriority="63" w:unhideWhenUsed="0"/>
    <w:lsdException w:name="Medium Shading 2 Accent 1" w:semiHidden="0" w:uiPriority="64" w:unhideWhenUsed="0"/>
    <w:lsdException w:name="Medium List 1 Accent 1" w:semiHidden="0" w:uiPriority="65" w:unhideWhenUsed="0"/>
    <w:lsdException w:name="Revision" w:unhideWhenUsed="0"/>
    <w:lsdException w:name="List Paragraph" w:semiHidden="0" w:uiPriority="34" w:unhideWhenUsed="0" w:qFormat="1"/>
    <w:lsdException w:name="Quote" w:semiHidden="0" w:uiPriority="29" w:unhideWhenUsed="0" w:qFormat="1"/>
    <w:lsdException w:name="Intense Quote" w:semiHidden="0" w:uiPriority="30" w:unhideWhenUsed="0" w:qFormat="1"/>
    <w:lsdException w:name="Medium List 2 Accent 1" w:semiHidden="0" w:uiPriority="66" w:unhideWhenUsed="0"/>
    <w:lsdException w:name="Medium Grid 1 Accent 1" w:semiHidden="0" w:uiPriority="67" w:unhideWhenUsed="0"/>
    <w:lsdException w:name="Medium Grid 2 Accent 1" w:semiHidden="0" w:uiPriority="68" w:unhideWhenUsed="0"/>
    <w:lsdException w:name="Medium Grid 3 Accent 1" w:semiHidden="0" w:uiPriority="69" w:unhideWhenUsed="0"/>
    <w:lsdException w:name="Dark List Accent 1" w:semiHidden="0" w:uiPriority="70" w:unhideWhenUsed="0"/>
    <w:lsdException w:name="Colorful Shading Accent 1" w:semiHidden="0" w:uiPriority="71" w:unhideWhenUsed="0"/>
    <w:lsdException w:name="Colorful List Accent 1" w:semiHidden="0" w:uiPriority="72" w:unhideWhenUsed="0"/>
    <w:lsdException w:name="Colorful Grid Accent 1" w:semiHidden="0" w:uiPriority="73" w:unhideWhenUsed="0"/>
    <w:lsdException w:name="Light Shading Accent 2" w:semiHidden="0" w:uiPriority="60" w:unhideWhenUsed="0"/>
    <w:lsdException w:name="Light List Accent 2" w:semiHidden="0" w:uiPriority="61" w:unhideWhenUsed="0"/>
    <w:lsdException w:name="Light Grid Accent 2" w:semiHidden="0" w:uiPriority="62" w:unhideWhenUsed="0"/>
    <w:lsdException w:name="Medium Shading 1 Accent 2" w:semiHidden="0" w:uiPriority="63" w:unhideWhenUsed="0"/>
    <w:lsdException w:name="Medium Shading 2 Accent 2" w:semiHidden="0" w:uiPriority="64" w:unhideWhenUsed="0"/>
    <w:lsdException w:name="Medium List 1 Accent 2" w:semiHidden="0" w:uiPriority="65" w:unhideWhenUsed="0"/>
    <w:lsdException w:name="Medium List 2 Accent 2" w:semiHidden="0" w:uiPriority="66" w:unhideWhenUsed="0"/>
    <w:lsdException w:name="Medium Grid 1 Accent 2" w:semiHidden="0" w:uiPriority="67" w:unhideWhenUsed="0"/>
    <w:lsdException w:name="Medium Grid 2 Accent 2" w:semiHidden="0" w:uiPriority="68" w:unhideWhenUsed="0"/>
    <w:lsdException w:name="Medium Grid 3 Accent 2" w:semiHidden="0" w:uiPriority="69" w:unhideWhenUsed="0"/>
    <w:lsdException w:name="Dark List Accent 2" w:semiHidden="0" w:uiPriority="70" w:unhideWhenUsed="0"/>
    <w:lsdException w:name="Colorful Shading Accent 2" w:semiHidden="0" w:uiPriority="71" w:unhideWhenUsed="0"/>
    <w:lsdException w:name="Colorful List Accent 2" w:semiHidden="0" w:uiPriority="72" w:unhideWhenUsed="0"/>
    <w:lsdException w:name="Colorful Grid Accent 2" w:semiHidden="0" w:uiPriority="73" w:unhideWhenUsed="0"/>
    <w:lsdException w:name="Light Shading Accent 3" w:semiHidden="0" w:uiPriority="60" w:unhideWhenUsed="0"/>
    <w:lsdException w:name="Light List Accent 3" w:semiHidden="0" w:uiPriority="61" w:unhideWhenUsed="0"/>
    <w:lsdException w:name="Light Grid Accent 3" w:semiHidden="0" w:uiPriority="62" w:unhideWhenUsed="0"/>
    <w:lsdException w:name="Medium Shading 1 Accent 3" w:semiHidden="0" w:uiPriority="63" w:unhideWhenUsed="0"/>
    <w:lsdException w:name="Medium Shading 2 Accent 3" w:semiHidden="0" w:uiPriority="64" w:unhideWhenUsed="0"/>
    <w:lsdException w:name="Medium List 1 Accent 3" w:semiHidden="0" w:uiPriority="65" w:unhideWhenUsed="0"/>
    <w:lsdException w:name="Medium List 2 Accent 3" w:semiHidden="0" w:uiPriority="66" w:unhideWhenUsed="0"/>
    <w:lsdException w:name="Medium Grid 1 Accent 3" w:semiHidden="0" w:uiPriority="67" w:unhideWhenUsed="0"/>
    <w:lsdException w:name="Medium Grid 2 Accent 3" w:semiHidden="0" w:uiPriority="68" w:unhideWhenUsed="0"/>
    <w:lsdException w:name="Medium Grid 3 Accent 3" w:semiHidden="0" w:uiPriority="69" w:unhideWhenUsed="0"/>
    <w:lsdException w:name="Dark List Accent 3" w:semiHidden="0" w:uiPriority="70" w:unhideWhenUsed="0"/>
    <w:lsdException w:name="Colorful Shading Accent 3" w:semiHidden="0" w:uiPriority="71" w:unhideWhenUsed="0"/>
    <w:lsdException w:name="Colorful List Accent 3" w:semiHidden="0" w:uiPriority="72" w:unhideWhenUsed="0"/>
    <w:lsdException w:name="Colorful Grid Accent 3" w:semiHidden="0" w:uiPriority="73" w:unhideWhenUsed="0"/>
    <w:lsdException w:name="Light Shading Accent 4" w:semiHidden="0" w:uiPriority="60" w:unhideWhenUsed="0"/>
    <w:lsdException w:name="Light List Accent 4" w:semiHidden="0" w:uiPriority="61" w:unhideWhenUsed="0"/>
    <w:lsdException w:name="Light Grid Accent 4" w:semiHidden="0" w:uiPriority="62" w:unhideWhenUsed="0"/>
    <w:lsdException w:name="Medium Shading 1 Accent 4" w:semiHidden="0" w:uiPriority="63" w:unhideWhenUsed="0"/>
    <w:lsdException w:name="Medium Shading 2 Accent 4" w:semiHidden="0" w:uiPriority="64" w:unhideWhenUsed="0"/>
    <w:lsdException w:name="Medium List 1 Accent 4" w:semiHidden="0" w:uiPriority="65" w:unhideWhenUsed="0"/>
    <w:lsdException w:name="Medium List 2 Accent 4" w:semiHidden="0" w:uiPriority="66" w:unhideWhenUsed="0"/>
    <w:lsdException w:name="Medium Grid 1 Accent 4" w:semiHidden="0" w:uiPriority="67" w:unhideWhenUsed="0"/>
    <w:lsdException w:name="Medium Grid 2 Accent 4" w:semiHidden="0" w:uiPriority="68" w:unhideWhenUsed="0"/>
    <w:lsdException w:name="Medium Grid 3 Accent 4" w:semiHidden="0" w:uiPriority="69" w:unhideWhenUsed="0"/>
    <w:lsdException w:name="Dark List Accent 4" w:semiHidden="0" w:uiPriority="70" w:unhideWhenUsed="0"/>
    <w:lsdException w:name="Colorful Shading Accent 4" w:semiHidden="0" w:uiPriority="71" w:unhideWhenUsed="0"/>
    <w:lsdException w:name="Colorful List Accent 4" w:semiHidden="0" w:uiPriority="72" w:unhideWhenUsed="0"/>
    <w:lsdException w:name="Colorful Grid Accent 4" w:semiHidden="0" w:uiPriority="73" w:unhideWhenUsed="0"/>
    <w:lsdException w:name="Light Shading Accent 5" w:semiHidden="0" w:uiPriority="60" w:unhideWhenUsed="0"/>
    <w:lsdException w:name="Light List Accent 5" w:semiHidden="0" w:uiPriority="61" w:unhideWhenUsed="0"/>
    <w:lsdException w:name="Light Grid Accent 5" w:semiHidden="0" w:uiPriority="62" w:unhideWhenUsed="0"/>
    <w:lsdException w:name="Medium Shading 1 Accent 5" w:semiHidden="0" w:uiPriority="63" w:unhideWhenUsed="0"/>
    <w:lsdException w:name="Medium Shading 2 Accent 5" w:semiHidden="0" w:uiPriority="64" w:unhideWhenUsed="0"/>
    <w:lsdException w:name="Medium List 1 Accent 5" w:semiHidden="0" w:uiPriority="65" w:unhideWhenUsed="0"/>
    <w:lsdException w:name="Medium List 2 Accent 5" w:semiHidden="0" w:uiPriority="66" w:unhideWhenUsed="0"/>
    <w:lsdException w:name="Medium Grid 1 Accent 5" w:semiHidden="0" w:uiPriority="67" w:unhideWhenUsed="0"/>
    <w:lsdException w:name="Medium Grid 2 Accent 5" w:semiHidden="0" w:uiPriority="68" w:unhideWhenUsed="0"/>
    <w:lsdException w:name="Medium Grid 3 Accent 5" w:semiHidden="0" w:uiPriority="69" w:unhideWhenUsed="0"/>
    <w:lsdException w:name="Dark List Accent 5" w:semiHidden="0" w:uiPriority="70" w:unhideWhenUsed="0"/>
    <w:lsdException w:name="Colorful Shading Accent 5" w:semiHidden="0" w:uiPriority="71" w:unhideWhenUsed="0"/>
    <w:lsdException w:name="Colorful List Accent 5" w:semiHidden="0" w:uiPriority="72" w:unhideWhenUsed="0"/>
    <w:lsdException w:name="Colorful Grid Accent 5" w:semiHidden="0" w:uiPriority="73" w:unhideWhenUsed="0"/>
    <w:lsdException w:name="Light Shading Accent 6" w:semiHidden="0" w:uiPriority="60" w:unhideWhenUsed="0"/>
    <w:lsdException w:name="Light List Accent 6" w:semiHidden="0" w:uiPriority="61" w:unhideWhenUsed="0"/>
    <w:lsdException w:name="Light Grid Accent 6" w:semiHidden="0" w:uiPriority="62" w:unhideWhenUsed="0"/>
    <w:lsdException w:name="Medium Shading 1 Accent 6" w:semiHidden="0" w:uiPriority="63" w:unhideWhenUsed="0"/>
    <w:lsdException w:name="Medium Shading 2 Accent 6" w:semiHidden="0" w:uiPriority="64" w:unhideWhenUsed="0"/>
    <w:lsdException w:name="Medium List 1 Accent 6" w:semiHidden="0" w:uiPriority="65" w:unhideWhenUsed="0"/>
    <w:lsdException w:name="Medium List 2 Accent 6" w:semiHidden="0" w:uiPriority="66" w:unhideWhenUsed="0"/>
    <w:lsdException w:name="Medium Grid 1 Accent 6" w:semiHidden="0" w:uiPriority="67" w:unhideWhenUsed="0"/>
    <w:lsdException w:name="Medium Grid 2 Accent 6" w:semiHidden="0" w:uiPriority="68" w:unhideWhenUsed="0"/>
    <w:lsdException w:name="Medium Grid 3 Accent 6" w:semiHidden="0" w:uiPriority="69" w:unhideWhenUsed="0"/>
    <w:lsdException w:name="Dark List Accent 6" w:semiHidden="0" w:uiPriority="70" w:unhideWhenUsed="0"/>
    <w:lsdException w:name="Colorful Shading Accent 6" w:semiHidden="0" w:uiPriority="71" w:unhideWhenUsed="0"/>
    <w:lsdException w:name="Colorful List Accent 6" w:semiHidden="0" w:uiPriority="72" w:unhideWhenUsed="0"/>
    <w:lsdException w:name="Colorful Grid Accent 6" w:semiHidden="0" w:uiPriority="73" w:unhideWhenUsed="0"/>
    <w:lsdException w:name="Subtle Emphasis" w:semiHidden="0" w:uiPriority="19" w:unhideWhenUsed="0" w:qFormat="1"/>
    <w:lsdException w:name="Intense Emphasis" w:semiHidden="0" w:uiPriority="21" w:unhideWhenUsed="0" w:qFormat="1"/>
    <w:lsdException w:name="Subtle Reference" w:semiHidden="0" w:uiPriority="31" w:unhideWhenUsed="0" w:qFormat="1"/>
    <w:lsdException w:name="Intense Reference" w:semiHidden="0" w:uiPriority="32" w:unhideWhenUsed="0" w:qFormat="1"/>
    <w:lsdException w:name="Book Title" w:semiHidden="0" w:uiPriority="33" w:unhideWhenUsed="0" w:qFormat="1"/>
    <w:lsdException w:name="Bibliography" w:uiPriority="37"/>
    <w:lsdException w:name="TOC Heading" w:uiPriority="39" w:qFormat="1"/>
  </w:latentStyles>
  <w:style w:type="paragraph" w:default="1" w:styleId="Normal">
    <w:name w:val="Normal"/>
    <w:qFormat/>
    <w:rsid w:val="00FC693F"/>
  </w:style>
  <w:style w:type="paragraph" w:styleId="Heading1">
    <w:name w:val="heading 1"/>
    <w:basedOn w:val="Normal"/>
    <w:next w:val="Normal"/>
    <w:link w:val="Heading1Char"/>
    <w:uiPriority w:val="9"/>
    <w:qFormat/>
    <w:rsid w:val="00FC693F"/>
    <w:pPr>
      <w:keepNext/>
      <w:keepLines/>
      <w:spacing w:before="480" w:after="0"/>
      <w:outlineLvl w:val="0"/>
    </w:pPr>
    <w:rPr>
      <w:rFonts w:asciiTheme="majorHAnsi" w:eastAsiaTheme="majorEastAsia" w:hAnsiTheme="majorHAnsi" w:cstheme="majorBidi"/>
      <w:b/>
      <w:bCs/>
      <w:color w:val="365F91" w:themeColor="accent1" w:themeShade="BF"/>
      <w:sz w:val="28"/>
      <w:szCs w:val="28"/>
    </w:rPr>
  </w:style>
  <w:style w:type="paragraph" w:styleId="Heading2">
    <w:name w:val="heading 2"/>
    <w:basedOn w:val="Normal"/>
    <w:next w:val="Normal"/>
    <w:link w:val="Heading2Char"/>
    <w:uiPriority w:val="9"/>
    <w:unhideWhenUsed/>
    <w:qFormat/>
    <w:rsid w:val="00FC693F"/>
    <w:pPr>
      <w:keepNext/>
      <w:keepLines/>
      <w:spacing w:before="200" w:after="0"/>
      <w:outlineLvl w:val="1"/>
    </w:pPr>
    <w:rPr>
      <w:rFonts w:asciiTheme="majorHAnsi" w:eastAsiaTheme="majorEastAsia" w:hAnsiTheme="majorHAnsi" w:cstheme="majorBidi"/>
      <w:b/>
      <w:bCs/>
      <w:color w:val="4F81BD" w:themeColor="accent1"/>
      <w:sz w:val="26"/>
      <w:szCs w:val="26"/>
    </w:rPr>
  </w:style>
  <w:style w:type="paragraph" w:styleId="Heading3">
    <w:name w:val="heading 3"/>
    <w:basedOn w:val="Normal"/>
    <w:next w:val="Normal"/>
    <w:link w:val="Heading3Char"/>
    <w:uiPriority w:val="9"/>
    <w:unhideWhenUsed/>
    <w:qFormat/>
    <w:rsid w:val="00FC693F"/>
    <w:pPr>
      <w:keepNext/>
      <w:keepLines/>
      <w:spacing w:before="200" w:after="0"/>
      <w:outlineLvl w:val="2"/>
    </w:pPr>
    <w:rPr>
      <w:rFonts w:asciiTheme="majorHAnsi" w:eastAsiaTheme="majorEastAsia" w:hAnsiTheme="majorHAnsi" w:cstheme="majorBidi"/>
      <w:b/>
      <w:bCs/>
      <w:color w:val="4F81BD" w:themeColor="accent1"/>
    </w:rPr>
  </w:style>
  <w:style w:type="paragraph" w:styleId="Heading4">
    <w:name w:val="heading 4"/>
    <w:basedOn w:val="Normal"/>
    <w:next w:val="Normal"/>
    <w:link w:val="Heading4Char"/>
    <w:uiPriority w:val="9"/>
    <w:semiHidden/>
    <w:unhideWhenUsed/>
    <w:qFormat/>
    <w:rsid w:val="00FC693F"/>
    <w:pPr>
      <w:keepNext/>
      <w:keepLines/>
      <w:spacing w:before="200" w:after="0"/>
      <w:outlineLvl w:val="3"/>
    </w:pPr>
    <w:rPr>
      <w:rFonts w:asciiTheme="majorHAnsi" w:eastAsiaTheme="majorEastAsia" w:hAnsiTheme="majorHAnsi" w:cstheme="majorBidi"/>
      <w:b/>
      <w:bCs/>
      <w:i/>
      <w:iCs/>
      <w:color w:val="4F81BD" w:themeColor="accent1"/>
    </w:rPr>
  </w:style>
  <w:style w:type="paragraph" w:styleId="Heading5">
    <w:name w:val="heading 5"/>
    <w:basedOn w:val="Normal"/>
    <w:next w:val="Normal"/>
    <w:link w:val="Heading5Char"/>
    <w:uiPriority w:val="9"/>
    <w:semiHidden/>
    <w:unhideWhenUsed/>
    <w:qFormat/>
    <w:rsid w:val="00FC693F"/>
    <w:pPr>
      <w:keepNext/>
      <w:keepLines/>
      <w:spacing w:before="200" w:after="0"/>
      <w:outlineLvl w:val="4"/>
    </w:pPr>
    <w:rPr>
      <w:rFonts w:asciiTheme="majorHAnsi" w:eastAsiaTheme="majorEastAsia" w:hAnsiTheme="majorHAnsi" w:cstheme="majorBidi"/>
      <w:color w:val="243F60" w:themeColor="accent1" w:themeShade="7F"/>
    </w:rPr>
  </w:style>
  <w:style w:type="paragraph" w:styleId="Heading6">
    <w:name w:val="heading 6"/>
    <w:basedOn w:val="Normal"/>
    <w:next w:val="Normal"/>
    <w:link w:val="Heading6Char"/>
    <w:uiPriority w:val="9"/>
    <w:semiHidden/>
    <w:unhideWhenUsed/>
    <w:qFormat/>
    <w:rsid w:val="00FC693F"/>
    <w:pPr>
      <w:keepNext/>
      <w:keepLines/>
      <w:spacing w:before="200" w:after="0"/>
      <w:outlineLvl w:val="5"/>
    </w:pPr>
    <w:rPr>
      <w:rFonts w:asciiTheme="majorHAnsi" w:eastAsiaTheme="majorEastAsia" w:hAnsiTheme="majorHAnsi" w:cstheme="majorBidi"/>
      <w:i/>
      <w:iCs/>
      <w:color w:val="243F60" w:themeColor="accent1" w:themeShade="7F"/>
    </w:rPr>
  </w:style>
  <w:style w:type="paragraph" w:styleId="Heading7">
    <w:name w:val="heading 7"/>
    <w:basedOn w:val="Normal"/>
    <w:next w:val="Normal"/>
    <w:link w:val="Heading7Char"/>
    <w:uiPriority w:val="9"/>
    <w:semiHidden/>
    <w:unhideWhenUsed/>
    <w:qFormat/>
    <w:rsid w:val="00FC693F"/>
    <w:pPr>
      <w:keepNext/>
      <w:keepLines/>
      <w:spacing w:before="200" w:after="0"/>
      <w:outlineLvl w:val="6"/>
    </w:pPr>
    <w:rPr>
      <w:rFonts w:asciiTheme="majorHAnsi" w:eastAsiaTheme="majorEastAsia" w:hAnsiTheme="majorHAnsi" w:cstheme="majorBidi"/>
      <w:i/>
      <w:iCs/>
      <w:color w:val="404040" w:themeColor="text1" w:themeTint="BF"/>
    </w:rPr>
  </w:style>
  <w:style w:type="paragraph" w:styleId="Heading8">
    <w:name w:val="heading 8"/>
    <w:basedOn w:val="Normal"/>
    <w:next w:val="Normal"/>
    <w:link w:val="Heading8Char"/>
    <w:uiPriority w:val="9"/>
    <w:semiHidden/>
    <w:unhideWhenUsed/>
    <w:qFormat/>
    <w:rsid w:val="00FC693F"/>
    <w:pPr>
      <w:keepNext/>
      <w:keepLines/>
      <w:spacing w:before="200" w:after="0"/>
      <w:outlineLvl w:val="7"/>
    </w:pPr>
    <w:rPr>
      <w:rFonts w:asciiTheme="majorHAnsi" w:eastAsiaTheme="majorEastAsia" w:hAnsiTheme="majorHAnsi" w:cstheme="majorBidi"/>
      <w:color w:val="4F81BD" w:themeColor="accent1"/>
      <w:sz w:val="20"/>
      <w:szCs w:val="20"/>
    </w:rPr>
  </w:style>
  <w:style w:type="paragraph" w:styleId="Heading9">
    <w:name w:val="heading 9"/>
    <w:basedOn w:val="Normal"/>
    <w:next w:val="Normal"/>
    <w:link w:val="Heading9Char"/>
    <w:uiPriority w:val="9"/>
    <w:semiHidden/>
    <w:unhideWhenUsed/>
    <w:qFormat/>
    <w:rsid w:val="00FC693F"/>
    <w:pPr>
      <w:keepNext/>
      <w:keepLines/>
      <w:spacing w:before="200" w:after="0"/>
      <w:outlineLvl w:val="8"/>
    </w:pPr>
    <w:rPr>
      <w:rFonts w:asciiTheme="majorHAnsi" w:eastAsiaTheme="majorEastAsia" w:hAnsiTheme="majorHAnsi" w:cstheme="majorBidi"/>
      <w:i/>
      <w:iCs/>
      <w:color w:val="404040" w:themeColor="text1" w:themeTint="BF"/>
      <w:sz w:val="20"/>
      <w:szCs w:val="20"/>
    </w:rPr>
  </w:style>
  <w:style w:type="character" w:default="1" w:styleId="DefaultParagraphFont">
    <w:name w:val="Default Paragraph Font"/>
    <w:uiPriority w:val="1"/>
    <w:semiHidden/>
    <w:unhideWhenUsed/>
  </w:style>
  <w:style w:type="table" w:default="1" w:styleId="TableNormal">
    <w:name w:val="Normal Table"/>
    <w:uiPriority w:val="99"/>
    <w:semiHidden/>
    <w:unhideWhenUsed/>
    <w:tblPr>
      <w:tblInd w:w="0" w:type="dxa"/>
      <w:tblCellMar>
        <w:top w:w="0" w:type="dxa"/>
        <w:left w:w="108" w:type="dxa"/>
        <w:bottom w:w="0" w:type="dxa"/>
        <w:right w:w="108" w:type="dxa"/>
      </w:tblCellMar>
    </w:tblPr>
  </w:style>
  <w:style w:type="numbering" w:default="1" w:styleId="NoList">
    <w:name w:val="No List"/>
    <w:uiPriority w:val="99"/>
    <w:semiHidden/>
    <w:unhideWhenUsed/>
  </w:style>
  <w:style w:type="paragraph" w:styleId="NoSpacing">
    <w:name w:val="No Spacing"/>
    <w:uiPriority w:val="1"/>
    <w:qFormat/>
    <w:rsid w:val="00FC693F"/>
    <w:pPr>
      <w:spacing w:after="0" w:line="240" w:lineRule="auto"/>
    </w:pPr>
  </w:style>
  <w:style w:type="character" w:customStyle="1" w:styleId="Heading1Char">
    <w:name w:val="Heading 1 Char"/>
    <w:basedOn w:val="DefaultParagraphFont"/>
    <w:link w:val="Heading1"/>
    <w:uiPriority w:val="9"/>
    <w:rsid w:val="00FC693F"/>
    <w:rPr>
      <w:rFonts w:asciiTheme="majorHAnsi" w:eastAsiaTheme="majorEastAsia" w:hAnsiTheme="majorHAnsi" w:cstheme="majorBidi"/>
      <w:b/>
      <w:bCs/>
      <w:color w:val="365F91" w:themeColor="accent1" w:themeShade="BF"/>
      <w:sz w:val="28"/>
      <w:szCs w:val="28"/>
    </w:rPr>
  </w:style>
  <w:style w:type="character" w:customStyle="1" w:styleId="Heading2Char">
    <w:name w:val="Heading 2 Char"/>
    <w:basedOn w:val="DefaultParagraphFont"/>
    <w:link w:val="Heading2"/>
    <w:uiPriority w:val="9"/>
    <w:rsid w:val="00FC693F"/>
    <w:rPr>
      <w:rFonts w:asciiTheme="majorHAnsi" w:eastAsiaTheme="majorEastAsia" w:hAnsiTheme="majorHAnsi" w:cstheme="majorBidi"/>
      <w:b/>
      <w:bCs/>
      <w:color w:val="4F81BD" w:themeColor="accent1"/>
      <w:sz w:val="26"/>
      <w:szCs w:val="26"/>
    </w:rPr>
  </w:style>
  <w:style w:type="character" w:customStyle="1" w:styleId="Heading3Char">
    <w:name w:val="Heading 3 Char"/>
    <w:basedOn w:val="DefaultParagraphFont"/>
    <w:link w:val="Heading3"/>
    <w:uiPriority w:val="9"/>
    <w:rsid w:val="00FC693F"/>
    <w:rPr>
      <w:rFonts w:asciiTheme="majorHAnsi" w:eastAsiaTheme="majorEastAsia" w:hAnsiTheme="majorHAnsi" w:cstheme="majorBidi"/>
      <w:b/>
      <w:bCs/>
      <w:color w:val="4F81BD" w:themeColor="accent1"/>
    </w:rPr>
  </w:style>
  <w:style w:type="paragraph" w:styleId="Title">
    <w:name w:val="Title"/>
    <w:basedOn w:val="Normal"/>
    <w:next w:val="Normal"/>
    <w:link w:val="TitleChar"/>
    <w:uiPriority w:val="10"/>
    <w:qFormat/>
    <w:rsid w:val="00FC693F"/>
    <w:pPr>
      <w:pBdr>
        <w:bottom w:val="single" w:sz="8" w:space="4" w:color="4F81BD" w:themeColor="accent1"/>
      </w:pBdr>
      <w:spacing w:after="300" w:line="240" w:lineRule="auto"/>
      <w:contextualSpacing/>
    </w:pPr>
    <w:rPr>
      <w:rFonts w:asciiTheme="majorHAnsi" w:eastAsiaTheme="majorEastAsia" w:hAnsiTheme="majorHAnsi" w:cstheme="majorBidi"/>
      <w:color w:val="17365D" w:themeColor="text2" w:themeShade="BF"/>
      <w:spacing w:val="5"/>
      <w:kern w:val="28"/>
      <w:sz w:val="52"/>
      <w:szCs w:val="52"/>
    </w:rPr>
  </w:style>
  <w:style w:type="character" w:customStyle="1" w:styleId="TitleChar">
    <w:name w:val="Title Char"/>
    <w:basedOn w:val="DefaultParagraphFont"/>
    <w:link w:val="Title"/>
    <w:uiPriority w:val="10"/>
    <w:rsid w:val="00FC693F"/>
    <w:rPr>
      <w:rFonts w:asciiTheme="majorHAnsi" w:eastAsiaTheme="majorEastAsia" w:hAnsiTheme="majorHAnsi" w:cstheme="majorBidi"/>
      <w:color w:val="17365D" w:themeColor="text2" w:themeShade="BF"/>
      <w:spacing w:val="5"/>
      <w:kern w:val="28"/>
      <w:sz w:val="52"/>
      <w:szCs w:val="52"/>
    </w:rPr>
  </w:style>
  <w:style w:type="paragraph" w:styleId="Subtitle">
    <w:name w:val="Subtitle"/>
    <w:basedOn w:val="Normal"/>
    <w:next w:val="Normal"/>
    <w:link w:val="SubtitleChar"/>
    <w:uiPriority w:val="11"/>
    <w:qFormat/>
    <w:rsid w:val="00FC693F"/>
    <w:pPr>
      <w:numPr>
        <w:ilvl w:val="1"/>
      </w:numPr>
    </w:pPr>
    <w:rPr>
      <w:rFonts w:asciiTheme="majorHAnsi" w:eastAsiaTheme="majorEastAsia" w:hAnsiTheme="majorHAnsi" w:cstheme="majorBidi"/>
      <w:i/>
      <w:iCs/>
      <w:color w:val="4F81BD" w:themeColor="accent1"/>
      <w:spacing w:val="15"/>
      <w:sz w:val="24"/>
      <w:szCs w:val="24"/>
    </w:rPr>
  </w:style>
  <w:style w:type="character" w:customStyle="1" w:styleId="SubtitleChar">
    <w:name w:val="Subtitle Char"/>
    <w:basedOn w:val="DefaultParagraphFont"/>
    <w:link w:val="Subtitle"/>
    <w:uiPriority w:val="11"/>
    <w:rsid w:val="00FC693F"/>
    <w:rPr>
      <w:rFonts w:asciiTheme="majorHAnsi" w:eastAsiaTheme="majorEastAsia" w:hAnsiTheme="majorHAnsi" w:cstheme="majorBidi"/>
      <w:i/>
      <w:iCs/>
      <w:color w:val="4F81BD" w:themeColor="accent1"/>
      <w:spacing w:val="15"/>
      <w:sz w:val="24"/>
      <w:szCs w:val="24"/>
    </w:rPr>
  </w:style>
  <w:style w:type="paragraph" w:styleId="ListParagraph">
    <w:name w:val="List Paragraph"/>
    <w:basedOn w:val="Normal"/>
    <w:uiPriority w:val="34"/>
    <w:qFormat/>
    <w:rsid w:val="00FC693F"/>
    <w:pPr>
      <w:ind w:left="720"/>
      <w:contextualSpacing/>
    </w:pPr>
  </w:style>
  <w:style w:type="paragraph" w:styleId="BodyText">
    <w:name w:val="Body Text"/>
    <w:basedOn w:val="Normal"/>
    <w:link w:val="BodyTextChar"/>
    <w:uiPriority w:val="99"/>
    <w:unhideWhenUsed/>
    <w:rsid w:val="00AA1D8D"/>
    <w:pPr>
      <w:spacing w:after="120"/>
    </w:pPr>
  </w:style>
  <w:style w:type="character" w:customStyle="1" w:styleId="BodyTextChar">
    <w:name w:val="Body Text Char"/>
    <w:basedOn w:val="DefaultParagraphFont"/>
    <w:link w:val="BodyText"/>
    <w:uiPriority w:val="99"/>
    <w:rsid w:val="00AA1D8D"/>
  </w:style>
  <w:style w:type="paragraph" w:styleId="BodyText2">
    <w:name w:val="Body Text 2"/>
    <w:basedOn w:val="Normal"/>
    <w:link w:val="BodyText2Char"/>
    <w:uiPriority w:val="99"/>
    <w:unhideWhenUsed/>
    <w:rsid w:val="00AA1D8D"/>
    <w:pPr>
      <w:spacing w:after="120" w:line="480" w:lineRule="auto"/>
    </w:pPr>
  </w:style>
  <w:style w:type="character" w:customStyle="1" w:styleId="BodyText2Char">
    <w:name w:val="Body Text 2 Char"/>
    <w:basedOn w:val="DefaultParagraphFont"/>
    <w:link w:val="BodyText2"/>
    <w:uiPriority w:val="99"/>
    <w:rsid w:val="00AA1D8D"/>
  </w:style>
  <w:style w:type="paragraph" w:styleId="BodyText3">
    <w:name w:val="Body Text 3"/>
    <w:basedOn w:val="Normal"/>
    <w:link w:val="BodyText3Char"/>
    <w:uiPriority w:val="99"/>
    <w:unhideWhenUsed/>
    <w:rsid w:val="00AA1D8D"/>
    <w:pPr>
      <w:spacing w:after="120"/>
    </w:pPr>
    <w:rPr>
      <w:sz w:val="16"/>
      <w:szCs w:val="16"/>
    </w:rPr>
  </w:style>
  <w:style w:type="character" w:customStyle="1" w:styleId="BodyText3Char">
    <w:name w:val="Body Text 3 Char"/>
    <w:basedOn w:val="DefaultParagraphFont"/>
    <w:link w:val="BodyText3"/>
    <w:uiPriority w:val="99"/>
    <w:rsid w:val="00AA1D8D"/>
    <w:rPr>
      <w:sz w:val="16"/>
      <w:szCs w:val="16"/>
    </w:rPr>
  </w:style>
  <w:style w:type="paragraph" w:styleId="List">
    <w:name w:val="List"/>
    <w:basedOn w:val="Normal"/>
    <w:uiPriority w:val="99"/>
    <w:unhideWhenUsed/>
    <w:rsid w:val="00AA1D8D"/>
    <w:pPr>
      <w:ind w:left="360" w:hanging="360"/>
      <w:contextualSpacing/>
    </w:pPr>
  </w:style>
  <w:style w:type="paragraph" w:styleId="List2">
    <w:name w:val="List 2"/>
    <w:basedOn w:val="Normal"/>
    <w:uiPriority w:val="99"/>
    <w:unhideWhenUsed/>
    <w:rsid w:val="00326F90"/>
    <w:pPr>
      <w:ind w:left="720" w:hanging="360"/>
      <w:contextualSpacing/>
    </w:pPr>
  </w:style>
  <w:style w:type="paragraph" w:styleId="List3">
    <w:name w:val="List 3"/>
    <w:basedOn w:val="Normal"/>
    <w:uiPriority w:val="99"/>
    <w:unhideWhenUsed/>
    <w:rsid w:val="00326F90"/>
    <w:pPr>
      <w:ind w:left="1080" w:hanging="360"/>
      <w:contextualSpacing/>
    </w:pPr>
  </w:style>
  <w:style w:type="paragraph" w:styleId="ListBullet">
    <w:name w:val="List Bullet"/>
    <w:basedOn w:val="Normal"/>
    <w:uiPriority w:val="99"/>
    <w:unhideWhenUsed/>
    <w:rsid w:val="00326F90"/>
    <w:pPr>
      <w:numPr>
        <w:numId w:val="1"/>
      </w:numPr>
      <w:contextualSpacing/>
    </w:pPr>
  </w:style>
  <w:style w:type="paragraph" w:styleId="ListBullet2">
    <w:name w:val="List Bullet 2"/>
    <w:basedOn w:val="Normal"/>
    <w:uiPriority w:val="99"/>
    <w:unhideWhenUsed/>
    <w:rsid w:val="00326F90"/>
    <w:pPr>
      <w:numPr>
        <w:numId w:val="2"/>
      </w:numPr>
      <w:contextualSpacing/>
    </w:pPr>
  </w:style>
  <w:style w:type="paragraph" w:styleId="ListBullet3">
    <w:name w:val="List Bullet 3"/>
    <w:basedOn w:val="Normal"/>
    <w:uiPriority w:val="99"/>
    <w:unhideWhenUsed/>
    <w:rsid w:val="00326F90"/>
    <w:pPr>
      <w:numPr>
        <w:numId w:val="3"/>
      </w:numPr>
      <w:contextualSpacing/>
    </w:pPr>
  </w:style>
  <w:style w:type="paragraph" w:styleId="ListNumber">
    <w:name w:val="List Number"/>
    <w:basedOn w:val="Normal"/>
    <w:uiPriority w:val="99"/>
    <w:unhideWhenUsed/>
    <w:rsid w:val="00326F90"/>
    <w:pPr>
      <w:numPr>
        <w:numId w:val="5"/>
      </w:numPr>
      <w:contextualSpacing/>
    </w:pPr>
  </w:style>
  <w:style w:type="paragraph" w:styleId="ListNumber2">
    <w:name w:val="List Number 2"/>
    <w:basedOn w:val="Normal"/>
    <w:uiPriority w:val="99"/>
    <w:unhideWhenUsed/>
    <w:rsid w:val="0029639D"/>
    <w:pPr>
      <w:numPr>
        <w:numId w:val="6"/>
      </w:numPr>
      <w:contextualSpacing/>
    </w:pPr>
  </w:style>
  <w:style w:type="paragraph" w:styleId="ListNumber3">
    <w:name w:val="List Number 3"/>
    <w:basedOn w:val="Normal"/>
    <w:uiPriority w:val="99"/>
    <w:unhideWhenUsed/>
    <w:rsid w:val="0029639D"/>
    <w:pPr>
      <w:numPr>
        <w:numId w:val="7"/>
      </w:numPr>
      <w:contextualSpacing/>
    </w:pPr>
  </w:style>
  <w:style w:type="paragraph" w:styleId="ListContinue">
    <w:name w:val="List Continue"/>
    <w:basedOn w:val="Normal"/>
    <w:uiPriority w:val="99"/>
    <w:unhideWhenUsed/>
    <w:rsid w:val="0029639D"/>
    <w:pPr>
      <w:spacing w:after="120"/>
      <w:ind w:left="360"/>
      <w:contextualSpacing/>
    </w:pPr>
  </w:style>
  <w:style w:type="paragraph" w:styleId="ListContinue2">
    <w:name w:val="List Continue 2"/>
    <w:basedOn w:val="Normal"/>
    <w:uiPriority w:val="99"/>
    <w:unhideWhenUsed/>
    <w:rsid w:val="0029639D"/>
    <w:pPr>
      <w:spacing w:after="120"/>
      <w:ind w:left="720"/>
      <w:contextualSpacing/>
    </w:pPr>
  </w:style>
  <w:style w:type="paragraph" w:styleId="ListContinue3">
    <w:name w:val="List Continue 3"/>
    <w:basedOn w:val="Normal"/>
    <w:uiPriority w:val="99"/>
    <w:unhideWhenUsed/>
    <w:rsid w:val="0029639D"/>
    <w:pPr>
      <w:spacing w:after="120"/>
      <w:ind w:left="1080"/>
      <w:contextualSpacing/>
    </w:pPr>
  </w:style>
  <w:style w:type="paragraph" w:styleId="MacroText">
    <w:name w:val="macro"/>
    <w:link w:val="MacroTextChar"/>
    <w:uiPriority w:val="99"/>
    <w:unhideWhenUsed/>
    <w:rsid w:val="0029639D"/>
    <w:pPr>
      <w:tabs>
        <w:tab w:val="left" w:pos="576"/>
        <w:tab w:val="left" w:pos="1152"/>
        <w:tab w:val="left" w:pos="1728"/>
        <w:tab w:val="left" w:pos="2304"/>
        <w:tab w:val="left" w:pos="2880"/>
        <w:tab w:val="left" w:pos="3456"/>
        <w:tab w:val="left" w:pos="4032"/>
      </w:tabs>
    </w:pPr>
    <w:rPr>
      <w:rFonts w:ascii="Courier" w:hAnsi="Courier"/>
      <w:sz w:val="20"/>
      <w:szCs w:val="20"/>
    </w:rPr>
  </w:style>
  <w:style w:type="character" w:customStyle="1" w:styleId="MacroTextChar">
    <w:name w:val="Macro Text Char"/>
    <w:basedOn w:val="DefaultParagraphFont"/>
    <w:link w:val="MacroText"/>
    <w:uiPriority w:val="99"/>
    <w:rsid w:val="0029639D"/>
    <w:rPr>
      <w:rFonts w:ascii="Courier" w:hAnsi="Courier"/>
      <w:sz w:val="20"/>
      <w:szCs w:val="20"/>
    </w:rPr>
  </w:style>
  <w:style w:type="paragraph" w:styleId="Quote">
    <w:name w:val="Quote"/>
    <w:basedOn w:val="Normal"/>
    <w:next w:val="Normal"/>
    <w:link w:val="QuoteChar"/>
    <w:uiPriority w:val="29"/>
    <w:qFormat/>
    <w:rsid w:val="00FC693F"/>
    <w:rPr>
      <w:i/>
      <w:iCs/>
      <w:color w:val="000000" w:themeColor="text1"/>
    </w:rPr>
  </w:style>
  <w:style w:type="character" w:customStyle="1" w:styleId="QuoteChar">
    <w:name w:val="Quote Char"/>
    <w:basedOn w:val="DefaultParagraphFont"/>
    <w:link w:val="Quote"/>
    <w:uiPriority w:val="29"/>
    <w:rsid w:val="00FC693F"/>
    <w:rPr>
      <w:i/>
      <w:iCs/>
      <w:color w:val="000000" w:themeColor="text1"/>
    </w:rPr>
  </w:style>
  <w:style w:type="character" w:customStyle="1" w:styleId="Heading4Char">
    <w:name w:val="Heading 4 Char"/>
    <w:basedOn w:val="DefaultParagraphFont"/>
    <w:link w:val="Heading4"/>
    <w:uiPriority w:val="9"/>
    <w:semiHidden/>
    <w:rsid w:val="00FC693F"/>
    <w:rPr>
      <w:rFonts w:asciiTheme="majorHAnsi" w:eastAsiaTheme="majorEastAsia" w:hAnsiTheme="majorHAnsi" w:cstheme="majorBidi"/>
      <w:b/>
      <w:bCs/>
      <w:i/>
      <w:iCs/>
      <w:color w:val="4F81BD" w:themeColor="accent1"/>
    </w:rPr>
  </w:style>
  <w:style w:type="character" w:customStyle="1" w:styleId="Heading5Char">
    <w:name w:val="Heading 5 Char"/>
    <w:basedOn w:val="DefaultParagraphFont"/>
    <w:link w:val="Heading5"/>
    <w:uiPriority w:val="9"/>
    <w:semiHidden/>
    <w:rsid w:val="00FC693F"/>
    <w:rPr>
      <w:rFonts w:asciiTheme="majorHAnsi" w:eastAsiaTheme="majorEastAsia" w:hAnsiTheme="majorHAnsi" w:cstheme="majorBidi"/>
      <w:color w:val="243F60" w:themeColor="accent1" w:themeShade="7F"/>
    </w:rPr>
  </w:style>
  <w:style w:type="character" w:customStyle="1" w:styleId="Heading6Char">
    <w:name w:val="Heading 6 Char"/>
    <w:basedOn w:val="DefaultParagraphFont"/>
    <w:link w:val="Heading6"/>
    <w:uiPriority w:val="9"/>
    <w:semiHidden/>
    <w:rsid w:val="00FC693F"/>
    <w:rPr>
      <w:rFonts w:asciiTheme="majorHAnsi" w:eastAsiaTheme="majorEastAsia" w:hAnsiTheme="majorHAnsi" w:cstheme="majorBidi"/>
      <w:i/>
      <w:iCs/>
      <w:color w:val="243F60" w:themeColor="accent1" w:themeShade="7F"/>
    </w:rPr>
  </w:style>
  <w:style w:type="character" w:customStyle="1" w:styleId="Heading7Char">
    <w:name w:val="Heading 7 Char"/>
    <w:basedOn w:val="DefaultParagraphFont"/>
    <w:link w:val="Heading7"/>
    <w:uiPriority w:val="9"/>
    <w:semiHidden/>
    <w:rsid w:val="00FC693F"/>
    <w:rPr>
      <w:rFonts w:asciiTheme="majorHAnsi" w:eastAsiaTheme="majorEastAsia" w:hAnsiTheme="majorHAnsi" w:cstheme="majorBidi"/>
      <w:i/>
      <w:iCs/>
      <w:color w:val="404040" w:themeColor="text1" w:themeTint="BF"/>
    </w:rPr>
  </w:style>
  <w:style w:type="character" w:customStyle="1" w:styleId="Heading8Char">
    <w:name w:val="Heading 8 Char"/>
    <w:basedOn w:val="DefaultParagraphFont"/>
    <w:link w:val="Heading8"/>
    <w:uiPriority w:val="9"/>
    <w:semiHidden/>
    <w:rsid w:val="00FC693F"/>
    <w:rPr>
      <w:rFonts w:asciiTheme="majorHAnsi" w:eastAsiaTheme="majorEastAsia" w:hAnsiTheme="majorHAnsi" w:cstheme="majorBidi"/>
      <w:color w:val="4F81BD" w:themeColor="accent1"/>
      <w:sz w:val="20"/>
      <w:szCs w:val="20"/>
    </w:rPr>
  </w:style>
  <w:style w:type="character" w:customStyle="1" w:styleId="Heading9Char">
    <w:name w:val="Heading 9 Char"/>
    <w:basedOn w:val="DefaultParagraphFont"/>
    <w:link w:val="Heading9"/>
    <w:uiPriority w:val="9"/>
    <w:semiHidden/>
    <w:rsid w:val="00FC693F"/>
    <w:rPr>
      <w:rFonts w:asciiTheme="majorHAnsi" w:eastAsiaTheme="majorEastAsia" w:hAnsiTheme="majorHAnsi" w:cstheme="majorBidi"/>
      <w:i/>
      <w:iCs/>
      <w:color w:val="404040" w:themeColor="text1" w:themeTint="BF"/>
      <w:sz w:val="20"/>
      <w:szCs w:val="20"/>
    </w:rPr>
  </w:style>
  <w:style w:type="paragraph" w:styleId="Caption">
    <w:name w:val="caption"/>
    <w:basedOn w:val="Normal"/>
    <w:next w:val="Normal"/>
    <w:uiPriority w:val="35"/>
    <w:semiHidden/>
    <w:unhideWhenUsed/>
    <w:qFormat/>
    <w:rsid w:val="00FC693F"/>
    <w:pPr>
      <w:spacing w:line="240" w:lineRule="auto"/>
    </w:pPr>
    <w:rPr>
      <w:b/>
      <w:bCs/>
      <w:color w:val="4F81BD" w:themeColor="accent1"/>
      <w:sz w:val="18"/>
      <w:szCs w:val="18"/>
    </w:rPr>
  </w:style>
  <w:style w:type="character" w:styleId="Strong">
    <w:name w:val="Strong"/>
    <w:basedOn w:val="DefaultParagraphFont"/>
    <w:uiPriority w:val="22"/>
    <w:qFormat/>
    <w:rsid w:val="00FC693F"/>
    <w:rPr>
      <w:b/>
      <w:bCs/>
    </w:rPr>
  </w:style>
  <w:style w:type="character" w:styleId="Emphasis">
    <w:name w:val="Emphasis"/>
    <w:basedOn w:val="DefaultParagraphFont"/>
    <w:uiPriority w:val="20"/>
    <w:qFormat/>
    <w:rsid w:val="00FC693F"/>
    <w:rPr>
      <w:i/>
      <w:iCs/>
    </w:rPr>
  </w:style>
  <w:style w:type="paragraph" w:styleId="IntenseQuote">
    <w:name w:val="Intense Quote"/>
    <w:basedOn w:val="Normal"/>
    <w:next w:val="Normal"/>
    <w:link w:val="IntenseQuoteChar"/>
    <w:uiPriority w:val="30"/>
    <w:qFormat/>
    <w:rsid w:val="00FC693F"/>
    <w:pPr>
      <w:pBdr>
        <w:bottom w:val="single" w:sz="4" w:space="4" w:color="4F81BD" w:themeColor="accent1"/>
      </w:pBdr>
      <w:spacing w:before="200" w:after="280"/>
      <w:ind w:left="936" w:right="936"/>
    </w:pPr>
    <w:rPr>
      <w:b/>
      <w:bCs/>
      <w:i/>
      <w:iCs/>
      <w:color w:val="4F81BD" w:themeColor="accent1"/>
    </w:rPr>
  </w:style>
  <w:style w:type="character" w:customStyle="1" w:styleId="IntenseQuoteChar">
    <w:name w:val="Intense Quote Char"/>
    <w:basedOn w:val="DefaultParagraphFont"/>
    <w:link w:val="IntenseQuote"/>
    <w:uiPriority w:val="30"/>
    <w:rsid w:val="00FC693F"/>
    <w:rPr>
      <w:b/>
      <w:bCs/>
      <w:i/>
      <w:iCs/>
      <w:color w:val="4F81BD" w:themeColor="accent1"/>
    </w:rPr>
  </w:style>
  <w:style w:type="character" w:styleId="SubtleEmphasis">
    <w:name w:val="Subtle Emphasis"/>
    <w:basedOn w:val="DefaultParagraphFont"/>
    <w:uiPriority w:val="19"/>
    <w:qFormat/>
    <w:rsid w:val="00FC693F"/>
    <w:rPr>
      <w:i/>
      <w:iCs/>
      <w:color w:val="808080" w:themeColor="text1" w:themeTint="7F"/>
    </w:rPr>
  </w:style>
  <w:style w:type="character" w:styleId="IntenseEmphasis">
    <w:name w:val="Intense Emphasis"/>
    <w:basedOn w:val="DefaultParagraphFont"/>
    <w:uiPriority w:val="21"/>
    <w:qFormat/>
    <w:rsid w:val="00FC693F"/>
    <w:rPr>
      <w:b/>
      <w:bCs/>
      <w:i/>
      <w:iCs/>
      <w:color w:val="4F81BD" w:themeColor="accent1"/>
    </w:rPr>
  </w:style>
  <w:style w:type="character" w:styleId="SubtleReference">
    <w:name w:val="Subtle Reference"/>
    <w:basedOn w:val="DefaultParagraphFont"/>
    <w:uiPriority w:val="31"/>
    <w:qFormat/>
    <w:rsid w:val="00FC693F"/>
    <w:rPr>
      <w:smallCaps/>
      <w:color w:val="C0504D" w:themeColor="accent2"/>
      <w:u w:val="single"/>
    </w:rPr>
  </w:style>
  <w:style w:type="character" w:styleId="IntenseReference">
    <w:name w:val="Intense Reference"/>
    <w:basedOn w:val="DefaultParagraphFont"/>
    <w:uiPriority w:val="32"/>
    <w:qFormat/>
    <w:rsid w:val="00FC693F"/>
    <w:rPr>
      <w:b/>
      <w:bCs/>
      <w:smallCaps/>
      <w:color w:val="C0504D" w:themeColor="accent2"/>
      <w:spacing w:val="5"/>
      <w:u w:val="single"/>
    </w:rPr>
  </w:style>
  <w:style w:type="character" w:styleId="BookTitle">
    <w:name w:val="Book Title"/>
    <w:basedOn w:val="DefaultParagraphFont"/>
    <w:uiPriority w:val="33"/>
    <w:qFormat/>
    <w:rsid w:val="00FC693F"/>
    <w:rPr>
      <w:b/>
      <w:bCs/>
      <w:smallCaps/>
      <w:spacing w:val="5"/>
    </w:rPr>
  </w:style>
  <w:style w:type="paragraph" w:styleId="TOCHeading">
    <w:name w:val="TOC Heading"/>
    <w:basedOn w:val="Heading1"/>
    <w:next w:val="Normal"/>
    <w:uiPriority w:val="39"/>
    <w:semiHidden/>
    <w:unhideWhenUsed/>
    <w:qFormat/>
    <w:rsid w:val="00FC693F"/>
    <w:pPr>
      <w:outlineLvl w:val="9"/>
    </w:pPr>
  </w:style>
  <w:style w:type="table" w:styleId="TableGrid">
    <w:name w:val="Table Grid"/>
    <w:basedOn w:val="TableNormal"/>
    <w:uiPriority w:val="59"/>
    <w:rsid w:val="00FC693F"/>
    <w:pPr>
      <w:spacing w:after="0" w:line="240" w:lineRule="auto"/>
    </w:pPr>
    <w:tblPr>
      <w:tblInd w:w="0" w:type="dxa"/>
      <w:tblBorders>
        <w:top w:val="single" w:sz="4" w:space="0" w:color="auto"/>
        <w:left w:val="single" w:sz="4" w:space="0" w:color="auto"/>
        <w:bottom w:val="single" w:sz="4" w:space="0" w:color="auto"/>
        <w:right w:val="single" w:sz="4" w:space="0" w:color="auto"/>
        <w:insideH w:val="single" w:sz="4" w:space="0" w:color="auto"/>
        <w:insideV w:val="single" w:sz="4" w:space="0" w:color="auto"/>
      </w:tblBorders>
      <w:tblCellMar>
        <w:top w:w="0" w:type="dxa"/>
        <w:left w:w="108" w:type="dxa"/>
        <w:bottom w:w="0" w:type="dxa"/>
        <w:right w:w="108" w:type="dxa"/>
      </w:tblCellMar>
    </w:tblPr>
  </w:style>
  <w:style w:type="table" w:styleId="LightShading">
    <w:name w:val="Light Shading"/>
    <w:basedOn w:val="TableNormal"/>
    <w:uiPriority w:val="60"/>
    <w:rsid w:val="00FC693F"/>
    <w:pPr>
      <w:spacing w:after="0" w:line="240" w:lineRule="auto"/>
    </w:pPr>
    <w:rPr>
      <w:color w:val="000000" w:themeColor="text1" w:themeShade="BF"/>
    </w:rPr>
    <w:tblPr>
      <w:tblStyleRowBandSize w:val="1"/>
      <w:tblStyleColBandSize w:val="1"/>
      <w:tblInd w:w="0" w:type="dxa"/>
      <w:tblBorders>
        <w:top w:val="single" w:sz="8" w:space="0" w:color="000000" w:themeColor="text1"/>
        <w:bottom w:val="single" w:sz="8" w:space="0" w:color="000000" w:themeColor="text1"/>
      </w:tblBorders>
      <w:tblCellMar>
        <w:top w:w="0" w:type="dxa"/>
        <w:left w:w="108" w:type="dxa"/>
        <w:bottom w:w="0" w:type="dxa"/>
        <w:right w:w="108" w:type="dxa"/>
      </w:tblCellMar>
    </w:tblPr>
    <w:tblStylePr w:type="firstRow">
      <w:pPr>
        <w:spacing w:before="0" w:after="0" w:line="240" w:lineRule="auto"/>
      </w:pPr>
      <w:rPr>
        <w:b/>
        <w:bCs/>
      </w:rPr>
      <w:tblPr/>
      <w:tcPr>
        <w:tcBorders>
          <w:top w:val="single" w:sz="8" w:space="0" w:color="000000" w:themeColor="text1"/>
          <w:left w:val="nil"/>
          <w:bottom w:val="single" w:sz="8" w:space="0" w:color="000000" w:themeColor="text1"/>
          <w:right w:val="nil"/>
          <w:insideH w:val="nil"/>
          <w:insideV w:val="nil"/>
        </w:tcBorders>
      </w:tcPr>
    </w:tblStylePr>
    <w:tblStylePr w:type="lastRow">
      <w:pPr>
        <w:spacing w:before="0" w:after="0" w:line="240" w:lineRule="auto"/>
      </w:pPr>
      <w:rPr>
        <w:b/>
        <w:bCs/>
      </w:rPr>
      <w:tblPr/>
      <w:tcPr>
        <w:tcBorders>
          <w:top w:val="single" w:sz="8" w:space="0" w:color="000000" w:themeColor="text1"/>
          <w:left w:val="nil"/>
          <w:bottom w:val="single" w:sz="8" w:space="0" w:color="000000" w:themeColor="text1"/>
          <w:right w:val="nil"/>
          <w:insideH w:val="nil"/>
          <w:insideV w:val="nil"/>
        </w:tcBorders>
      </w:tcPr>
    </w:tblStylePr>
    <w:tblStylePr w:type="firstCol">
      <w:rPr>
        <w:b/>
        <w:bCs/>
      </w:rPr>
    </w:tblStylePr>
    <w:tblStylePr w:type="lastCol">
      <w:rPr>
        <w:b/>
        <w:bCs/>
      </w:rPr>
    </w:tblStylePr>
    <w:tblStylePr w:type="band1Vert">
      <w:tblPr/>
      <w:tcPr>
        <w:tcBorders>
          <w:left w:val="nil"/>
          <w:right w:val="nil"/>
          <w:insideH w:val="nil"/>
          <w:insideV w:val="nil"/>
        </w:tcBorders>
        <w:shd w:val="clear" w:color="auto" w:fill="C0C0C0" w:themeFill="text1" w:themeFillTint="3F"/>
      </w:tcPr>
    </w:tblStylePr>
    <w:tblStylePr w:type="band1Horz">
      <w:tblPr/>
      <w:tcPr>
        <w:tcBorders>
          <w:left w:val="nil"/>
          <w:right w:val="nil"/>
          <w:insideH w:val="nil"/>
          <w:insideV w:val="nil"/>
        </w:tcBorders>
        <w:shd w:val="clear" w:color="auto" w:fill="C0C0C0" w:themeFill="text1" w:themeFillTint="3F"/>
      </w:tcPr>
    </w:tblStylePr>
  </w:style>
  <w:style w:type="table" w:styleId="LightShading-Accent1">
    <w:name w:val="Light Shading Accent 1"/>
    <w:basedOn w:val="TableNormal"/>
    <w:uiPriority w:val="60"/>
    <w:rsid w:val="00FC693F"/>
    <w:pPr>
      <w:spacing w:after="0" w:line="240" w:lineRule="auto"/>
    </w:pPr>
    <w:rPr>
      <w:color w:val="365F91" w:themeColor="accent1" w:themeShade="BF"/>
    </w:rPr>
    <w:tblPr>
      <w:tblStyleRowBandSize w:val="1"/>
      <w:tblStyleColBandSize w:val="1"/>
      <w:tblInd w:w="0" w:type="dxa"/>
      <w:tblBorders>
        <w:top w:val="single" w:sz="8" w:space="0" w:color="4F81BD" w:themeColor="accent1"/>
        <w:bottom w:val="single" w:sz="8" w:space="0" w:color="4F81BD" w:themeColor="accent1"/>
      </w:tblBorders>
      <w:tblCellMar>
        <w:top w:w="0" w:type="dxa"/>
        <w:left w:w="108" w:type="dxa"/>
        <w:bottom w:w="0" w:type="dxa"/>
        <w:right w:w="108" w:type="dxa"/>
      </w:tblCellMar>
    </w:tblPr>
    <w:tblStylePr w:type="firstRow">
      <w:pPr>
        <w:spacing w:before="0" w:after="0" w:line="240" w:lineRule="auto"/>
      </w:pPr>
      <w:rPr>
        <w:b/>
        <w:bCs/>
      </w:rPr>
      <w:tblPr/>
      <w:tcPr>
        <w:tcBorders>
          <w:top w:val="single" w:sz="8" w:space="0" w:color="4F81BD" w:themeColor="accent1"/>
          <w:left w:val="nil"/>
          <w:bottom w:val="single" w:sz="8" w:space="0" w:color="4F81BD" w:themeColor="accent1"/>
          <w:right w:val="nil"/>
          <w:insideH w:val="nil"/>
          <w:insideV w:val="nil"/>
        </w:tcBorders>
      </w:tcPr>
    </w:tblStylePr>
    <w:tblStylePr w:type="lastRow">
      <w:pPr>
        <w:spacing w:before="0" w:after="0" w:line="240" w:lineRule="auto"/>
      </w:pPr>
      <w:rPr>
        <w:b/>
        <w:bCs/>
      </w:rPr>
      <w:tblPr/>
      <w:tcPr>
        <w:tcBorders>
          <w:top w:val="single" w:sz="8" w:space="0" w:color="4F81BD" w:themeColor="accent1"/>
          <w:left w:val="nil"/>
          <w:bottom w:val="single" w:sz="8" w:space="0" w:color="4F81BD" w:themeColor="accent1"/>
          <w:right w:val="nil"/>
          <w:insideH w:val="nil"/>
          <w:insideV w:val="nil"/>
        </w:tcBorders>
      </w:tcPr>
    </w:tblStylePr>
    <w:tblStylePr w:type="firstCol">
      <w:rPr>
        <w:b/>
        <w:bCs/>
      </w:rPr>
    </w:tblStylePr>
    <w:tblStylePr w:type="lastCol">
      <w:rPr>
        <w:b/>
        <w:bCs/>
      </w:rPr>
    </w:tblStylePr>
    <w:tblStylePr w:type="band1Vert">
      <w:tblPr/>
      <w:tcPr>
        <w:tcBorders>
          <w:left w:val="nil"/>
          <w:right w:val="nil"/>
          <w:insideH w:val="nil"/>
          <w:insideV w:val="nil"/>
        </w:tcBorders>
        <w:shd w:val="clear" w:color="auto" w:fill="D3DFEE" w:themeFill="accent1" w:themeFillTint="3F"/>
      </w:tcPr>
    </w:tblStylePr>
    <w:tblStylePr w:type="band1Horz">
      <w:tblPr/>
      <w:tcPr>
        <w:tcBorders>
          <w:left w:val="nil"/>
          <w:right w:val="nil"/>
          <w:insideH w:val="nil"/>
          <w:insideV w:val="nil"/>
        </w:tcBorders>
        <w:shd w:val="clear" w:color="auto" w:fill="D3DFEE" w:themeFill="accent1" w:themeFillTint="3F"/>
      </w:tcPr>
    </w:tblStylePr>
  </w:style>
  <w:style w:type="table" w:styleId="LightShading-Accent2">
    <w:name w:val="Light Shading Accent 2"/>
    <w:basedOn w:val="TableNormal"/>
    <w:uiPriority w:val="60"/>
    <w:rsid w:val="00FC693F"/>
    <w:pPr>
      <w:spacing w:after="0" w:line="240" w:lineRule="auto"/>
    </w:pPr>
    <w:rPr>
      <w:color w:val="943634" w:themeColor="accent2" w:themeShade="BF"/>
    </w:rPr>
    <w:tblPr>
      <w:tblStyleRowBandSize w:val="1"/>
      <w:tblStyleColBandSize w:val="1"/>
      <w:tblInd w:w="0" w:type="dxa"/>
      <w:tblBorders>
        <w:top w:val="single" w:sz="8" w:space="0" w:color="C0504D" w:themeColor="accent2"/>
        <w:bottom w:val="single" w:sz="8" w:space="0" w:color="C0504D" w:themeColor="accent2"/>
      </w:tblBorders>
      <w:tblCellMar>
        <w:top w:w="0" w:type="dxa"/>
        <w:left w:w="108" w:type="dxa"/>
        <w:bottom w:w="0" w:type="dxa"/>
        <w:right w:w="108" w:type="dxa"/>
      </w:tblCellMar>
    </w:tblPr>
    <w:tblStylePr w:type="firstRow">
      <w:pPr>
        <w:spacing w:before="0" w:after="0" w:line="240" w:lineRule="auto"/>
      </w:pPr>
      <w:rPr>
        <w:b/>
        <w:bCs/>
      </w:rPr>
      <w:tblPr/>
      <w:tcPr>
        <w:tcBorders>
          <w:top w:val="single" w:sz="8" w:space="0" w:color="C0504D" w:themeColor="accent2"/>
          <w:left w:val="nil"/>
          <w:bottom w:val="single" w:sz="8" w:space="0" w:color="C0504D" w:themeColor="accent2"/>
          <w:right w:val="nil"/>
          <w:insideH w:val="nil"/>
          <w:insideV w:val="nil"/>
        </w:tcBorders>
      </w:tcPr>
    </w:tblStylePr>
    <w:tblStylePr w:type="lastRow">
      <w:pPr>
        <w:spacing w:before="0" w:after="0" w:line="240" w:lineRule="auto"/>
      </w:pPr>
      <w:rPr>
        <w:b/>
        <w:bCs/>
      </w:rPr>
      <w:tblPr/>
      <w:tcPr>
        <w:tcBorders>
          <w:top w:val="single" w:sz="8" w:space="0" w:color="C0504D" w:themeColor="accent2"/>
          <w:left w:val="nil"/>
          <w:bottom w:val="single" w:sz="8" w:space="0" w:color="C0504D" w:themeColor="accent2"/>
          <w:right w:val="nil"/>
          <w:insideH w:val="nil"/>
          <w:insideV w:val="nil"/>
        </w:tcBorders>
      </w:tcPr>
    </w:tblStylePr>
    <w:tblStylePr w:type="firstCol">
      <w:rPr>
        <w:b/>
        <w:bCs/>
      </w:rPr>
    </w:tblStylePr>
    <w:tblStylePr w:type="lastCol">
      <w:rPr>
        <w:b/>
        <w:bCs/>
      </w:rPr>
    </w:tblStylePr>
    <w:tblStylePr w:type="band1Vert">
      <w:tblPr/>
      <w:tcPr>
        <w:tcBorders>
          <w:left w:val="nil"/>
          <w:right w:val="nil"/>
          <w:insideH w:val="nil"/>
          <w:insideV w:val="nil"/>
        </w:tcBorders>
        <w:shd w:val="clear" w:color="auto" w:fill="EFD3D2" w:themeFill="accent2" w:themeFillTint="3F"/>
      </w:tcPr>
    </w:tblStylePr>
    <w:tblStylePr w:type="band1Horz">
      <w:tblPr/>
      <w:tcPr>
        <w:tcBorders>
          <w:left w:val="nil"/>
          <w:right w:val="nil"/>
          <w:insideH w:val="nil"/>
          <w:insideV w:val="nil"/>
        </w:tcBorders>
        <w:shd w:val="clear" w:color="auto" w:fill="EFD3D2" w:themeFill="accent2" w:themeFillTint="3F"/>
      </w:tcPr>
    </w:tblStylePr>
  </w:style>
  <w:style w:type="table" w:styleId="LightShading-Accent3">
    <w:name w:val="Light Shading Accent 3"/>
    <w:basedOn w:val="TableNormal"/>
    <w:uiPriority w:val="60"/>
    <w:rsid w:val="00FC693F"/>
    <w:pPr>
      <w:spacing w:after="0" w:line="240" w:lineRule="auto"/>
    </w:pPr>
    <w:rPr>
      <w:color w:val="76923C" w:themeColor="accent3" w:themeShade="BF"/>
    </w:rPr>
    <w:tblPr>
      <w:tblStyleRowBandSize w:val="1"/>
      <w:tblStyleColBandSize w:val="1"/>
      <w:tblInd w:w="0" w:type="dxa"/>
      <w:tblBorders>
        <w:top w:val="single" w:sz="8" w:space="0" w:color="9BBB59" w:themeColor="accent3"/>
        <w:bottom w:val="single" w:sz="8" w:space="0" w:color="9BBB59" w:themeColor="accent3"/>
      </w:tblBorders>
      <w:tblCellMar>
        <w:top w:w="0" w:type="dxa"/>
        <w:left w:w="108" w:type="dxa"/>
        <w:bottom w:w="0" w:type="dxa"/>
        <w:right w:w="108" w:type="dxa"/>
      </w:tblCellMar>
    </w:tblPr>
    <w:tblStylePr w:type="firstRow">
      <w:pPr>
        <w:spacing w:before="0" w:after="0" w:line="240" w:lineRule="auto"/>
      </w:pPr>
      <w:rPr>
        <w:b/>
        <w:bCs/>
      </w:rPr>
      <w:tblPr/>
      <w:tcPr>
        <w:tcBorders>
          <w:top w:val="single" w:sz="8" w:space="0" w:color="9BBB59" w:themeColor="accent3"/>
          <w:left w:val="nil"/>
          <w:bottom w:val="single" w:sz="8" w:space="0" w:color="9BBB59" w:themeColor="accent3"/>
          <w:right w:val="nil"/>
          <w:insideH w:val="nil"/>
          <w:insideV w:val="nil"/>
        </w:tcBorders>
      </w:tcPr>
    </w:tblStylePr>
    <w:tblStylePr w:type="lastRow">
      <w:pPr>
        <w:spacing w:before="0" w:after="0" w:line="240" w:lineRule="auto"/>
      </w:pPr>
      <w:rPr>
        <w:b/>
        <w:bCs/>
      </w:rPr>
      <w:tblPr/>
      <w:tcPr>
        <w:tcBorders>
          <w:top w:val="single" w:sz="8" w:space="0" w:color="9BBB59" w:themeColor="accent3"/>
          <w:left w:val="nil"/>
          <w:bottom w:val="single" w:sz="8" w:space="0" w:color="9BBB59" w:themeColor="accent3"/>
          <w:right w:val="nil"/>
          <w:insideH w:val="nil"/>
          <w:insideV w:val="nil"/>
        </w:tcBorders>
      </w:tcPr>
    </w:tblStylePr>
    <w:tblStylePr w:type="firstCol">
      <w:rPr>
        <w:b/>
        <w:bCs/>
      </w:rPr>
    </w:tblStylePr>
    <w:tblStylePr w:type="lastCol">
      <w:rPr>
        <w:b/>
        <w:bCs/>
      </w:rPr>
    </w:tblStylePr>
    <w:tblStylePr w:type="band1Vert">
      <w:tblPr/>
      <w:tcPr>
        <w:tcBorders>
          <w:left w:val="nil"/>
          <w:right w:val="nil"/>
          <w:insideH w:val="nil"/>
          <w:insideV w:val="nil"/>
        </w:tcBorders>
        <w:shd w:val="clear" w:color="auto" w:fill="E6EED5" w:themeFill="accent3" w:themeFillTint="3F"/>
      </w:tcPr>
    </w:tblStylePr>
    <w:tblStylePr w:type="band1Horz">
      <w:tblPr/>
      <w:tcPr>
        <w:tcBorders>
          <w:left w:val="nil"/>
          <w:right w:val="nil"/>
          <w:insideH w:val="nil"/>
          <w:insideV w:val="nil"/>
        </w:tcBorders>
        <w:shd w:val="clear" w:color="auto" w:fill="E6EED5" w:themeFill="accent3" w:themeFillTint="3F"/>
      </w:tcPr>
    </w:tblStylePr>
  </w:style>
  <w:style w:type="table" w:styleId="LightShading-Accent4">
    <w:name w:val="Light Shading Accent 4"/>
    <w:basedOn w:val="TableNormal"/>
    <w:uiPriority w:val="60"/>
    <w:rsid w:val="00FC693F"/>
    <w:pPr>
      <w:spacing w:after="0" w:line="240" w:lineRule="auto"/>
    </w:pPr>
    <w:rPr>
      <w:color w:val="5F497A" w:themeColor="accent4" w:themeShade="BF"/>
    </w:rPr>
    <w:tblPr>
      <w:tblStyleRowBandSize w:val="1"/>
      <w:tblStyleColBandSize w:val="1"/>
      <w:tblInd w:w="0" w:type="dxa"/>
      <w:tblBorders>
        <w:top w:val="single" w:sz="8" w:space="0" w:color="8064A2" w:themeColor="accent4"/>
        <w:bottom w:val="single" w:sz="8" w:space="0" w:color="8064A2" w:themeColor="accent4"/>
      </w:tblBorders>
      <w:tblCellMar>
        <w:top w:w="0" w:type="dxa"/>
        <w:left w:w="108" w:type="dxa"/>
        <w:bottom w:w="0" w:type="dxa"/>
        <w:right w:w="108" w:type="dxa"/>
      </w:tblCellMar>
    </w:tblPr>
    <w:tblStylePr w:type="firstRow">
      <w:pPr>
        <w:spacing w:before="0" w:after="0" w:line="240" w:lineRule="auto"/>
      </w:pPr>
      <w:rPr>
        <w:b/>
        <w:bCs/>
      </w:rPr>
      <w:tblPr/>
      <w:tcPr>
        <w:tcBorders>
          <w:top w:val="single" w:sz="8" w:space="0" w:color="8064A2" w:themeColor="accent4"/>
          <w:left w:val="nil"/>
          <w:bottom w:val="single" w:sz="8" w:space="0" w:color="8064A2" w:themeColor="accent4"/>
          <w:right w:val="nil"/>
          <w:insideH w:val="nil"/>
          <w:insideV w:val="nil"/>
        </w:tcBorders>
      </w:tcPr>
    </w:tblStylePr>
    <w:tblStylePr w:type="lastRow">
      <w:pPr>
        <w:spacing w:before="0" w:after="0" w:line="240" w:lineRule="auto"/>
      </w:pPr>
      <w:rPr>
        <w:b/>
        <w:bCs/>
      </w:rPr>
      <w:tblPr/>
      <w:tcPr>
        <w:tcBorders>
          <w:top w:val="single" w:sz="8" w:space="0" w:color="8064A2" w:themeColor="accent4"/>
          <w:left w:val="nil"/>
          <w:bottom w:val="single" w:sz="8" w:space="0" w:color="8064A2" w:themeColor="accent4"/>
          <w:right w:val="nil"/>
          <w:insideH w:val="nil"/>
          <w:insideV w:val="nil"/>
        </w:tcBorders>
      </w:tcPr>
    </w:tblStylePr>
    <w:tblStylePr w:type="firstCol">
      <w:rPr>
        <w:b/>
        <w:bCs/>
      </w:rPr>
    </w:tblStylePr>
    <w:tblStylePr w:type="lastCol">
      <w:rPr>
        <w:b/>
        <w:bCs/>
      </w:rPr>
    </w:tblStylePr>
    <w:tblStylePr w:type="band1Vert">
      <w:tblPr/>
      <w:tcPr>
        <w:tcBorders>
          <w:left w:val="nil"/>
          <w:right w:val="nil"/>
          <w:insideH w:val="nil"/>
          <w:insideV w:val="nil"/>
        </w:tcBorders>
        <w:shd w:val="clear" w:color="auto" w:fill="DFD8E8" w:themeFill="accent4" w:themeFillTint="3F"/>
      </w:tcPr>
    </w:tblStylePr>
    <w:tblStylePr w:type="band1Horz">
      <w:tblPr/>
      <w:tcPr>
        <w:tcBorders>
          <w:left w:val="nil"/>
          <w:right w:val="nil"/>
          <w:insideH w:val="nil"/>
          <w:insideV w:val="nil"/>
        </w:tcBorders>
        <w:shd w:val="clear" w:color="auto" w:fill="DFD8E8" w:themeFill="accent4" w:themeFillTint="3F"/>
      </w:tcPr>
    </w:tblStylePr>
  </w:style>
  <w:style w:type="table" w:styleId="LightShading-Accent5">
    <w:name w:val="Light Shading Accent 5"/>
    <w:basedOn w:val="TableNormal"/>
    <w:uiPriority w:val="60"/>
    <w:rsid w:val="00FC693F"/>
    <w:pPr>
      <w:spacing w:after="0" w:line="240" w:lineRule="auto"/>
    </w:pPr>
    <w:rPr>
      <w:color w:val="31849B" w:themeColor="accent5" w:themeShade="BF"/>
    </w:rPr>
    <w:tblPr>
      <w:tblStyleRowBandSize w:val="1"/>
      <w:tblStyleColBandSize w:val="1"/>
      <w:tblInd w:w="0" w:type="dxa"/>
      <w:tblBorders>
        <w:top w:val="single" w:sz="8" w:space="0" w:color="4BACC6" w:themeColor="accent5"/>
        <w:bottom w:val="single" w:sz="8" w:space="0" w:color="4BACC6" w:themeColor="accent5"/>
      </w:tblBorders>
      <w:tblCellMar>
        <w:top w:w="0" w:type="dxa"/>
        <w:left w:w="108" w:type="dxa"/>
        <w:bottom w:w="0" w:type="dxa"/>
        <w:right w:w="108" w:type="dxa"/>
      </w:tblCellMar>
    </w:tblPr>
    <w:tblStylePr w:type="firstRow">
      <w:pPr>
        <w:spacing w:before="0" w:after="0" w:line="240" w:lineRule="auto"/>
      </w:pPr>
      <w:rPr>
        <w:b/>
        <w:bCs/>
      </w:rPr>
      <w:tblPr/>
      <w:tcPr>
        <w:tcBorders>
          <w:top w:val="single" w:sz="8" w:space="0" w:color="4BACC6" w:themeColor="accent5"/>
          <w:left w:val="nil"/>
          <w:bottom w:val="single" w:sz="8" w:space="0" w:color="4BACC6" w:themeColor="accent5"/>
          <w:right w:val="nil"/>
          <w:insideH w:val="nil"/>
          <w:insideV w:val="nil"/>
        </w:tcBorders>
      </w:tcPr>
    </w:tblStylePr>
    <w:tblStylePr w:type="lastRow">
      <w:pPr>
        <w:spacing w:before="0" w:after="0" w:line="240" w:lineRule="auto"/>
      </w:pPr>
      <w:rPr>
        <w:b/>
        <w:bCs/>
      </w:rPr>
      <w:tblPr/>
      <w:tcPr>
        <w:tcBorders>
          <w:top w:val="single" w:sz="8" w:space="0" w:color="4BACC6" w:themeColor="accent5"/>
          <w:left w:val="nil"/>
          <w:bottom w:val="single" w:sz="8" w:space="0" w:color="4BACC6" w:themeColor="accent5"/>
          <w:right w:val="nil"/>
          <w:insideH w:val="nil"/>
          <w:insideV w:val="nil"/>
        </w:tcBorders>
      </w:tcPr>
    </w:tblStylePr>
    <w:tblStylePr w:type="firstCol">
      <w:rPr>
        <w:b/>
        <w:bCs/>
      </w:rPr>
    </w:tblStylePr>
    <w:tblStylePr w:type="lastCol">
      <w:rPr>
        <w:b/>
        <w:bCs/>
      </w:rPr>
    </w:tblStylePr>
    <w:tblStylePr w:type="band1Vert">
      <w:tblPr/>
      <w:tcPr>
        <w:tcBorders>
          <w:left w:val="nil"/>
          <w:right w:val="nil"/>
          <w:insideH w:val="nil"/>
          <w:insideV w:val="nil"/>
        </w:tcBorders>
        <w:shd w:val="clear" w:color="auto" w:fill="D2EAF1" w:themeFill="accent5" w:themeFillTint="3F"/>
      </w:tcPr>
    </w:tblStylePr>
    <w:tblStylePr w:type="band1Horz">
      <w:tblPr/>
      <w:tcPr>
        <w:tcBorders>
          <w:left w:val="nil"/>
          <w:right w:val="nil"/>
          <w:insideH w:val="nil"/>
          <w:insideV w:val="nil"/>
        </w:tcBorders>
        <w:shd w:val="clear" w:color="auto" w:fill="D2EAF1" w:themeFill="accent5" w:themeFillTint="3F"/>
      </w:tcPr>
    </w:tblStylePr>
  </w:style>
  <w:style w:type="table" w:styleId="LightShading-Accent6">
    <w:name w:val="Light Shading Accent 6"/>
    <w:basedOn w:val="TableNormal"/>
    <w:uiPriority w:val="60"/>
    <w:rsid w:val="00FC693F"/>
    <w:pPr>
      <w:spacing w:after="0" w:line="240" w:lineRule="auto"/>
    </w:pPr>
    <w:rPr>
      <w:color w:val="E36C0A" w:themeColor="accent6" w:themeShade="BF"/>
    </w:rPr>
    <w:tblPr>
      <w:tblStyleRowBandSize w:val="1"/>
      <w:tblStyleColBandSize w:val="1"/>
      <w:tblInd w:w="0" w:type="dxa"/>
      <w:tblBorders>
        <w:top w:val="single" w:sz="8" w:space="0" w:color="F79646" w:themeColor="accent6"/>
        <w:bottom w:val="single" w:sz="8" w:space="0" w:color="F79646" w:themeColor="accent6"/>
      </w:tblBorders>
      <w:tblCellMar>
        <w:top w:w="0" w:type="dxa"/>
        <w:left w:w="108" w:type="dxa"/>
        <w:bottom w:w="0" w:type="dxa"/>
        <w:right w:w="108" w:type="dxa"/>
      </w:tblCellMar>
    </w:tblPr>
    <w:tblStylePr w:type="firstRow">
      <w:pPr>
        <w:spacing w:before="0" w:after="0" w:line="240" w:lineRule="auto"/>
      </w:pPr>
      <w:rPr>
        <w:b/>
        <w:bCs/>
      </w:rPr>
      <w:tblPr/>
      <w:tcPr>
        <w:tcBorders>
          <w:top w:val="single" w:sz="8" w:space="0" w:color="F79646" w:themeColor="accent6"/>
          <w:left w:val="nil"/>
          <w:bottom w:val="single" w:sz="8" w:space="0" w:color="F79646" w:themeColor="accent6"/>
          <w:right w:val="nil"/>
          <w:insideH w:val="nil"/>
          <w:insideV w:val="nil"/>
        </w:tcBorders>
      </w:tcPr>
    </w:tblStylePr>
    <w:tblStylePr w:type="lastRow">
      <w:pPr>
        <w:spacing w:before="0" w:after="0" w:line="240" w:lineRule="auto"/>
      </w:pPr>
      <w:rPr>
        <w:b/>
        <w:bCs/>
      </w:rPr>
      <w:tblPr/>
      <w:tcPr>
        <w:tcBorders>
          <w:top w:val="single" w:sz="8" w:space="0" w:color="F79646" w:themeColor="accent6"/>
          <w:left w:val="nil"/>
          <w:bottom w:val="single" w:sz="8" w:space="0" w:color="F79646" w:themeColor="accent6"/>
          <w:right w:val="nil"/>
          <w:insideH w:val="nil"/>
          <w:insideV w:val="nil"/>
        </w:tcBorders>
      </w:tcPr>
    </w:tblStylePr>
    <w:tblStylePr w:type="firstCol">
      <w:rPr>
        <w:b/>
        <w:bCs/>
      </w:rPr>
    </w:tblStylePr>
    <w:tblStylePr w:type="lastCol">
      <w:rPr>
        <w:b/>
        <w:bCs/>
      </w:rPr>
    </w:tblStylePr>
    <w:tblStylePr w:type="band1Vert">
      <w:tblPr/>
      <w:tcPr>
        <w:tcBorders>
          <w:left w:val="nil"/>
          <w:right w:val="nil"/>
          <w:insideH w:val="nil"/>
          <w:insideV w:val="nil"/>
        </w:tcBorders>
        <w:shd w:val="clear" w:color="auto" w:fill="FDE4D0" w:themeFill="accent6" w:themeFillTint="3F"/>
      </w:tcPr>
    </w:tblStylePr>
    <w:tblStylePr w:type="band1Horz">
      <w:tblPr/>
      <w:tcPr>
        <w:tcBorders>
          <w:left w:val="nil"/>
          <w:right w:val="nil"/>
          <w:insideH w:val="nil"/>
          <w:insideV w:val="nil"/>
        </w:tcBorders>
        <w:shd w:val="clear" w:color="auto" w:fill="FDE4D0" w:themeFill="accent6" w:themeFillTint="3F"/>
      </w:tcPr>
    </w:tblStylePr>
  </w:style>
  <w:style w:type="table" w:styleId="LightList">
    <w:name w:val="Light List"/>
    <w:basedOn w:val="TableNormal"/>
    <w:uiPriority w:val="61"/>
    <w:rsid w:val="00FC693F"/>
    <w:pPr>
      <w:spacing w:after="0" w:line="240" w:lineRule="auto"/>
    </w:pPr>
    <w:tblPr>
      <w:tblStyleRowBandSize w:val="1"/>
      <w:tblStyleColBandSize w:val="1"/>
      <w:tblInd w:w="0" w:type="dxa"/>
      <w:tblBorders>
        <w:top w:val="single" w:sz="8" w:space="0" w:color="000000" w:themeColor="text1"/>
        <w:left w:val="single" w:sz="8" w:space="0" w:color="000000" w:themeColor="text1"/>
        <w:bottom w:val="single" w:sz="8" w:space="0" w:color="000000" w:themeColor="text1"/>
        <w:right w:val="single" w:sz="8" w:space="0" w:color="000000" w:themeColor="text1"/>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shd w:val="clear" w:color="auto" w:fill="000000" w:themeFill="text1"/>
      </w:tcPr>
    </w:tblStylePr>
    <w:tblStylePr w:type="lastRow">
      <w:pPr>
        <w:spacing w:before="0" w:after="0" w:line="240" w:lineRule="auto"/>
      </w:pPr>
      <w:rPr>
        <w:b/>
        <w:bCs/>
      </w:rPr>
      <w:tblPr/>
      <w:tcPr>
        <w:tcBorders>
          <w:top w:val="double" w:sz="6" w:space="0" w:color="000000" w:themeColor="text1"/>
          <w:left w:val="single" w:sz="8" w:space="0" w:color="000000" w:themeColor="text1"/>
          <w:bottom w:val="single" w:sz="8" w:space="0" w:color="000000" w:themeColor="text1"/>
          <w:right w:val="single" w:sz="8" w:space="0" w:color="000000" w:themeColor="text1"/>
        </w:tcBorders>
      </w:tcPr>
    </w:tblStylePr>
    <w:tblStylePr w:type="firstCol">
      <w:rPr>
        <w:b/>
        <w:bCs/>
      </w:rPr>
    </w:tblStylePr>
    <w:tblStylePr w:type="lastCol">
      <w:rPr>
        <w:b/>
        <w:bCs/>
      </w:rPr>
    </w:tblStylePr>
    <w:tblStylePr w:type="band1Vert">
      <w:tblPr/>
      <w:tcPr>
        <w:tcBorders>
          <w:top w:val="single" w:sz="8" w:space="0" w:color="000000" w:themeColor="text1"/>
          <w:left w:val="single" w:sz="8" w:space="0" w:color="000000" w:themeColor="text1"/>
          <w:bottom w:val="single" w:sz="8" w:space="0" w:color="000000" w:themeColor="text1"/>
          <w:right w:val="single" w:sz="8" w:space="0" w:color="000000" w:themeColor="text1"/>
        </w:tcBorders>
      </w:tcPr>
    </w:tblStylePr>
    <w:tblStylePr w:type="band1Horz">
      <w:tblPr/>
      <w:tcPr>
        <w:tcBorders>
          <w:top w:val="single" w:sz="8" w:space="0" w:color="000000" w:themeColor="text1"/>
          <w:left w:val="single" w:sz="8" w:space="0" w:color="000000" w:themeColor="text1"/>
          <w:bottom w:val="single" w:sz="8" w:space="0" w:color="000000" w:themeColor="text1"/>
          <w:right w:val="single" w:sz="8" w:space="0" w:color="000000" w:themeColor="text1"/>
        </w:tcBorders>
      </w:tcPr>
    </w:tblStylePr>
  </w:style>
  <w:style w:type="table" w:styleId="LightList-Accent1">
    <w:name w:val="Light List Accent 1"/>
    <w:basedOn w:val="TableNormal"/>
    <w:uiPriority w:val="61"/>
    <w:rsid w:val="00FC693F"/>
    <w:pPr>
      <w:spacing w:after="0" w:line="240" w:lineRule="auto"/>
    </w:pPr>
    <w:tblPr>
      <w:tblStyleRowBandSize w:val="1"/>
      <w:tblStyleColBandSize w:val="1"/>
      <w:tblInd w:w="0" w:type="dxa"/>
      <w:tblBorders>
        <w:top w:val="single" w:sz="8" w:space="0" w:color="4F81BD" w:themeColor="accent1"/>
        <w:left w:val="single" w:sz="8" w:space="0" w:color="4F81BD" w:themeColor="accent1"/>
        <w:bottom w:val="single" w:sz="8" w:space="0" w:color="4F81BD" w:themeColor="accent1"/>
        <w:right w:val="single" w:sz="8" w:space="0" w:color="4F81BD" w:themeColor="accent1"/>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shd w:val="clear" w:color="auto" w:fill="4F81BD" w:themeFill="accent1"/>
      </w:tcPr>
    </w:tblStylePr>
    <w:tblStylePr w:type="lastRow">
      <w:pPr>
        <w:spacing w:before="0" w:after="0" w:line="240" w:lineRule="auto"/>
      </w:pPr>
      <w:rPr>
        <w:b/>
        <w:bCs/>
      </w:rPr>
      <w:tblPr/>
      <w:tcPr>
        <w:tcBorders>
          <w:top w:val="double" w:sz="6" w:space="0" w:color="4F81BD" w:themeColor="accent1"/>
          <w:left w:val="single" w:sz="8" w:space="0" w:color="4F81BD" w:themeColor="accent1"/>
          <w:bottom w:val="single" w:sz="8" w:space="0" w:color="4F81BD" w:themeColor="accent1"/>
          <w:right w:val="single" w:sz="8" w:space="0" w:color="4F81BD" w:themeColor="accent1"/>
        </w:tcBorders>
      </w:tcPr>
    </w:tblStylePr>
    <w:tblStylePr w:type="firstCol">
      <w:rPr>
        <w:b/>
        <w:bCs/>
      </w:rPr>
    </w:tblStylePr>
    <w:tblStylePr w:type="lastCol">
      <w:rPr>
        <w:b/>
        <w:bCs/>
      </w:rPr>
    </w:tblStylePr>
    <w:tblStylePr w:type="band1Vert">
      <w:tblPr/>
      <w:tcPr>
        <w:tcBorders>
          <w:top w:val="single" w:sz="8" w:space="0" w:color="4F81BD" w:themeColor="accent1"/>
          <w:left w:val="single" w:sz="8" w:space="0" w:color="4F81BD" w:themeColor="accent1"/>
          <w:bottom w:val="single" w:sz="8" w:space="0" w:color="4F81BD" w:themeColor="accent1"/>
          <w:right w:val="single" w:sz="8" w:space="0" w:color="4F81BD" w:themeColor="accent1"/>
        </w:tcBorders>
      </w:tcPr>
    </w:tblStylePr>
    <w:tblStylePr w:type="band1Horz">
      <w:tblPr/>
      <w:tcPr>
        <w:tcBorders>
          <w:top w:val="single" w:sz="8" w:space="0" w:color="4F81BD" w:themeColor="accent1"/>
          <w:left w:val="single" w:sz="8" w:space="0" w:color="4F81BD" w:themeColor="accent1"/>
          <w:bottom w:val="single" w:sz="8" w:space="0" w:color="4F81BD" w:themeColor="accent1"/>
          <w:right w:val="single" w:sz="8" w:space="0" w:color="4F81BD" w:themeColor="accent1"/>
        </w:tcBorders>
      </w:tcPr>
    </w:tblStylePr>
  </w:style>
  <w:style w:type="table" w:styleId="LightList-Accent2">
    <w:name w:val="Light List Accent 2"/>
    <w:basedOn w:val="TableNormal"/>
    <w:uiPriority w:val="61"/>
    <w:rsid w:val="00CB0664"/>
    <w:pPr>
      <w:spacing w:after="0" w:line="240" w:lineRule="auto"/>
    </w:pPr>
    <w:tblPr>
      <w:tblStyleRowBandSize w:val="1"/>
      <w:tblStyleColBandSize w:val="1"/>
      <w:tblInd w:w="0" w:type="dxa"/>
      <w:tblBorders>
        <w:top w:val="single" w:sz="8" w:space="0" w:color="C0504D" w:themeColor="accent2"/>
        <w:left w:val="single" w:sz="8" w:space="0" w:color="C0504D" w:themeColor="accent2"/>
        <w:bottom w:val="single" w:sz="8" w:space="0" w:color="C0504D" w:themeColor="accent2"/>
        <w:right w:val="single" w:sz="8" w:space="0" w:color="C0504D" w:themeColor="accent2"/>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shd w:val="clear" w:color="auto" w:fill="C0504D" w:themeFill="accent2"/>
      </w:tcPr>
    </w:tblStylePr>
    <w:tblStylePr w:type="lastRow">
      <w:pPr>
        <w:spacing w:before="0" w:after="0" w:line="240" w:lineRule="auto"/>
      </w:pPr>
      <w:rPr>
        <w:b/>
        <w:bCs/>
      </w:rPr>
      <w:tblPr/>
      <w:tcPr>
        <w:tcBorders>
          <w:top w:val="double" w:sz="6" w:space="0" w:color="C0504D" w:themeColor="accent2"/>
          <w:left w:val="single" w:sz="8" w:space="0" w:color="C0504D" w:themeColor="accent2"/>
          <w:bottom w:val="single" w:sz="8" w:space="0" w:color="C0504D" w:themeColor="accent2"/>
          <w:right w:val="single" w:sz="8" w:space="0" w:color="C0504D" w:themeColor="accent2"/>
        </w:tcBorders>
      </w:tcPr>
    </w:tblStylePr>
    <w:tblStylePr w:type="firstCol">
      <w:rPr>
        <w:b/>
        <w:bCs/>
      </w:rPr>
    </w:tblStylePr>
    <w:tblStylePr w:type="lastCol">
      <w:rPr>
        <w:b/>
        <w:bCs/>
      </w:rPr>
    </w:tblStylePr>
    <w:tblStylePr w:type="band1Vert">
      <w:tblPr/>
      <w:tcPr>
        <w:tcBorders>
          <w:top w:val="single" w:sz="8" w:space="0" w:color="C0504D" w:themeColor="accent2"/>
          <w:left w:val="single" w:sz="8" w:space="0" w:color="C0504D" w:themeColor="accent2"/>
          <w:bottom w:val="single" w:sz="8" w:space="0" w:color="C0504D" w:themeColor="accent2"/>
          <w:right w:val="single" w:sz="8" w:space="0" w:color="C0504D" w:themeColor="accent2"/>
        </w:tcBorders>
      </w:tcPr>
    </w:tblStylePr>
    <w:tblStylePr w:type="band1Horz">
      <w:tblPr/>
      <w:tcPr>
        <w:tcBorders>
          <w:top w:val="single" w:sz="8" w:space="0" w:color="C0504D" w:themeColor="accent2"/>
          <w:left w:val="single" w:sz="8" w:space="0" w:color="C0504D" w:themeColor="accent2"/>
          <w:bottom w:val="single" w:sz="8" w:space="0" w:color="C0504D" w:themeColor="accent2"/>
          <w:right w:val="single" w:sz="8" w:space="0" w:color="C0504D" w:themeColor="accent2"/>
        </w:tcBorders>
      </w:tcPr>
    </w:tblStylePr>
  </w:style>
  <w:style w:type="table" w:styleId="LightList-Accent3">
    <w:name w:val="Light List Accent 3"/>
    <w:basedOn w:val="TableNormal"/>
    <w:uiPriority w:val="61"/>
    <w:rsid w:val="00CB0664"/>
    <w:pPr>
      <w:spacing w:after="0" w:line="240" w:lineRule="auto"/>
    </w:pPr>
    <w:tblPr>
      <w:tblStyleRowBandSize w:val="1"/>
      <w:tblStyleColBandSize w:val="1"/>
      <w:tblInd w:w="0" w:type="dxa"/>
      <w:tblBorders>
        <w:top w:val="single" w:sz="8" w:space="0" w:color="9BBB59" w:themeColor="accent3"/>
        <w:left w:val="single" w:sz="8" w:space="0" w:color="9BBB59" w:themeColor="accent3"/>
        <w:bottom w:val="single" w:sz="8" w:space="0" w:color="9BBB59" w:themeColor="accent3"/>
        <w:right w:val="single" w:sz="8" w:space="0" w:color="9BBB59" w:themeColor="accent3"/>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shd w:val="clear" w:color="auto" w:fill="9BBB59" w:themeFill="accent3"/>
      </w:tcPr>
    </w:tblStylePr>
    <w:tblStylePr w:type="lastRow">
      <w:pPr>
        <w:spacing w:before="0" w:after="0" w:line="240" w:lineRule="auto"/>
      </w:pPr>
      <w:rPr>
        <w:b/>
        <w:bCs/>
      </w:rPr>
      <w:tblPr/>
      <w:tcPr>
        <w:tcBorders>
          <w:top w:val="double" w:sz="6" w:space="0" w:color="9BBB59" w:themeColor="accent3"/>
          <w:left w:val="single" w:sz="8" w:space="0" w:color="9BBB59" w:themeColor="accent3"/>
          <w:bottom w:val="single" w:sz="8" w:space="0" w:color="9BBB59" w:themeColor="accent3"/>
          <w:right w:val="single" w:sz="8" w:space="0" w:color="9BBB59" w:themeColor="accent3"/>
        </w:tcBorders>
      </w:tcPr>
    </w:tblStylePr>
    <w:tblStylePr w:type="firstCol">
      <w:rPr>
        <w:b/>
        <w:bCs/>
      </w:rPr>
    </w:tblStylePr>
    <w:tblStylePr w:type="lastCol">
      <w:rPr>
        <w:b/>
        <w:bCs/>
      </w:rPr>
    </w:tblStylePr>
    <w:tblStylePr w:type="band1Vert">
      <w:tblPr/>
      <w:tcPr>
        <w:tcBorders>
          <w:top w:val="single" w:sz="8" w:space="0" w:color="9BBB59" w:themeColor="accent3"/>
          <w:left w:val="single" w:sz="8" w:space="0" w:color="9BBB59" w:themeColor="accent3"/>
          <w:bottom w:val="single" w:sz="8" w:space="0" w:color="9BBB59" w:themeColor="accent3"/>
          <w:right w:val="single" w:sz="8" w:space="0" w:color="9BBB59" w:themeColor="accent3"/>
        </w:tcBorders>
      </w:tcPr>
    </w:tblStylePr>
    <w:tblStylePr w:type="band1Horz">
      <w:tblPr/>
      <w:tcPr>
        <w:tcBorders>
          <w:top w:val="single" w:sz="8" w:space="0" w:color="9BBB59" w:themeColor="accent3"/>
          <w:left w:val="single" w:sz="8" w:space="0" w:color="9BBB59" w:themeColor="accent3"/>
          <w:bottom w:val="single" w:sz="8" w:space="0" w:color="9BBB59" w:themeColor="accent3"/>
          <w:right w:val="single" w:sz="8" w:space="0" w:color="9BBB59" w:themeColor="accent3"/>
        </w:tcBorders>
      </w:tcPr>
    </w:tblStylePr>
  </w:style>
  <w:style w:type="table" w:styleId="LightList-Accent4">
    <w:name w:val="Light List Accent 4"/>
    <w:basedOn w:val="TableNormal"/>
    <w:uiPriority w:val="61"/>
    <w:rsid w:val="00CB0664"/>
    <w:pPr>
      <w:spacing w:after="0" w:line="240" w:lineRule="auto"/>
    </w:pPr>
    <w:tblPr>
      <w:tblStyleRowBandSize w:val="1"/>
      <w:tblStyleColBandSize w:val="1"/>
      <w:tblInd w:w="0" w:type="dxa"/>
      <w:tblBorders>
        <w:top w:val="single" w:sz="8" w:space="0" w:color="8064A2" w:themeColor="accent4"/>
        <w:left w:val="single" w:sz="8" w:space="0" w:color="8064A2" w:themeColor="accent4"/>
        <w:bottom w:val="single" w:sz="8" w:space="0" w:color="8064A2" w:themeColor="accent4"/>
        <w:right w:val="single" w:sz="8" w:space="0" w:color="8064A2" w:themeColor="accent4"/>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shd w:val="clear" w:color="auto" w:fill="8064A2" w:themeFill="accent4"/>
      </w:tcPr>
    </w:tblStylePr>
    <w:tblStylePr w:type="lastRow">
      <w:pPr>
        <w:spacing w:before="0" w:after="0" w:line="240" w:lineRule="auto"/>
      </w:pPr>
      <w:rPr>
        <w:b/>
        <w:bCs/>
      </w:rPr>
      <w:tblPr/>
      <w:tcPr>
        <w:tcBorders>
          <w:top w:val="double" w:sz="6" w:space="0" w:color="8064A2" w:themeColor="accent4"/>
          <w:left w:val="single" w:sz="8" w:space="0" w:color="8064A2" w:themeColor="accent4"/>
          <w:bottom w:val="single" w:sz="8" w:space="0" w:color="8064A2" w:themeColor="accent4"/>
          <w:right w:val="single" w:sz="8" w:space="0" w:color="8064A2" w:themeColor="accent4"/>
        </w:tcBorders>
      </w:tcPr>
    </w:tblStylePr>
    <w:tblStylePr w:type="firstCol">
      <w:rPr>
        <w:b/>
        <w:bCs/>
      </w:rPr>
    </w:tblStylePr>
    <w:tblStylePr w:type="lastCol">
      <w:rPr>
        <w:b/>
        <w:bCs/>
      </w:rPr>
    </w:tblStylePr>
    <w:tblStylePr w:type="band1Vert">
      <w:tblPr/>
      <w:tcPr>
        <w:tcBorders>
          <w:top w:val="single" w:sz="8" w:space="0" w:color="8064A2" w:themeColor="accent4"/>
          <w:left w:val="single" w:sz="8" w:space="0" w:color="8064A2" w:themeColor="accent4"/>
          <w:bottom w:val="single" w:sz="8" w:space="0" w:color="8064A2" w:themeColor="accent4"/>
          <w:right w:val="single" w:sz="8" w:space="0" w:color="8064A2" w:themeColor="accent4"/>
        </w:tcBorders>
      </w:tcPr>
    </w:tblStylePr>
    <w:tblStylePr w:type="band1Horz">
      <w:tblPr/>
      <w:tcPr>
        <w:tcBorders>
          <w:top w:val="single" w:sz="8" w:space="0" w:color="8064A2" w:themeColor="accent4"/>
          <w:left w:val="single" w:sz="8" w:space="0" w:color="8064A2" w:themeColor="accent4"/>
          <w:bottom w:val="single" w:sz="8" w:space="0" w:color="8064A2" w:themeColor="accent4"/>
          <w:right w:val="single" w:sz="8" w:space="0" w:color="8064A2" w:themeColor="accent4"/>
        </w:tcBorders>
      </w:tcPr>
    </w:tblStylePr>
  </w:style>
  <w:style w:type="table" w:styleId="LightList-Accent5">
    <w:name w:val="Light List Accent 5"/>
    <w:basedOn w:val="TableNormal"/>
    <w:uiPriority w:val="61"/>
    <w:rsid w:val="00CB0664"/>
    <w:pPr>
      <w:spacing w:after="0" w:line="240" w:lineRule="auto"/>
    </w:pPr>
    <w:tblPr>
      <w:tblStyleRowBandSize w:val="1"/>
      <w:tblStyleColBandSize w:val="1"/>
      <w:tblInd w:w="0" w:type="dxa"/>
      <w:tblBorders>
        <w:top w:val="single" w:sz="8" w:space="0" w:color="4BACC6" w:themeColor="accent5"/>
        <w:left w:val="single" w:sz="8" w:space="0" w:color="4BACC6" w:themeColor="accent5"/>
        <w:bottom w:val="single" w:sz="8" w:space="0" w:color="4BACC6" w:themeColor="accent5"/>
        <w:right w:val="single" w:sz="8" w:space="0" w:color="4BACC6" w:themeColor="accent5"/>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shd w:val="clear" w:color="auto" w:fill="4BACC6" w:themeFill="accent5"/>
      </w:tcPr>
    </w:tblStylePr>
    <w:tblStylePr w:type="lastRow">
      <w:pPr>
        <w:spacing w:before="0" w:after="0" w:line="240" w:lineRule="auto"/>
      </w:pPr>
      <w:rPr>
        <w:b/>
        <w:bCs/>
      </w:rPr>
      <w:tblPr/>
      <w:tcPr>
        <w:tcBorders>
          <w:top w:val="double" w:sz="6" w:space="0" w:color="4BACC6" w:themeColor="accent5"/>
          <w:left w:val="single" w:sz="8" w:space="0" w:color="4BACC6" w:themeColor="accent5"/>
          <w:bottom w:val="single" w:sz="8" w:space="0" w:color="4BACC6" w:themeColor="accent5"/>
          <w:right w:val="single" w:sz="8" w:space="0" w:color="4BACC6" w:themeColor="accent5"/>
        </w:tcBorders>
      </w:tcPr>
    </w:tblStylePr>
    <w:tblStylePr w:type="firstCol">
      <w:rPr>
        <w:b/>
        <w:bCs/>
      </w:rPr>
    </w:tblStylePr>
    <w:tblStylePr w:type="lastCol">
      <w:rPr>
        <w:b/>
        <w:bCs/>
      </w:rPr>
    </w:tblStylePr>
    <w:tblStylePr w:type="band1Vert">
      <w:tblPr/>
      <w:tcPr>
        <w:tcBorders>
          <w:top w:val="single" w:sz="8" w:space="0" w:color="4BACC6" w:themeColor="accent5"/>
          <w:left w:val="single" w:sz="8" w:space="0" w:color="4BACC6" w:themeColor="accent5"/>
          <w:bottom w:val="single" w:sz="8" w:space="0" w:color="4BACC6" w:themeColor="accent5"/>
          <w:right w:val="single" w:sz="8" w:space="0" w:color="4BACC6" w:themeColor="accent5"/>
        </w:tcBorders>
      </w:tcPr>
    </w:tblStylePr>
    <w:tblStylePr w:type="band1Horz">
      <w:tblPr/>
      <w:tcPr>
        <w:tcBorders>
          <w:top w:val="single" w:sz="8" w:space="0" w:color="4BACC6" w:themeColor="accent5"/>
          <w:left w:val="single" w:sz="8" w:space="0" w:color="4BACC6" w:themeColor="accent5"/>
          <w:bottom w:val="single" w:sz="8" w:space="0" w:color="4BACC6" w:themeColor="accent5"/>
          <w:right w:val="single" w:sz="8" w:space="0" w:color="4BACC6" w:themeColor="accent5"/>
        </w:tcBorders>
      </w:tcPr>
    </w:tblStylePr>
  </w:style>
  <w:style w:type="table" w:styleId="LightList-Accent6">
    <w:name w:val="Light List Accent 6"/>
    <w:basedOn w:val="TableNormal"/>
    <w:uiPriority w:val="61"/>
    <w:rsid w:val="00CB0664"/>
    <w:pPr>
      <w:spacing w:after="0" w:line="240" w:lineRule="auto"/>
    </w:pPr>
    <w:tblPr>
      <w:tblStyleRowBandSize w:val="1"/>
      <w:tblStyleColBandSize w:val="1"/>
      <w:tblInd w:w="0" w:type="dxa"/>
      <w:tblBorders>
        <w:top w:val="single" w:sz="8" w:space="0" w:color="F79646" w:themeColor="accent6"/>
        <w:left w:val="single" w:sz="8" w:space="0" w:color="F79646" w:themeColor="accent6"/>
        <w:bottom w:val="single" w:sz="8" w:space="0" w:color="F79646" w:themeColor="accent6"/>
        <w:right w:val="single" w:sz="8" w:space="0" w:color="F79646" w:themeColor="accent6"/>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shd w:val="clear" w:color="auto" w:fill="F79646" w:themeFill="accent6"/>
      </w:tcPr>
    </w:tblStylePr>
    <w:tblStylePr w:type="lastRow">
      <w:pPr>
        <w:spacing w:before="0" w:after="0" w:line="240" w:lineRule="auto"/>
      </w:pPr>
      <w:rPr>
        <w:b/>
        <w:bCs/>
      </w:rPr>
      <w:tblPr/>
      <w:tcPr>
        <w:tcBorders>
          <w:top w:val="double" w:sz="6" w:space="0" w:color="F79646" w:themeColor="accent6"/>
          <w:left w:val="single" w:sz="8" w:space="0" w:color="F79646" w:themeColor="accent6"/>
          <w:bottom w:val="single" w:sz="8" w:space="0" w:color="F79646" w:themeColor="accent6"/>
          <w:right w:val="single" w:sz="8" w:space="0" w:color="F79646" w:themeColor="accent6"/>
        </w:tcBorders>
      </w:tcPr>
    </w:tblStylePr>
    <w:tblStylePr w:type="firstCol">
      <w:rPr>
        <w:b/>
        <w:bCs/>
      </w:rPr>
    </w:tblStylePr>
    <w:tblStylePr w:type="lastCol">
      <w:rPr>
        <w:b/>
        <w:bCs/>
      </w:rPr>
    </w:tblStylePr>
    <w:tblStylePr w:type="band1Vert">
      <w:tblPr/>
      <w:tcPr>
        <w:tcBorders>
          <w:top w:val="single" w:sz="8" w:space="0" w:color="F79646" w:themeColor="accent6"/>
          <w:left w:val="single" w:sz="8" w:space="0" w:color="F79646" w:themeColor="accent6"/>
          <w:bottom w:val="single" w:sz="8" w:space="0" w:color="F79646" w:themeColor="accent6"/>
          <w:right w:val="single" w:sz="8" w:space="0" w:color="F79646" w:themeColor="accent6"/>
        </w:tcBorders>
      </w:tcPr>
    </w:tblStylePr>
    <w:tblStylePr w:type="band1Horz">
      <w:tblPr/>
      <w:tcPr>
        <w:tcBorders>
          <w:top w:val="single" w:sz="8" w:space="0" w:color="F79646" w:themeColor="accent6"/>
          <w:left w:val="single" w:sz="8" w:space="0" w:color="F79646" w:themeColor="accent6"/>
          <w:bottom w:val="single" w:sz="8" w:space="0" w:color="F79646" w:themeColor="accent6"/>
          <w:right w:val="single" w:sz="8" w:space="0" w:color="F79646" w:themeColor="accent6"/>
        </w:tcBorders>
      </w:tcPr>
    </w:tblStylePr>
  </w:style>
  <w:style w:type="table" w:styleId="LightGrid">
    <w:name w:val="Light Grid"/>
    <w:basedOn w:val="TableNormal"/>
    <w:uiPriority w:val="62"/>
    <w:rsid w:val="00CB0664"/>
    <w:pPr>
      <w:spacing w:after="0" w:line="240" w:lineRule="auto"/>
    </w:pPr>
    <w:tblPr>
      <w:tblStyleRowBandSize w:val="1"/>
      <w:tblStyleColBandSize w:val="1"/>
      <w:tblInd w:w="0" w:type="dxa"/>
      <w:tblBorders>
        <w:top w:val="single" w:sz="8" w:space="0" w:color="000000" w:themeColor="text1"/>
        <w:left w:val="single" w:sz="8" w:space="0" w:color="000000" w:themeColor="text1"/>
        <w:bottom w:val="single" w:sz="8" w:space="0" w:color="000000" w:themeColor="text1"/>
        <w:right w:val="single" w:sz="8" w:space="0" w:color="000000" w:themeColor="text1"/>
        <w:insideH w:val="single" w:sz="8" w:space="0" w:color="000000" w:themeColor="text1"/>
        <w:insideV w:val="single" w:sz="8" w:space="0" w:color="000000" w:themeColor="text1"/>
      </w:tblBorders>
      <w:tblCellMar>
        <w:top w:w="0" w:type="dxa"/>
        <w:left w:w="108" w:type="dxa"/>
        <w:bottom w:w="0" w:type="dxa"/>
        <w:right w:w="108" w:type="dxa"/>
      </w:tblCellMar>
    </w:tblPr>
    <w:tblStylePr w:type="firstRow">
      <w:pPr>
        <w:spacing w:before="0" w:after="0" w:line="240" w:lineRule="auto"/>
      </w:pPr>
      <w:rPr>
        <w:rFonts w:asciiTheme="majorHAnsi" w:eastAsiaTheme="majorEastAsia" w:hAnsiTheme="majorHAnsi" w:cstheme="majorBidi"/>
        <w:b/>
        <w:bCs/>
      </w:rPr>
      <w:tblPr/>
      <w:tcPr>
        <w:tcBorders>
          <w:top w:val="single" w:sz="8" w:space="0" w:color="000000" w:themeColor="text1"/>
          <w:left w:val="single" w:sz="8" w:space="0" w:color="000000" w:themeColor="text1"/>
          <w:bottom w:val="single" w:sz="18" w:space="0" w:color="000000" w:themeColor="text1"/>
          <w:right w:val="single" w:sz="8" w:space="0" w:color="000000" w:themeColor="text1"/>
          <w:insideH w:val="nil"/>
          <w:insideV w:val="single" w:sz="8" w:space="0" w:color="000000" w:themeColor="text1"/>
        </w:tcBorders>
      </w:tcPr>
    </w:tblStylePr>
    <w:tblStylePr w:type="lastRow">
      <w:pPr>
        <w:spacing w:before="0" w:after="0" w:line="240" w:lineRule="auto"/>
      </w:pPr>
      <w:rPr>
        <w:rFonts w:asciiTheme="majorHAnsi" w:eastAsiaTheme="majorEastAsia" w:hAnsiTheme="majorHAnsi" w:cstheme="majorBidi"/>
        <w:b/>
        <w:bCs/>
      </w:rPr>
      <w:tblPr/>
      <w:tcPr>
        <w:tcBorders>
          <w:top w:val="double" w:sz="6" w:space="0" w:color="000000" w:themeColor="text1"/>
          <w:left w:val="single" w:sz="8" w:space="0" w:color="000000" w:themeColor="text1"/>
          <w:bottom w:val="single" w:sz="8" w:space="0" w:color="000000" w:themeColor="text1"/>
          <w:right w:val="single" w:sz="8" w:space="0" w:color="000000" w:themeColor="text1"/>
          <w:insideH w:val="nil"/>
          <w:insideV w:val="single" w:sz="8" w:space="0" w:color="000000" w:themeColor="text1"/>
        </w:tcBorders>
      </w:tcPr>
    </w:tblStylePr>
    <w:tblStylePr w:type="firstCol">
      <w:rPr>
        <w:rFonts w:asciiTheme="majorHAnsi" w:eastAsiaTheme="majorEastAsia" w:hAnsiTheme="majorHAnsi" w:cstheme="majorBidi"/>
        <w:b/>
        <w:bCs/>
      </w:rPr>
    </w:tblStylePr>
    <w:tblStylePr w:type="lastCol">
      <w:rPr>
        <w:rFonts w:asciiTheme="majorHAnsi" w:eastAsiaTheme="majorEastAsia" w:hAnsiTheme="majorHAnsi" w:cstheme="majorBidi"/>
        <w:b/>
        <w:bCs/>
      </w:rPr>
      <w:tblPr/>
      <w:tcPr>
        <w:tcBorders>
          <w:top w:val="single" w:sz="8" w:space="0" w:color="000000" w:themeColor="text1"/>
          <w:left w:val="single" w:sz="8" w:space="0" w:color="000000" w:themeColor="text1"/>
          <w:bottom w:val="single" w:sz="8" w:space="0" w:color="000000" w:themeColor="text1"/>
          <w:right w:val="single" w:sz="8" w:space="0" w:color="000000" w:themeColor="text1"/>
        </w:tcBorders>
      </w:tcPr>
    </w:tblStylePr>
    <w:tblStylePr w:type="band1Vert">
      <w:tblPr/>
      <w:tcPr>
        <w:tcBorders>
          <w:top w:val="single" w:sz="8" w:space="0" w:color="000000" w:themeColor="text1"/>
          <w:left w:val="single" w:sz="8" w:space="0" w:color="000000" w:themeColor="text1"/>
          <w:bottom w:val="single" w:sz="8" w:space="0" w:color="000000" w:themeColor="text1"/>
          <w:right w:val="single" w:sz="8" w:space="0" w:color="000000" w:themeColor="text1"/>
        </w:tcBorders>
        <w:shd w:val="clear" w:color="auto" w:fill="C0C0C0" w:themeFill="text1" w:themeFillTint="3F"/>
      </w:tcPr>
    </w:tblStylePr>
    <w:tblStylePr w:type="band1Horz">
      <w:tblPr/>
      <w:tcPr>
        <w:tcBorders>
          <w:top w:val="single" w:sz="8" w:space="0" w:color="000000" w:themeColor="text1"/>
          <w:left w:val="single" w:sz="8" w:space="0" w:color="000000" w:themeColor="text1"/>
          <w:bottom w:val="single" w:sz="8" w:space="0" w:color="000000" w:themeColor="text1"/>
          <w:right w:val="single" w:sz="8" w:space="0" w:color="000000" w:themeColor="text1"/>
          <w:insideV w:val="single" w:sz="8" w:space="0" w:color="000000" w:themeColor="text1"/>
        </w:tcBorders>
        <w:shd w:val="clear" w:color="auto" w:fill="C0C0C0" w:themeFill="text1" w:themeFillTint="3F"/>
      </w:tcPr>
    </w:tblStylePr>
    <w:tblStylePr w:type="band2Horz">
      <w:tblPr/>
      <w:tcPr>
        <w:tcBorders>
          <w:top w:val="single" w:sz="8" w:space="0" w:color="000000" w:themeColor="text1"/>
          <w:left w:val="single" w:sz="8" w:space="0" w:color="000000" w:themeColor="text1"/>
          <w:bottom w:val="single" w:sz="8" w:space="0" w:color="000000" w:themeColor="text1"/>
          <w:right w:val="single" w:sz="8" w:space="0" w:color="000000" w:themeColor="text1"/>
          <w:insideV w:val="single" w:sz="8" w:space="0" w:color="000000" w:themeColor="text1"/>
        </w:tcBorders>
      </w:tcPr>
    </w:tblStylePr>
  </w:style>
  <w:style w:type="table" w:styleId="LightGrid-Accent1">
    <w:name w:val="Light Grid Accent 1"/>
    <w:basedOn w:val="TableNormal"/>
    <w:uiPriority w:val="62"/>
    <w:rsid w:val="00CB0664"/>
    <w:pPr>
      <w:spacing w:after="0" w:line="240" w:lineRule="auto"/>
    </w:pPr>
    <w:tblPr>
      <w:tblStyleRowBandSize w:val="1"/>
      <w:tblStyleColBandSize w:val="1"/>
      <w:tblInd w:w="0" w:type="dxa"/>
      <w:tblBorders>
        <w:top w:val="single" w:sz="8" w:space="0" w:color="4F81BD" w:themeColor="accent1"/>
        <w:left w:val="single" w:sz="8" w:space="0" w:color="4F81BD" w:themeColor="accent1"/>
        <w:bottom w:val="single" w:sz="8" w:space="0" w:color="4F81BD" w:themeColor="accent1"/>
        <w:right w:val="single" w:sz="8" w:space="0" w:color="4F81BD" w:themeColor="accent1"/>
        <w:insideH w:val="single" w:sz="8" w:space="0" w:color="4F81BD" w:themeColor="accent1"/>
        <w:insideV w:val="single" w:sz="8" w:space="0" w:color="4F81BD" w:themeColor="accent1"/>
      </w:tblBorders>
      <w:tblCellMar>
        <w:top w:w="0" w:type="dxa"/>
        <w:left w:w="108" w:type="dxa"/>
        <w:bottom w:w="0" w:type="dxa"/>
        <w:right w:w="108" w:type="dxa"/>
      </w:tblCellMar>
    </w:tblPr>
    <w:tblStylePr w:type="firstRow">
      <w:pPr>
        <w:spacing w:before="0" w:after="0" w:line="240" w:lineRule="auto"/>
      </w:pPr>
      <w:rPr>
        <w:rFonts w:asciiTheme="majorHAnsi" w:eastAsiaTheme="majorEastAsia" w:hAnsiTheme="majorHAnsi" w:cstheme="majorBidi"/>
        <w:b/>
        <w:bCs/>
      </w:rPr>
      <w:tblPr/>
      <w:tcPr>
        <w:tcBorders>
          <w:top w:val="single" w:sz="8" w:space="0" w:color="4F81BD" w:themeColor="accent1"/>
          <w:left w:val="single" w:sz="8" w:space="0" w:color="4F81BD" w:themeColor="accent1"/>
          <w:bottom w:val="single" w:sz="18" w:space="0" w:color="4F81BD" w:themeColor="accent1"/>
          <w:right w:val="single" w:sz="8" w:space="0" w:color="4F81BD" w:themeColor="accent1"/>
          <w:insideH w:val="nil"/>
          <w:insideV w:val="single" w:sz="8" w:space="0" w:color="4F81BD" w:themeColor="accent1"/>
        </w:tcBorders>
      </w:tcPr>
    </w:tblStylePr>
    <w:tblStylePr w:type="lastRow">
      <w:pPr>
        <w:spacing w:before="0" w:after="0" w:line="240" w:lineRule="auto"/>
      </w:pPr>
      <w:rPr>
        <w:rFonts w:asciiTheme="majorHAnsi" w:eastAsiaTheme="majorEastAsia" w:hAnsiTheme="majorHAnsi" w:cstheme="majorBidi"/>
        <w:b/>
        <w:bCs/>
      </w:rPr>
      <w:tblPr/>
      <w:tcPr>
        <w:tcBorders>
          <w:top w:val="double" w:sz="6" w:space="0" w:color="4F81BD" w:themeColor="accent1"/>
          <w:left w:val="single" w:sz="8" w:space="0" w:color="4F81BD" w:themeColor="accent1"/>
          <w:bottom w:val="single" w:sz="8" w:space="0" w:color="4F81BD" w:themeColor="accent1"/>
          <w:right w:val="single" w:sz="8" w:space="0" w:color="4F81BD" w:themeColor="accent1"/>
          <w:insideH w:val="nil"/>
          <w:insideV w:val="single" w:sz="8" w:space="0" w:color="4F81BD" w:themeColor="accent1"/>
        </w:tcBorders>
      </w:tcPr>
    </w:tblStylePr>
    <w:tblStylePr w:type="firstCol">
      <w:rPr>
        <w:rFonts w:asciiTheme="majorHAnsi" w:eastAsiaTheme="majorEastAsia" w:hAnsiTheme="majorHAnsi" w:cstheme="majorBidi"/>
        <w:b/>
        <w:bCs/>
      </w:rPr>
    </w:tblStylePr>
    <w:tblStylePr w:type="lastCol">
      <w:rPr>
        <w:rFonts w:asciiTheme="majorHAnsi" w:eastAsiaTheme="majorEastAsia" w:hAnsiTheme="majorHAnsi" w:cstheme="majorBidi"/>
        <w:b/>
        <w:bCs/>
      </w:rPr>
      <w:tblPr/>
      <w:tcPr>
        <w:tcBorders>
          <w:top w:val="single" w:sz="8" w:space="0" w:color="4F81BD" w:themeColor="accent1"/>
          <w:left w:val="single" w:sz="8" w:space="0" w:color="4F81BD" w:themeColor="accent1"/>
          <w:bottom w:val="single" w:sz="8" w:space="0" w:color="4F81BD" w:themeColor="accent1"/>
          <w:right w:val="single" w:sz="8" w:space="0" w:color="4F81BD" w:themeColor="accent1"/>
        </w:tcBorders>
      </w:tcPr>
    </w:tblStylePr>
    <w:tblStylePr w:type="band1Vert">
      <w:tblPr/>
      <w:tcPr>
        <w:tcBorders>
          <w:top w:val="single" w:sz="8" w:space="0" w:color="4F81BD" w:themeColor="accent1"/>
          <w:left w:val="single" w:sz="8" w:space="0" w:color="4F81BD" w:themeColor="accent1"/>
          <w:bottom w:val="single" w:sz="8" w:space="0" w:color="4F81BD" w:themeColor="accent1"/>
          <w:right w:val="single" w:sz="8" w:space="0" w:color="4F81BD" w:themeColor="accent1"/>
        </w:tcBorders>
        <w:shd w:val="clear" w:color="auto" w:fill="D3DFEE" w:themeFill="accent1" w:themeFillTint="3F"/>
      </w:tcPr>
    </w:tblStylePr>
    <w:tblStylePr w:type="band1Horz">
      <w:tblPr/>
      <w:tcPr>
        <w:tcBorders>
          <w:top w:val="single" w:sz="8" w:space="0" w:color="4F81BD" w:themeColor="accent1"/>
          <w:left w:val="single" w:sz="8" w:space="0" w:color="4F81BD" w:themeColor="accent1"/>
          <w:bottom w:val="single" w:sz="8" w:space="0" w:color="4F81BD" w:themeColor="accent1"/>
          <w:right w:val="single" w:sz="8" w:space="0" w:color="4F81BD" w:themeColor="accent1"/>
          <w:insideV w:val="single" w:sz="8" w:space="0" w:color="4F81BD" w:themeColor="accent1"/>
        </w:tcBorders>
        <w:shd w:val="clear" w:color="auto" w:fill="D3DFEE" w:themeFill="accent1" w:themeFillTint="3F"/>
      </w:tcPr>
    </w:tblStylePr>
    <w:tblStylePr w:type="band2Horz">
      <w:tblPr/>
      <w:tcPr>
        <w:tcBorders>
          <w:top w:val="single" w:sz="8" w:space="0" w:color="4F81BD" w:themeColor="accent1"/>
          <w:left w:val="single" w:sz="8" w:space="0" w:color="4F81BD" w:themeColor="accent1"/>
          <w:bottom w:val="single" w:sz="8" w:space="0" w:color="4F81BD" w:themeColor="accent1"/>
          <w:right w:val="single" w:sz="8" w:space="0" w:color="4F81BD" w:themeColor="accent1"/>
          <w:insideV w:val="single" w:sz="8" w:space="0" w:color="4F81BD" w:themeColor="accent1"/>
        </w:tcBorders>
      </w:tcPr>
    </w:tblStylePr>
  </w:style>
  <w:style w:type="table" w:styleId="LightGrid-Accent2">
    <w:name w:val="Light Grid Accent 2"/>
    <w:basedOn w:val="TableNormal"/>
    <w:uiPriority w:val="62"/>
    <w:rsid w:val="00CB0664"/>
    <w:pPr>
      <w:spacing w:after="0" w:line="240" w:lineRule="auto"/>
    </w:pPr>
    <w:tblPr>
      <w:tblStyleRowBandSize w:val="1"/>
      <w:tblStyleColBandSize w:val="1"/>
      <w:tblInd w:w="0" w:type="dxa"/>
      <w:tblBorders>
        <w:top w:val="single" w:sz="8" w:space="0" w:color="C0504D" w:themeColor="accent2"/>
        <w:left w:val="single" w:sz="8" w:space="0" w:color="C0504D" w:themeColor="accent2"/>
        <w:bottom w:val="single" w:sz="8" w:space="0" w:color="C0504D" w:themeColor="accent2"/>
        <w:right w:val="single" w:sz="8" w:space="0" w:color="C0504D" w:themeColor="accent2"/>
        <w:insideH w:val="single" w:sz="8" w:space="0" w:color="C0504D" w:themeColor="accent2"/>
        <w:insideV w:val="single" w:sz="8" w:space="0" w:color="C0504D" w:themeColor="accent2"/>
      </w:tblBorders>
      <w:tblCellMar>
        <w:top w:w="0" w:type="dxa"/>
        <w:left w:w="108" w:type="dxa"/>
        <w:bottom w:w="0" w:type="dxa"/>
        <w:right w:w="108" w:type="dxa"/>
      </w:tblCellMar>
    </w:tblPr>
    <w:tblStylePr w:type="firstRow">
      <w:pPr>
        <w:spacing w:before="0" w:after="0" w:line="240" w:lineRule="auto"/>
      </w:pPr>
      <w:rPr>
        <w:rFonts w:asciiTheme="majorHAnsi" w:eastAsiaTheme="majorEastAsia" w:hAnsiTheme="majorHAnsi" w:cstheme="majorBidi"/>
        <w:b/>
        <w:bCs/>
      </w:rPr>
      <w:tblPr/>
      <w:tcPr>
        <w:tcBorders>
          <w:top w:val="single" w:sz="8" w:space="0" w:color="C0504D" w:themeColor="accent2"/>
          <w:left w:val="single" w:sz="8" w:space="0" w:color="C0504D" w:themeColor="accent2"/>
          <w:bottom w:val="single" w:sz="18" w:space="0" w:color="C0504D" w:themeColor="accent2"/>
          <w:right w:val="single" w:sz="8" w:space="0" w:color="C0504D" w:themeColor="accent2"/>
          <w:insideH w:val="nil"/>
          <w:insideV w:val="single" w:sz="8" w:space="0" w:color="C0504D" w:themeColor="accent2"/>
        </w:tcBorders>
      </w:tcPr>
    </w:tblStylePr>
    <w:tblStylePr w:type="lastRow">
      <w:pPr>
        <w:spacing w:before="0" w:after="0" w:line="240" w:lineRule="auto"/>
      </w:pPr>
      <w:rPr>
        <w:rFonts w:asciiTheme="majorHAnsi" w:eastAsiaTheme="majorEastAsia" w:hAnsiTheme="majorHAnsi" w:cstheme="majorBidi"/>
        <w:b/>
        <w:bCs/>
      </w:rPr>
      <w:tblPr/>
      <w:tcPr>
        <w:tcBorders>
          <w:top w:val="double" w:sz="6" w:space="0" w:color="C0504D" w:themeColor="accent2"/>
          <w:left w:val="single" w:sz="8" w:space="0" w:color="C0504D" w:themeColor="accent2"/>
          <w:bottom w:val="single" w:sz="8" w:space="0" w:color="C0504D" w:themeColor="accent2"/>
          <w:right w:val="single" w:sz="8" w:space="0" w:color="C0504D" w:themeColor="accent2"/>
          <w:insideH w:val="nil"/>
          <w:insideV w:val="single" w:sz="8" w:space="0" w:color="C0504D" w:themeColor="accent2"/>
        </w:tcBorders>
      </w:tcPr>
    </w:tblStylePr>
    <w:tblStylePr w:type="firstCol">
      <w:rPr>
        <w:rFonts w:asciiTheme="majorHAnsi" w:eastAsiaTheme="majorEastAsia" w:hAnsiTheme="majorHAnsi" w:cstheme="majorBidi"/>
        <w:b/>
        <w:bCs/>
      </w:rPr>
    </w:tblStylePr>
    <w:tblStylePr w:type="lastCol">
      <w:rPr>
        <w:rFonts w:asciiTheme="majorHAnsi" w:eastAsiaTheme="majorEastAsia" w:hAnsiTheme="majorHAnsi" w:cstheme="majorBidi"/>
        <w:b/>
        <w:bCs/>
      </w:rPr>
      <w:tblPr/>
      <w:tcPr>
        <w:tcBorders>
          <w:top w:val="single" w:sz="8" w:space="0" w:color="C0504D" w:themeColor="accent2"/>
          <w:left w:val="single" w:sz="8" w:space="0" w:color="C0504D" w:themeColor="accent2"/>
          <w:bottom w:val="single" w:sz="8" w:space="0" w:color="C0504D" w:themeColor="accent2"/>
          <w:right w:val="single" w:sz="8" w:space="0" w:color="C0504D" w:themeColor="accent2"/>
        </w:tcBorders>
      </w:tcPr>
    </w:tblStylePr>
    <w:tblStylePr w:type="band1Vert">
      <w:tblPr/>
      <w:tcPr>
        <w:tcBorders>
          <w:top w:val="single" w:sz="8" w:space="0" w:color="C0504D" w:themeColor="accent2"/>
          <w:left w:val="single" w:sz="8" w:space="0" w:color="C0504D" w:themeColor="accent2"/>
          <w:bottom w:val="single" w:sz="8" w:space="0" w:color="C0504D" w:themeColor="accent2"/>
          <w:right w:val="single" w:sz="8" w:space="0" w:color="C0504D" w:themeColor="accent2"/>
        </w:tcBorders>
        <w:shd w:val="clear" w:color="auto" w:fill="EFD3D2" w:themeFill="accent2" w:themeFillTint="3F"/>
      </w:tcPr>
    </w:tblStylePr>
    <w:tblStylePr w:type="band1Horz">
      <w:tblPr/>
      <w:tcPr>
        <w:tcBorders>
          <w:top w:val="single" w:sz="8" w:space="0" w:color="C0504D" w:themeColor="accent2"/>
          <w:left w:val="single" w:sz="8" w:space="0" w:color="C0504D" w:themeColor="accent2"/>
          <w:bottom w:val="single" w:sz="8" w:space="0" w:color="C0504D" w:themeColor="accent2"/>
          <w:right w:val="single" w:sz="8" w:space="0" w:color="C0504D" w:themeColor="accent2"/>
          <w:insideV w:val="single" w:sz="8" w:space="0" w:color="C0504D" w:themeColor="accent2"/>
        </w:tcBorders>
        <w:shd w:val="clear" w:color="auto" w:fill="EFD3D2" w:themeFill="accent2" w:themeFillTint="3F"/>
      </w:tcPr>
    </w:tblStylePr>
    <w:tblStylePr w:type="band2Horz">
      <w:tblPr/>
      <w:tcPr>
        <w:tcBorders>
          <w:top w:val="single" w:sz="8" w:space="0" w:color="C0504D" w:themeColor="accent2"/>
          <w:left w:val="single" w:sz="8" w:space="0" w:color="C0504D" w:themeColor="accent2"/>
          <w:bottom w:val="single" w:sz="8" w:space="0" w:color="C0504D" w:themeColor="accent2"/>
          <w:right w:val="single" w:sz="8" w:space="0" w:color="C0504D" w:themeColor="accent2"/>
          <w:insideV w:val="single" w:sz="8" w:space="0" w:color="C0504D" w:themeColor="accent2"/>
        </w:tcBorders>
      </w:tcPr>
    </w:tblStylePr>
  </w:style>
  <w:style w:type="table" w:styleId="LightGrid-Accent3">
    <w:name w:val="Light Grid Accent 3"/>
    <w:basedOn w:val="TableNormal"/>
    <w:uiPriority w:val="62"/>
    <w:rsid w:val="00CB0664"/>
    <w:pPr>
      <w:spacing w:after="0" w:line="240" w:lineRule="auto"/>
    </w:pPr>
    <w:tblPr>
      <w:tblStyleRowBandSize w:val="1"/>
      <w:tblStyleColBandSize w:val="1"/>
      <w:tblInd w:w="0" w:type="dxa"/>
      <w:tblBorders>
        <w:top w:val="single" w:sz="8" w:space="0" w:color="9BBB59" w:themeColor="accent3"/>
        <w:left w:val="single" w:sz="8" w:space="0" w:color="9BBB59" w:themeColor="accent3"/>
        <w:bottom w:val="single" w:sz="8" w:space="0" w:color="9BBB59" w:themeColor="accent3"/>
        <w:right w:val="single" w:sz="8" w:space="0" w:color="9BBB59" w:themeColor="accent3"/>
        <w:insideH w:val="single" w:sz="8" w:space="0" w:color="9BBB59" w:themeColor="accent3"/>
        <w:insideV w:val="single" w:sz="8" w:space="0" w:color="9BBB59" w:themeColor="accent3"/>
      </w:tblBorders>
      <w:tblCellMar>
        <w:top w:w="0" w:type="dxa"/>
        <w:left w:w="108" w:type="dxa"/>
        <w:bottom w:w="0" w:type="dxa"/>
        <w:right w:w="108" w:type="dxa"/>
      </w:tblCellMar>
    </w:tblPr>
    <w:tblStylePr w:type="firstRow">
      <w:pPr>
        <w:spacing w:before="0" w:after="0" w:line="240" w:lineRule="auto"/>
      </w:pPr>
      <w:rPr>
        <w:rFonts w:asciiTheme="majorHAnsi" w:eastAsiaTheme="majorEastAsia" w:hAnsiTheme="majorHAnsi" w:cstheme="majorBidi"/>
        <w:b/>
        <w:bCs/>
      </w:rPr>
      <w:tblPr/>
      <w:tcPr>
        <w:tcBorders>
          <w:top w:val="single" w:sz="8" w:space="0" w:color="9BBB59" w:themeColor="accent3"/>
          <w:left w:val="single" w:sz="8" w:space="0" w:color="9BBB59" w:themeColor="accent3"/>
          <w:bottom w:val="single" w:sz="18" w:space="0" w:color="9BBB59" w:themeColor="accent3"/>
          <w:right w:val="single" w:sz="8" w:space="0" w:color="9BBB59" w:themeColor="accent3"/>
          <w:insideH w:val="nil"/>
          <w:insideV w:val="single" w:sz="8" w:space="0" w:color="9BBB59" w:themeColor="accent3"/>
        </w:tcBorders>
      </w:tcPr>
    </w:tblStylePr>
    <w:tblStylePr w:type="lastRow">
      <w:pPr>
        <w:spacing w:before="0" w:after="0" w:line="240" w:lineRule="auto"/>
      </w:pPr>
      <w:rPr>
        <w:rFonts w:asciiTheme="majorHAnsi" w:eastAsiaTheme="majorEastAsia" w:hAnsiTheme="majorHAnsi" w:cstheme="majorBidi"/>
        <w:b/>
        <w:bCs/>
      </w:rPr>
      <w:tblPr/>
      <w:tcPr>
        <w:tcBorders>
          <w:top w:val="double" w:sz="6" w:space="0" w:color="9BBB59" w:themeColor="accent3"/>
          <w:left w:val="single" w:sz="8" w:space="0" w:color="9BBB59" w:themeColor="accent3"/>
          <w:bottom w:val="single" w:sz="8" w:space="0" w:color="9BBB59" w:themeColor="accent3"/>
          <w:right w:val="single" w:sz="8" w:space="0" w:color="9BBB59" w:themeColor="accent3"/>
          <w:insideH w:val="nil"/>
          <w:insideV w:val="single" w:sz="8" w:space="0" w:color="9BBB59" w:themeColor="accent3"/>
        </w:tcBorders>
      </w:tcPr>
    </w:tblStylePr>
    <w:tblStylePr w:type="firstCol">
      <w:rPr>
        <w:rFonts w:asciiTheme="majorHAnsi" w:eastAsiaTheme="majorEastAsia" w:hAnsiTheme="majorHAnsi" w:cstheme="majorBidi"/>
        <w:b/>
        <w:bCs/>
      </w:rPr>
    </w:tblStylePr>
    <w:tblStylePr w:type="lastCol">
      <w:rPr>
        <w:rFonts w:asciiTheme="majorHAnsi" w:eastAsiaTheme="majorEastAsia" w:hAnsiTheme="majorHAnsi" w:cstheme="majorBidi"/>
        <w:b/>
        <w:bCs/>
      </w:rPr>
      <w:tblPr/>
      <w:tcPr>
        <w:tcBorders>
          <w:top w:val="single" w:sz="8" w:space="0" w:color="9BBB59" w:themeColor="accent3"/>
          <w:left w:val="single" w:sz="8" w:space="0" w:color="9BBB59" w:themeColor="accent3"/>
          <w:bottom w:val="single" w:sz="8" w:space="0" w:color="9BBB59" w:themeColor="accent3"/>
          <w:right w:val="single" w:sz="8" w:space="0" w:color="9BBB59" w:themeColor="accent3"/>
        </w:tcBorders>
      </w:tcPr>
    </w:tblStylePr>
    <w:tblStylePr w:type="band1Vert">
      <w:tblPr/>
      <w:tcPr>
        <w:tcBorders>
          <w:top w:val="single" w:sz="8" w:space="0" w:color="9BBB59" w:themeColor="accent3"/>
          <w:left w:val="single" w:sz="8" w:space="0" w:color="9BBB59" w:themeColor="accent3"/>
          <w:bottom w:val="single" w:sz="8" w:space="0" w:color="9BBB59" w:themeColor="accent3"/>
          <w:right w:val="single" w:sz="8" w:space="0" w:color="9BBB59" w:themeColor="accent3"/>
        </w:tcBorders>
        <w:shd w:val="clear" w:color="auto" w:fill="E6EED5" w:themeFill="accent3" w:themeFillTint="3F"/>
      </w:tcPr>
    </w:tblStylePr>
    <w:tblStylePr w:type="band1Horz">
      <w:tblPr/>
      <w:tcPr>
        <w:tcBorders>
          <w:top w:val="single" w:sz="8" w:space="0" w:color="9BBB59" w:themeColor="accent3"/>
          <w:left w:val="single" w:sz="8" w:space="0" w:color="9BBB59" w:themeColor="accent3"/>
          <w:bottom w:val="single" w:sz="8" w:space="0" w:color="9BBB59" w:themeColor="accent3"/>
          <w:right w:val="single" w:sz="8" w:space="0" w:color="9BBB59" w:themeColor="accent3"/>
          <w:insideV w:val="single" w:sz="8" w:space="0" w:color="9BBB59" w:themeColor="accent3"/>
        </w:tcBorders>
        <w:shd w:val="clear" w:color="auto" w:fill="E6EED5" w:themeFill="accent3" w:themeFillTint="3F"/>
      </w:tcPr>
    </w:tblStylePr>
    <w:tblStylePr w:type="band2Horz">
      <w:tblPr/>
      <w:tcPr>
        <w:tcBorders>
          <w:top w:val="single" w:sz="8" w:space="0" w:color="9BBB59" w:themeColor="accent3"/>
          <w:left w:val="single" w:sz="8" w:space="0" w:color="9BBB59" w:themeColor="accent3"/>
          <w:bottom w:val="single" w:sz="8" w:space="0" w:color="9BBB59" w:themeColor="accent3"/>
          <w:right w:val="single" w:sz="8" w:space="0" w:color="9BBB59" w:themeColor="accent3"/>
          <w:insideV w:val="single" w:sz="8" w:space="0" w:color="9BBB59" w:themeColor="accent3"/>
        </w:tcBorders>
      </w:tcPr>
    </w:tblStylePr>
  </w:style>
  <w:style w:type="table" w:styleId="LightGrid-Accent4">
    <w:name w:val="Light Grid Accent 4"/>
    <w:basedOn w:val="TableNormal"/>
    <w:uiPriority w:val="62"/>
    <w:rsid w:val="00CB0664"/>
    <w:pPr>
      <w:spacing w:after="0" w:line="240" w:lineRule="auto"/>
    </w:pPr>
    <w:tblPr>
      <w:tblStyleRowBandSize w:val="1"/>
      <w:tblStyleColBandSize w:val="1"/>
      <w:tblInd w:w="0" w:type="dxa"/>
      <w:tblBorders>
        <w:top w:val="single" w:sz="8" w:space="0" w:color="8064A2" w:themeColor="accent4"/>
        <w:left w:val="single" w:sz="8" w:space="0" w:color="8064A2" w:themeColor="accent4"/>
        <w:bottom w:val="single" w:sz="8" w:space="0" w:color="8064A2" w:themeColor="accent4"/>
        <w:right w:val="single" w:sz="8" w:space="0" w:color="8064A2" w:themeColor="accent4"/>
        <w:insideH w:val="single" w:sz="8" w:space="0" w:color="8064A2" w:themeColor="accent4"/>
        <w:insideV w:val="single" w:sz="8" w:space="0" w:color="8064A2" w:themeColor="accent4"/>
      </w:tblBorders>
      <w:tblCellMar>
        <w:top w:w="0" w:type="dxa"/>
        <w:left w:w="108" w:type="dxa"/>
        <w:bottom w:w="0" w:type="dxa"/>
        <w:right w:w="108" w:type="dxa"/>
      </w:tblCellMar>
    </w:tblPr>
    <w:tblStylePr w:type="firstRow">
      <w:pPr>
        <w:spacing w:before="0" w:after="0" w:line="240" w:lineRule="auto"/>
      </w:pPr>
      <w:rPr>
        <w:rFonts w:asciiTheme="majorHAnsi" w:eastAsiaTheme="majorEastAsia" w:hAnsiTheme="majorHAnsi" w:cstheme="majorBidi"/>
        <w:b/>
        <w:bCs/>
      </w:rPr>
      <w:tblPr/>
      <w:tcPr>
        <w:tcBorders>
          <w:top w:val="single" w:sz="8" w:space="0" w:color="8064A2" w:themeColor="accent4"/>
          <w:left w:val="single" w:sz="8" w:space="0" w:color="8064A2" w:themeColor="accent4"/>
          <w:bottom w:val="single" w:sz="18" w:space="0" w:color="8064A2" w:themeColor="accent4"/>
          <w:right w:val="single" w:sz="8" w:space="0" w:color="8064A2" w:themeColor="accent4"/>
          <w:insideH w:val="nil"/>
          <w:insideV w:val="single" w:sz="8" w:space="0" w:color="8064A2" w:themeColor="accent4"/>
        </w:tcBorders>
      </w:tcPr>
    </w:tblStylePr>
    <w:tblStylePr w:type="lastRow">
      <w:pPr>
        <w:spacing w:before="0" w:after="0" w:line="240" w:lineRule="auto"/>
      </w:pPr>
      <w:rPr>
        <w:rFonts w:asciiTheme="majorHAnsi" w:eastAsiaTheme="majorEastAsia" w:hAnsiTheme="majorHAnsi" w:cstheme="majorBidi"/>
        <w:b/>
        <w:bCs/>
      </w:rPr>
      <w:tblPr/>
      <w:tcPr>
        <w:tcBorders>
          <w:top w:val="double" w:sz="6" w:space="0" w:color="8064A2" w:themeColor="accent4"/>
          <w:left w:val="single" w:sz="8" w:space="0" w:color="8064A2" w:themeColor="accent4"/>
          <w:bottom w:val="single" w:sz="8" w:space="0" w:color="8064A2" w:themeColor="accent4"/>
          <w:right w:val="single" w:sz="8" w:space="0" w:color="8064A2" w:themeColor="accent4"/>
          <w:insideH w:val="nil"/>
          <w:insideV w:val="single" w:sz="8" w:space="0" w:color="8064A2" w:themeColor="accent4"/>
        </w:tcBorders>
      </w:tcPr>
    </w:tblStylePr>
    <w:tblStylePr w:type="firstCol">
      <w:rPr>
        <w:rFonts w:asciiTheme="majorHAnsi" w:eastAsiaTheme="majorEastAsia" w:hAnsiTheme="majorHAnsi" w:cstheme="majorBidi"/>
        <w:b/>
        <w:bCs/>
      </w:rPr>
    </w:tblStylePr>
    <w:tblStylePr w:type="lastCol">
      <w:rPr>
        <w:rFonts w:asciiTheme="majorHAnsi" w:eastAsiaTheme="majorEastAsia" w:hAnsiTheme="majorHAnsi" w:cstheme="majorBidi"/>
        <w:b/>
        <w:bCs/>
      </w:rPr>
      <w:tblPr/>
      <w:tcPr>
        <w:tcBorders>
          <w:top w:val="single" w:sz="8" w:space="0" w:color="8064A2" w:themeColor="accent4"/>
          <w:left w:val="single" w:sz="8" w:space="0" w:color="8064A2" w:themeColor="accent4"/>
          <w:bottom w:val="single" w:sz="8" w:space="0" w:color="8064A2" w:themeColor="accent4"/>
          <w:right w:val="single" w:sz="8" w:space="0" w:color="8064A2" w:themeColor="accent4"/>
        </w:tcBorders>
      </w:tcPr>
    </w:tblStylePr>
    <w:tblStylePr w:type="band1Vert">
      <w:tblPr/>
      <w:tcPr>
        <w:tcBorders>
          <w:top w:val="single" w:sz="8" w:space="0" w:color="8064A2" w:themeColor="accent4"/>
          <w:left w:val="single" w:sz="8" w:space="0" w:color="8064A2" w:themeColor="accent4"/>
          <w:bottom w:val="single" w:sz="8" w:space="0" w:color="8064A2" w:themeColor="accent4"/>
          <w:right w:val="single" w:sz="8" w:space="0" w:color="8064A2" w:themeColor="accent4"/>
        </w:tcBorders>
        <w:shd w:val="clear" w:color="auto" w:fill="DFD8E8" w:themeFill="accent4" w:themeFillTint="3F"/>
      </w:tcPr>
    </w:tblStylePr>
    <w:tblStylePr w:type="band1Horz">
      <w:tblPr/>
      <w:tcPr>
        <w:tcBorders>
          <w:top w:val="single" w:sz="8" w:space="0" w:color="8064A2" w:themeColor="accent4"/>
          <w:left w:val="single" w:sz="8" w:space="0" w:color="8064A2" w:themeColor="accent4"/>
          <w:bottom w:val="single" w:sz="8" w:space="0" w:color="8064A2" w:themeColor="accent4"/>
          <w:right w:val="single" w:sz="8" w:space="0" w:color="8064A2" w:themeColor="accent4"/>
          <w:insideV w:val="single" w:sz="8" w:space="0" w:color="8064A2" w:themeColor="accent4"/>
        </w:tcBorders>
        <w:shd w:val="clear" w:color="auto" w:fill="DFD8E8" w:themeFill="accent4" w:themeFillTint="3F"/>
      </w:tcPr>
    </w:tblStylePr>
    <w:tblStylePr w:type="band2Horz">
      <w:tblPr/>
      <w:tcPr>
        <w:tcBorders>
          <w:top w:val="single" w:sz="8" w:space="0" w:color="8064A2" w:themeColor="accent4"/>
          <w:left w:val="single" w:sz="8" w:space="0" w:color="8064A2" w:themeColor="accent4"/>
          <w:bottom w:val="single" w:sz="8" w:space="0" w:color="8064A2" w:themeColor="accent4"/>
          <w:right w:val="single" w:sz="8" w:space="0" w:color="8064A2" w:themeColor="accent4"/>
          <w:insideV w:val="single" w:sz="8" w:space="0" w:color="8064A2" w:themeColor="accent4"/>
        </w:tcBorders>
      </w:tcPr>
    </w:tblStylePr>
  </w:style>
  <w:style w:type="table" w:styleId="LightGrid-Accent5">
    <w:name w:val="Light Grid Accent 5"/>
    <w:basedOn w:val="TableNormal"/>
    <w:uiPriority w:val="62"/>
    <w:rsid w:val="00CB0664"/>
    <w:pPr>
      <w:spacing w:after="0" w:line="240" w:lineRule="auto"/>
    </w:pPr>
    <w:tblPr>
      <w:tblStyleRowBandSize w:val="1"/>
      <w:tblStyleColBandSize w:val="1"/>
      <w:tblInd w:w="0" w:type="dxa"/>
      <w:tblBorders>
        <w:top w:val="single" w:sz="8" w:space="0" w:color="4BACC6" w:themeColor="accent5"/>
        <w:left w:val="single" w:sz="8" w:space="0" w:color="4BACC6" w:themeColor="accent5"/>
        <w:bottom w:val="single" w:sz="8" w:space="0" w:color="4BACC6" w:themeColor="accent5"/>
        <w:right w:val="single" w:sz="8" w:space="0" w:color="4BACC6" w:themeColor="accent5"/>
        <w:insideH w:val="single" w:sz="8" w:space="0" w:color="4BACC6" w:themeColor="accent5"/>
        <w:insideV w:val="single" w:sz="8" w:space="0" w:color="4BACC6" w:themeColor="accent5"/>
      </w:tblBorders>
      <w:tblCellMar>
        <w:top w:w="0" w:type="dxa"/>
        <w:left w:w="108" w:type="dxa"/>
        <w:bottom w:w="0" w:type="dxa"/>
        <w:right w:w="108" w:type="dxa"/>
      </w:tblCellMar>
    </w:tblPr>
    <w:tblStylePr w:type="firstRow">
      <w:pPr>
        <w:spacing w:before="0" w:after="0" w:line="240" w:lineRule="auto"/>
      </w:pPr>
      <w:rPr>
        <w:rFonts w:asciiTheme="majorHAnsi" w:eastAsiaTheme="majorEastAsia" w:hAnsiTheme="majorHAnsi" w:cstheme="majorBidi"/>
        <w:b/>
        <w:bCs/>
      </w:rPr>
      <w:tblPr/>
      <w:tcPr>
        <w:tcBorders>
          <w:top w:val="single" w:sz="8" w:space="0" w:color="4BACC6" w:themeColor="accent5"/>
          <w:left w:val="single" w:sz="8" w:space="0" w:color="4BACC6" w:themeColor="accent5"/>
          <w:bottom w:val="single" w:sz="18" w:space="0" w:color="4BACC6" w:themeColor="accent5"/>
          <w:right w:val="single" w:sz="8" w:space="0" w:color="4BACC6" w:themeColor="accent5"/>
          <w:insideH w:val="nil"/>
          <w:insideV w:val="single" w:sz="8" w:space="0" w:color="4BACC6" w:themeColor="accent5"/>
        </w:tcBorders>
      </w:tcPr>
    </w:tblStylePr>
    <w:tblStylePr w:type="lastRow">
      <w:pPr>
        <w:spacing w:before="0" w:after="0" w:line="240" w:lineRule="auto"/>
      </w:pPr>
      <w:rPr>
        <w:rFonts w:asciiTheme="majorHAnsi" w:eastAsiaTheme="majorEastAsia" w:hAnsiTheme="majorHAnsi" w:cstheme="majorBidi"/>
        <w:b/>
        <w:bCs/>
      </w:rPr>
      <w:tblPr/>
      <w:tcPr>
        <w:tcBorders>
          <w:top w:val="double" w:sz="6" w:space="0" w:color="4BACC6" w:themeColor="accent5"/>
          <w:left w:val="single" w:sz="8" w:space="0" w:color="4BACC6" w:themeColor="accent5"/>
          <w:bottom w:val="single" w:sz="8" w:space="0" w:color="4BACC6" w:themeColor="accent5"/>
          <w:right w:val="single" w:sz="8" w:space="0" w:color="4BACC6" w:themeColor="accent5"/>
          <w:insideH w:val="nil"/>
          <w:insideV w:val="single" w:sz="8" w:space="0" w:color="4BACC6" w:themeColor="accent5"/>
        </w:tcBorders>
      </w:tcPr>
    </w:tblStylePr>
    <w:tblStylePr w:type="firstCol">
      <w:rPr>
        <w:rFonts w:asciiTheme="majorHAnsi" w:eastAsiaTheme="majorEastAsia" w:hAnsiTheme="majorHAnsi" w:cstheme="majorBidi"/>
        <w:b/>
        <w:bCs/>
      </w:rPr>
    </w:tblStylePr>
    <w:tblStylePr w:type="lastCol">
      <w:rPr>
        <w:rFonts w:asciiTheme="majorHAnsi" w:eastAsiaTheme="majorEastAsia" w:hAnsiTheme="majorHAnsi" w:cstheme="majorBidi"/>
        <w:b/>
        <w:bCs/>
      </w:rPr>
      <w:tblPr/>
      <w:tcPr>
        <w:tcBorders>
          <w:top w:val="single" w:sz="8" w:space="0" w:color="4BACC6" w:themeColor="accent5"/>
          <w:left w:val="single" w:sz="8" w:space="0" w:color="4BACC6" w:themeColor="accent5"/>
          <w:bottom w:val="single" w:sz="8" w:space="0" w:color="4BACC6" w:themeColor="accent5"/>
          <w:right w:val="single" w:sz="8" w:space="0" w:color="4BACC6" w:themeColor="accent5"/>
        </w:tcBorders>
      </w:tcPr>
    </w:tblStylePr>
    <w:tblStylePr w:type="band1Vert">
      <w:tblPr/>
      <w:tcPr>
        <w:tcBorders>
          <w:top w:val="single" w:sz="8" w:space="0" w:color="4BACC6" w:themeColor="accent5"/>
          <w:left w:val="single" w:sz="8" w:space="0" w:color="4BACC6" w:themeColor="accent5"/>
          <w:bottom w:val="single" w:sz="8" w:space="0" w:color="4BACC6" w:themeColor="accent5"/>
          <w:right w:val="single" w:sz="8" w:space="0" w:color="4BACC6" w:themeColor="accent5"/>
        </w:tcBorders>
        <w:shd w:val="clear" w:color="auto" w:fill="D2EAF1" w:themeFill="accent5" w:themeFillTint="3F"/>
      </w:tcPr>
    </w:tblStylePr>
    <w:tblStylePr w:type="band1Horz">
      <w:tblPr/>
      <w:tcPr>
        <w:tcBorders>
          <w:top w:val="single" w:sz="8" w:space="0" w:color="4BACC6" w:themeColor="accent5"/>
          <w:left w:val="single" w:sz="8" w:space="0" w:color="4BACC6" w:themeColor="accent5"/>
          <w:bottom w:val="single" w:sz="8" w:space="0" w:color="4BACC6" w:themeColor="accent5"/>
          <w:right w:val="single" w:sz="8" w:space="0" w:color="4BACC6" w:themeColor="accent5"/>
          <w:insideV w:val="single" w:sz="8" w:space="0" w:color="4BACC6" w:themeColor="accent5"/>
        </w:tcBorders>
        <w:shd w:val="clear" w:color="auto" w:fill="D2EAF1" w:themeFill="accent5" w:themeFillTint="3F"/>
      </w:tcPr>
    </w:tblStylePr>
    <w:tblStylePr w:type="band2Horz">
      <w:tblPr/>
      <w:tcPr>
        <w:tcBorders>
          <w:top w:val="single" w:sz="8" w:space="0" w:color="4BACC6" w:themeColor="accent5"/>
          <w:left w:val="single" w:sz="8" w:space="0" w:color="4BACC6" w:themeColor="accent5"/>
          <w:bottom w:val="single" w:sz="8" w:space="0" w:color="4BACC6" w:themeColor="accent5"/>
          <w:right w:val="single" w:sz="8" w:space="0" w:color="4BACC6" w:themeColor="accent5"/>
          <w:insideV w:val="single" w:sz="8" w:space="0" w:color="4BACC6" w:themeColor="accent5"/>
        </w:tcBorders>
      </w:tcPr>
    </w:tblStylePr>
  </w:style>
  <w:style w:type="table" w:styleId="LightGrid-Accent6">
    <w:name w:val="Light Grid Accent 6"/>
    <w:basedOn w:val="TableNormal"/>
    <w:uiPriority w:val="62"/>
    <w:rsid w:val="00CB0664"/>
    <w:pPr>
      <w:spacing w:after="0" w:line="240" w:lineRule="auto"/>
    </w:pPr>
    <w:tblPr>
      <w:tblStyleRowBandSize w:val="1"/>
      <w:tblStyleColBandSize w:val="1"/>
      <w:tblInd w:w="0" w:type="dxa"/>
      <w:tblBorders>
        <w:top w:val="single" w:sz="8" w:space="0" w:color="F79646" w:themeColor="accent6"/>
        <w:left w:val="single" w:sz="8" w:space="0" w:color="F79646" w:themeColor="accent6"/>
        <w:bottom w:val="single" w:sz="8" w:space="0" w:color="F79646" w:themeColor="accent6"/>
        <w:right w:val="single" w:sz="8" w:space="0" w:color="F79646" w:themeColor="accent6"/>
        <w:insideH w:val="single" w:sz="8" w:space="0" w:color="F79646" w:themeColor="accent6"/>
        <w:insideV w:val="single" w:sz="8" w:space="0" w:color="F79646" w:themeColor="accent6"/>
      </w:tblBorders>
      <w:tblCellMar>
        <w:top w:w="0" w:type="dxa"/>
        <w:left w:w="108" w:type="dxa"/>
        <w:bottom w:w="0" w:type="dxa"/>
        <w:right w:w="108" w:type="dxa"/>
      </w:tblCellMar>
    </w:tblPr>
    <w:tblStylePr w:type="firstRow">
      <w:pPr>
        <w:spacing w:before="0" w:after="0" w:line="240" w:lineRule="auto"/>
      </w:pPr>
      <w:rPr>
        <w:rFonts w:asciiTheme="majorHAnsi" w:eastAsiaTheme="majorEastAsia" w:hAnsiTheme="majorHAnsi" w:cstheme="majorBidi"/>
        <w:b/>
        <w:bCs/>
      </w:rPr>
      <w:tblPr/>
      <w:tcPr>
        <w:tcBorders>
          <w:top w:val="single" w:sz="8" w:space="0" w:color="F79646" w:themeColor="accent6"/>
          <w:left w:val="single" w:sz="8" w:space="0" w:color="F79646" w:themeColor="accent6"/>
          <w:bottom w:val="single" w:sz="18" w:space="0" w:color="F79646" w:themeColor="accent6"/>
          <w:right w:val="single" w:sz="8" w:space="0" w:color="F79646" w:themeColor="accent6"/>
          <w:insideH w:val="nil"/>
          <w:insideV w:val="single" w:sz="8" w:space="0" w:color="F79646" w:themeColor="accent6"/>
        </w:tcBorders>
      </w:tcPr>
    </w:tblStylePr>
    <w:tblStylePr w:type="lastRow">
      <w:pPr>
        <w:spacing w:before="0" w:after="0" w:line="240" w:lineRule="auto"/>
      </w:pPr>
      <w:rPr>
        <w:rFonts w:asciiTheme="majorHAnsi" w:eastAsiaTheme="majorEastAsia" w:hAnsiTheme="majorHAnsi" w:cstheme="majorBidi"/>
        <w:b/>
        <w:bCs/>
      </w:rPr>
      <w:tblPr/>
      <w:tcPr>
        <w:tcBorders>
          <w:top w:val="double" w:sz="6" w:space="0" w:color="F79646" w:themeColor="accent6"/>
          <w:left w:val="single" w:sz="8" w:space="0" w:color="F79646" w:themeColor="accent6"/>
          <w:bottom w:val="single" w:sz="8" w:space="0" w:color="F79646" w:themeColor="accent6"/>
          <w:right w:val="single" w:sz="8" w:space="0" w:color="F79646" w:themeColor="accent6"/>
          <w:insideH w:val="nil"/>
          <w:insideV w:val="single" w:sz="8" w:space="0" w:color="F79646" w:themeColor="accent6"/>
        </w:tcBorders>
      </w:tcPr>
    </w:tblStylePr>
    <w:tblStylePr w:type="firstCol">
      <w:rPr>
        <w:rFonts w:asciiTheme="majorHAnsi" w:eastAsiaTheme="majorEastAsia" w:hAnsiTheme="majorHAnsi" w:cstheme="majorBidi"/>
        <w:b/>
        <w:bCs/>
      </w:rPr>
    </w:tblStylePr>
    <w:tblStylePr w:type="lastCol">
      <w:rPr>
        <w:rFonts w:asciiTheme="majorHAnsi" w:eastAsiaTheme="majorEastAsia" w:hAnsiTheme="majorHAnsi" w:cstheme="majorBidi"/>
        <w:b/>
        <w:bCs/>
      </w:rPr>
      <w:tblPr/>
      <w:tcPr>
        <w:tcBorders>
          <w:top w:val="single" w:sz="8" w:space="0" w:color="F79646" w:themeColor="accent6"/>
          <w:left w:val="single" w:sz="8" w:space="0" w:color="F79646" w:themeColor="accent6"/>
          <w:bottom w:val="single" w:sz="8" w:space="0" w:color="F79646" w:themeColor="accent6"/>
          <w:right w:val="single" w:sz="8" w:space="0" w:color="F79646" w:themeColor="accent6"/>
        </w:tcBorders>
      </w:tcPr>
    </w:tblStylePr>
    <w:tblStylePr w:type="band1Vert">
      <w:tblPr/>
      <w:tcPr>
        <w:tcBorders>
          <w:top w:val="single" w:sz="8" w:space="0" w:color="F79646" w:themeColor="accent6"/>
          <w:left w:val="single" w:sz="8" w:space="0" w:color="F79646" w:themeColor="accent6"/>
          <w:bottom w:val="single" w:sz="8" w:space="0" w:color="F79646" w:themeColor="accent6"/>
          <w:right w:val="single" w:sz="8" w:space="0" w:color="F79646" w:themeColor="accent6"/>
        </w:tcBorders>
        <w:shd w:val="clear" w:color="auto" w:fill="FDE4D0" w:themeFill="accent6" w:themeFillTint="3F"/>
      </w:tcPr>
    </w:tblStylePr>
    <w:tblStylePr w:type="band1Horz">
      <w:tblPr/>
      <w:tcPr>
        <w:tcBorders>
          <w:top w:val="single" w:sz="8" w:space="0" w:color="F79646" w:themeColor="accent6"/>
          <w:left w:val="single" w:sz="8" w:space="0" w:color="F79646" w:themeColor="accent6"/>
          <w:bottom w:val="single" w:sz="8" w:space="0" w:color="F79646" w:themeColor="accent6"/>
          <w:right w:val="single" w:sz="8" w:space="0" w:color="F79646" w:themeColor="accent6"/>
          <w:insideV w:val="single" w:sz="8" w:space="0" w:color="F79646" w:themeColor="accent6"/>
        </w:tcBorders>
        <w:shd w:val="clear" w:color="auto" w:fill="FDE4D0" w:themeFill="accent6" w:themeFillTint="3F"/>
      </w:tcPr>
    </w:tblStylePr>
    <w:tblStylePr w:type="band2Horz">
      <w:tblPr/>
      <w:tcPr>
        <w:tcBorders>
          <w:top w:val="single" w:sz="8" w:space="0" w:color="F79646" w:themeColor="accent6"/>
          <w:left w:val="single" w:sz="8" w:space="0" w:color="F79646" w:themeColor="accent6"/>
          <w:bottom w:val="single" w:sz="8" w:space="0" w:color="F79646" w:themeColor="accent6"/>
          <w:right w:val="single" w:sz="8" w:space="0" w:color="F79646" w:themeColor="accent6"/>
          <w:insideV w:val="single" w:sz="8" w:space="0" w:color="F79646" w:themeColor="accent6"/>
        </w:tcBorders>
      </w:tcPr>
    </w:tblStylePr>
  </w:style>
  <w:style w:type="table" w:styleId="MediumShading1">
    <w:name w:val="Medium Shading 1"/>
    <w:basedOn w:val="TableNormal"/>
    <w:uiPriority w:val="63"/>
    <w:rsid w:val="00CB0664"/>
    <w:pPr>
      <w:spacing w:after="0" w:line="240" w:lineRule="auto"/>
    </w:pPr>
    <w:tblPr>
      <w:tblStyleRowBandSize w:val="1"/>
      <w:tblStyleColBandSize w:val="1"/>
      <w:tblInd w:w="0" w:type="dxa"/>
      <w:tblBorders>
        <w:top w:val="single" w:sz="8" w:space="0" w:color="404040" w:themeColor="text1" w:themeTint="BF"/>
        <w:left w:val="single" w:sz="8" w:space="0" w:color="404040" w:themeColor="text1" w:themeTint="BF"/>
        <w:bottom w:val="single" w:sz="8" w:space="0" w:color="404040" w:themeColor="text1" w:themeTint="BF"/>
        <w:right w:val="single" w:sz="8" w:space="0" w:color="404040" w:themeColor="text1" w:themeTint="BF"/>
        <w:insideH w:val="single" w:sz="8" w:space="0" w:color="404040" w:themeColor="text1" w:themeTint="BF"/>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tcBorders>
          <w:top w:val="single" w:sz="8" w:space="0" w:color="404040" w:themeColor="text1" w:themeTint="BF"/>
          <w:left w:val="single" w:sz="8" w:space="0" w:color="404040" w:themeColor="text1" w:themeTint="BF"/>
          <w:bottom w:val="single" w:sz="8" w:space="0" w:color="404040" w:themeColor="text1" w:themeTint="BF"/>
          <w:right w:val="single" w:sz="8" w:space="0" w:color="404040" w:themeColor="text1" w:themeTint="BF"/>
          <w:insideH w:val="nil"/>
          <w:insideV w:val="nil"/>
        </w:tcBorders>
        <w:shd w:val="clear" w:color="auto" w:fill="000000" w:themeFill="text1"/>
      </w:tcPr>
    </w:tblStylePr>
    <w:tblStylePr w:type="lastRow">
      <w:pPr>
        <w:spacing w:before="0" w:after="0" w:line="240" w:lineRule="auto"/>
      </w:pPr>
      <w:rPr>
        <w:b/>
        <w:bCs/>
      </w:rPr>
      <w:tblPr/>
      <w:tcPr>
        <w:tcBorders>
          <w:top w:val="double" w:sz="6" w:space="0" w:color="404040" w:themeColor="text1" w:themeTint="BF"/>
          <w:left w:val="single" w:sz="8" w:space="0" w:color="404040" w:themeColor="text1" w:themeTint="BF"/>
          <w:bottom w:val="single" w:sz="8" w:space="0" w:color="404040" w:themeColor="text1" w:themeTint="BF"/>
          <w:right w:val="single" w:sz="8" w:space="0" w:color="404040" w:themeColor="text1" w:themeTint="BF"/>
          <w:insideH w:val="nil"/>
          <w:insideV w:val="nil"/>
        </w:tcBorders>
      </w:tcPr>
    </w:tblStylePr>
    <w:tblStylePr w:type="firstCol">
      <w:rPr>
        <w:b/>
        <w:bCs/>
      </w:rPr>
    </w:tblStylePr>
    <w:tblStylePr w:type="lastCol">
      <w:rPr>
        <w:b/>
        <w:bCs/>
      </w:rPr>
    </w:tblStylePr>
    <w:tblStylePr w:type="band1Vert">
      <w:tblPr/>
      <w:tcPr>
        <w:shd w:val="clear" w:color="auto" w:fill="C0C0C0" w:themeFill="text1" w:themeFillTint="3F"/>
      </w:tcPr>
    </w:tblStylePr>
    <w:tblStylePr w:type="band1Horz">
      <w:tblPr/>
      <w:tcPr>
        <w:tcBorders>
          <w:insideH w:val="nil"/>
          <w:insideV w:val="nil"/>
        </w:tcBorders>
        <w:shd w:val="clear" w:color="auto" w:fill="C0C0C0" w:themeFill="text1" w:themeFillTint="3F"/>
      </w:tcPr>
    </w:tblStylePr>
    <w:tblStylePr w:type="band2Horz">
      <w:tblPr/>
      <w:tcPr>
        <w:tcBorders>
          <w:insideH w:val="nil"/>
          <w:insideV w:val="nil"/>
        </w:tcBorders>
      </w:tcPr>
    </w:tblStylePr>
  </w:style>
  <w:style w:type="table" w:styleId="MediumShading1-Accent1">
    <w:name w:val="Medium Shading 1 Accent 1"/>
    <w:basedOn w:val="TableNormal"/>
    <w:uiPriority w:val="63"/>
    <w:rsid w:val="00CB0664"/>
    <w:pPr>
      <w:spacing w:after="0" w:line="240" w:lineRule="auto"/>
    </w:pPr>
    <w:tblPr>
      <w:tblStyleRowBandSize w:val="1"/>
      <w:tblStyleColBandSize w:val="1"/>
      <w:tblInd w:w="0" w:type="dxa"/>
      <w:tblBorders>
        <w:top w:val="single" w:sz="8" w:space="0" w:color="7BA0CD" w:themeColor="accent1" w:themeTint="BF"/>
        <w:left w:val="single" w:sz="8" w:space="0" w:color="7BA0CD" w:themeColor="accent1" w:themeTint="BF"/>
        <w:bottom w:val="single" w:sz="8" w:space="0" w:color="7BA0CD" w:themeColor="accent1" w:themeTint="BF"/>
        <w:right w:val="single" w:sz="8" w:space="0" w:color="7BA0CD" w:themeColor="accent1" w:themeTint="BF"/>
        <w:insideH w:val="single" w:sz="8" w:space="0" w:color="7BA0CD" w:themeColor="accent1" w:themeTint="BF"/>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tcBorders>
          <w:top w:val="single" w:sz="8" w:space="0" w:color="7BA0CD" w:themeColor="accent1" w:themeTint="BF"/>
          <w:left w:val="single" w:sz="8" w:space="0" w:color="7BA0CD" w:themeColor="accent1" w:themeTint="BF"/>
          <w:bottom w:val="single" w:sz="8" w:space="0" w:color="7BA0CD" w:themeColor="accent1" w:themeTint="BF"/>
          <w:right w:val="single" w:sz="8" w:space="0" w:color="7BA0CD" w:themeColor="accent1" w:themeTint="BF"/>
          <w:insideH w:val="nil"/>
          <w:insideV w:val="nil"/>
        </w:tcBorders>
        <w:shd w:val="clear" w:color="auto" w:fill="4F81BD" w:themeFill="accent1"/>
      </w:tcPr>
    </w:tblStylePr>
    <w:tblStylePr w:type="lastRow">
      <w:pPr>
        <w:spacing w:before="0" w:after="0" w:line="240" w:lineRule="auto"/>
      </w:pPr>
      <w:rPr>
        <w:b/>
        <w:bCs/>
      </w:rPr>
      <w:tblPr/>
      <w:tcPr>
        <w:tcBorders>
          <w:top w:val="double" w:sz="6" w:space="0" w:color="7BA0CD" w:themeColor="accent1" w:themeTint="BF"/>
          <w:left w:val="single" w:sz="8" w:space="0" w:color="7BA0CD" w:themeColor="accent1" w:themeTint="BF"/>
          <w:bottom w:val="single" w:sz="8" w:space="0" w:color="7BA0CD" w:themeColor="accent1" w:themeTint="BF"/>
          <w:right w:val="single" w:sz="8" w:space="0" w:color="7BA0CD" w:themeColor="accent1" w:themeTint="BF"/>
          <w:insideH w:val="nil"/>
          <w:insideV w:val="nil"/>
        </w:tcBorders>
      </w:tcPr>
    </w:tblStylePr>
    <w:tblStylePr w:type="firstCol">
      <w:rPr>
        <w:b/>
        <w:bCs/>
      </w:rPr>
    </w:tblStylePr>
    <w:tblStylePr w:type="lastCol">
      <w:rPr>
        <w:b/>
        <w:bCs/>
      </w:rPr>
    </w:tblStylePr>
    <w:tblStylePr w:type="band1Vert">
      <w:tblPr/>
      <w:tcPr>
        <w:shd w:val="clear" w:color="auto" w:fill="D3DFEE" w:themeFill="accent1" w:themeFillTint="3F"/>
      </w:tcPr>
    </w:tblStylePr>
    <w:tblStylePr w:type="band1Horz">
      <w:tblPr/>
      <w:tcPr>
        <w:tcBorders>
          <w:insideH w:val="nil"/>
          <w:insideV w:val="nil"/>
        </w:tcBorders>
        <w:shd w:val="clear" w:color="auto" w:fill="D3DFEE" w:themeFill="accent1" w:themeFillTint="3F"/>
      </w:tcPr>
    </w:tblStylePr>
    <w:tblStylePr w:type="band2Horz">
      <w:tblPr/>
      <w:tcPr>
        <w:tcBorders>
          <w:insideH w:val="nil"/>
          <w:insideV w:val="nil"/>
        </w:tcBorders>
      </w:tcPr>
    </w:tblStylePr>
  </w:style>
  <w:style w:type="table" w:styleId="MediumShading1-Accent2">
    <w:name w:val="Medium Shading 1 Accent 2"/>
    <w:basedOn w:val="TableNormal"/>
    <w:uiPriority w:val="63"/>
    <w:rsid w:val="00CB0664"/>
    <w:pPr>
      <w:spacing w:after="0" w:line="240" w:lineRule="auto"/>
    </w:pPr>
    <w:tblPr>
      <w:tblStyleRowBandSize w:val="1"/>
      <w:tblStyleColBandSize w:val="1"/>
      <w:tblInd w:w="0" w:type="dxa"/>
      <w:tblBorders>
        <w:top w:val="single" w:sz="8" w:space="0" w:color="CF7B79" w:themeColor="accent2" w:themeTint="BF"/>
        <w:left w:val="single" w:sz="8" w:space="0" w:color="CF7B79" w:themeColor="accent2" w:themeTint="BF"/>
        <w:bottom w:val="single" w:sz="8" w:space="0" w:color="CF7B79" w:themeColor="accent2" w:themeTint="BF"/>
        <w:right w:val="single" w:sz="8" w:space="0" w:color="CF7B79" w:themeColor="accent2" w:themeTint="BF"/>
        <w:insideH w:val="single" w:sz="8" w:space="0" w:color="CF7B79" w:themeColor="accent2" w:themeTint="BF"/>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tcBorders>
          <w:top w:val="single" w:sz="8" w:space="0" w:color="CF7B79" w:themeColor="accent2" w:themeTint="BF"/>
          <w:left w:val="single" w:sz="8" w:space="0" w:color="CF7B79" w:themeColor="accent2" w:themeTint="BF"/>
          <w:bottom w:val="single" w:sz="8" w:space="0" w:color="CF7B79" w:themeColor="accent2" w:themeTint="BF"/>
          <w:right w:val="single" w:sz="8" w:space="0" w:color="CF7B79" w:themeColor="accent2" w:themeTint="BF"/>
          <w:insideH w:val="nil"/>
          <w:insideV w:val="nil"/>
        </w:tcBorders>
        <w:shd w:val="clear" w:color="auto" w:fill="C0504D" w:themeFill="accent2"/>
      </w:tcPr>
    </w:tblStylePr>
    <w:tblStylePr w:type="lastRow">
      <w:pPr>
        <w:spacing w:before="0" w:after="0" w:line="240" w:lineRule="auto"/>
      </w:pPr>
      <w:rPr>
        <w:b/>
        <w:bCs/>
      </w:rPr>
      <w:tblPr/>
      <w:tcPr>
        <w:tcBorders>
          <w:top w:val="double" w:sz="6" w:space="0" w:color="CF7B79" w:themeColor="accent2" w:themeTint="BF"/>
          <w:left w:val="single" w:sz="8" w:space="0" w:color="CF7B79" w:themeColor="accent2" w:themeTint="BF"/>
          <w:bottom w:val="single" w:sz="8" w:space="0" w:color="CF7B79" w:themeColor="accent2" w:themeTint="BF"/>
          <w:right w:val="single" w:sz="8" w:space="0" w:color="CF7B79" w:themeColor="accent2" w:themeTint="BF"/>
          <w:insideH w:val="nil"/>
          <w:insideV w:val="nil"/>
        </w:tcBorders>
      </w:tcPr>
    </w:tblStylePr>
    <w:tblStylePr w:type="firstCol">
      <w:rPr>
        <w:b/>
        <w:bCs/>
      </w:rPr>
    </w:tblStylePr>
    <w:tblStylePr w:type="lastCol">
      <w:rPr>
        <w:b/>
        <w:bCs/>
      </w:rPr>
    </w:tblStylePr>
    <w:tblStylePr w:type="band1Vert">
      <w:tblPr/>
      <w:tcPr>
        <w:shd w:val="clear" w:color="auto" w:fill="EFD3D2" w:themeFill="accent2" w:themeFillTint="3F"/>
      </w:tcPr>
    </w:tblStylePr>
    <w:tblStylePr w:type="band1Horz">
      <w:tblPr/>
      <w:tcPr>
        <w:tcBorders>
          <w:insideH w:val="nil"/>
          <w:insideV w:val="nil"/>
        </w:tcBorders>
        <w:shd w:val="clear" w:color="auto" w:fill="EFD3D2" w:themeFill="accent2" w:themeFillTint="3F"/>
      </w:tcPr>
    </w:tblStylePr>
    <w:tblStylePr w:type="band2Horz">
      <w:tblPr/>
      <w:tcPr>
        <w:tcBorders>
          <w:insideH w:val="nil"/>
          <w:insideV w:val="nil"/>
        </w:tcBorders>
      </w:tcPr>
    </w:tblStylePr>
  </w:style>
  <w:style w:type="table" w:styleId="MediumShading1-Accent3">
    <w:name w:val="Medium Shading 1 Accent 3"/>
    <w:basedOn w:val="TableNormal"/>
    <w:uiPriority w:val="63"/>
    <w:rsid w:val="00CB0664"/>
    <w:pPr>
      <w:spacing w:after="0" w:line="240" w:lineRule="auto"/>
    </w:pPr>
    <w:tblPr>
      <w:tblStyleRowBandSize w:val="1"/>
      <w:tblStyleColBandSize w:val="1"/>
      <w:tblInd w:w="0" w:type="dxa"/>
      <w:tblBorders>
        <w:top w:val="single" w:sz="8" w:space="0" w:color="B3CC82" w:themeColor="accent3" w:themeTint="BF"/>
        <w:left w:val="single" w:sz="8" w:space="0" w:color="B3CC82" w:themeColor="accent3" w:themeTint="BF"/>
        <w:bottom w:val="single" w:sz="8" w:space="0" w:color="B3CC82" w:themeColor="accent3" w:themeTint="BF"/>
        <w:right w:val="single" w:sz="8" w:space="0" w:color="B3CC82" w:themeColor="accent3" w:themeTint="BF"/>
        <w:insideH w:val="single" w:sz="8" w:space="0" w:color="B3CC82" w:themeColor="accent3" w:themeTint="BF"/>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tcBorders>
          <w:top w:val="single" w:sz="8" w:space="0" w:color="B3CC82" w:themeColor="accent3" w:themeTint="BF"/>
          <w:left w:val="single" w:sz="8" w:space="0" w:color="B3CC82" w:themeColor="accent3" w:themeTint="BF"/>
          <w:bottom w:val="single" w:sz="8" w:space="0" w:color="B3CC82" w:themeColor="accent3" w:themeTint="BF"/>
          <w:right w:val="single" w:sz="8" w:space="0" w:color="B3CC82" w:themeColor="accent3" w:themeTint="BF"/>
          <w:insideH w:val="nil"/>
          <w:insideV w:val="nil"/>
        </w:tcBorders>
        <w:shd w:val="clear" w:color="auto" w:fill="9BBB59" w:themeFill="accent3"/>
      </w:tcPr>
    </w:tblStylePr>
    <w:tblStylePr w:type="lastRow">
      <w:pPr>
        <w:spacing w:before="0" w:after="0" w:line="240" w:lineRule="auto"/>
      </w:pPr>
      <w:rPr>
        <w:b/>
        <w:bCs/>
      </w:rPr>
      <w:tblPr/>
      <w:tcPr>
        <w:tcBorders>
          <w:top w:val="double" w:sz="6" w:space="0" w:color="B3CC82" w:themeColor="accent3" w:themeTint="BF"/>
          <w:left w:val="single" w:sz="8" w:space="0" w:color="B3CC82" w:themeColor="accent3" w:themeTint="BF"/>
          <w:bottom w:val="single" w:sz="8" w:space="0" w:color="B3CC82" w:themeColor="accent3" w:themeTint="BF"/>
          <w:right w:val="single" w:sz="8" w:space="0" w:color="B3CC82" w:themeColor="accent3" w:themeTint="BF"/>
          <w:insideH w:val="nil"/>
          <w:insideV w:val="nil"/>
        </w:tcBorders>
      </w:tcPr>
    </w:tblStylePr>
    <w:tblStylePr w:type="firstCol">
      <w:rPr>
        <w:b/>
        <w:bCs/>
      </w:rPr>
    </w:tblStylePr>
    <w:tblStylePr w:type="lastCol">
      <w:rPr>
        <w:b/>
        <w:bCs/>
      </w:rPr>
    </w:tblStylePr>
    <w:tblStylePr w:type="band1Vert">
      <w:tblPr/>
      <w:tcPr>
        <w:shd w:val="clear" w:color="auto" w:fill="E6EED5" w:themeFill="accent3" w:themeFillTint="3F"/>
      </w:tcPr>
    </w:tblStylePr>
    <w:tblStylePr w:type="band1Horz">
      <w:tblPr/>
      <w:tcPr>
        <w:tcBorders>
          <w:insideH w:val="nil"/>
          <w:insideV w:val="nil"/>
        </w:tcBorders>
        <w:shd w:val="clear" w:color="auto" w:fill="E6EED5" w:themeFill="accent3" w:themeFillTint="3F"/>
      </w:tcPr>
    </w:tblStylePr>
    <w:tblStylePr w:type="band2Horz">
      <w:tblPr/>
      <w:tcPr>
        <w:tcBorders>
          <w:insideH w:val="nil"/>
          <w:insideV w:val="nil"/>
        </w:tcBorders>
      </w:tcPr>
    </w:tblStylePr>
  </w:style>
  <w:style w:type="table" w:styleId="MediumShading1-Accent4">
    <w:name w:val="Medium Shading 1 Accent 4"/>
    <w:basedOn w:val="TableNormal"/>
    <w:uiPriority w:val="63"/>
    <w:rsid w:val="00CB0664"/>
    <w:pPr>
      <w:spacing w:after="0" w:line="240" w:lineRule="auto"/>
    </w:pPr>
    <w:tblPr>
      <w:tblStyleRowBandSize w:val="1"/>
      <w:tblStyleColBandSize w:val="1"/>
      <w:tblInd w:w="0" w:type="dxa"/>
      <w:tblBorders>
        <w:top w:val="single" w:sz="8" w:space="0" w:color="9F8AB9" w:themeColor="accent4" w:themeTint="BF"/>
        <w:left w:val="single" w:sz="8" w:space="0" w:color="9F8AB9" w:themeColor="accent4" w:themeTint="BF"/>
        <w:bottom w:val="single" w:sz="8" w:space="0" w:color="9F8AB9" w:themeColor="accent4" w:themeTint="BF"/>
        <w:right w:val="single" w:sz="8" w:space="0" w:color="9F8AB9" w:themeColor="accent4" w:themeTint="BF"/>
        <w:insideH w:val="single" w:sz="8" w:space="0" w:color="9F8AB9" w:themeColor="accent4" w:themeTint="BF"/>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tcBorders>
          <w:top w:val="single" w:sz="8" w:space="0" w:color="9F8AB9" w:themeColor="accent4" w:themeTint="BF"/>
          <w:left w:val="single" w:sz="8" w:space="0" w:color="9F8AB9" w:themeColor="accent4" w:themeTint="BF"/>
          <w:bottom w:val="single" w:sz="8" w:space="0" w:color="9F8AB9" w:themeColor="accent4" w:themeTint="BF"/>
          <w:right w:val="single" w:sz="8" w:space="0" w:color="9F8AB9" w:themeColor="accent4" w:themeTint="BF"/>
          <w:insideH w:val="nil"/>
          <w:insideV w:val="nil"/>
        </w:tcBorders>
        <w:shd w:val="clear" w:color="auto" w:fill="8064A2" w:themeFill="accent4"/>
      </w:tcPr>
    </w:tblStylePr>
    <w:tblStylePr w:type="lastRow">
      <w:pPr>
        <w:spacing w:before="0" w:after="0" w:line="240" w:lineRule="auto"/>
      </w:pPr>
      <w:rPr>
        <w:b/>
        <w:bCs/>
      </w:rPr>
      <w:tblPr/>
      <w:tcPr>
        <w:tcBorders>
          <w:top w:val="double" w:sz="6" w:space="0" w:color="9F8AB9" w:themeColor="accent4" w:themeTint="BF"/>
          <w:left w:val="single" w:sz="8" w:space="0" w:color="9F8AB9" w:themeColor="accent4" w:themeTint="BF"/>
          <w:bottom w:val="single" w:sz="8" w:space="0" w:color="9F8AB9" w:themeColor="accent4" w:themeTint="BF"/>
          <w:right w:val="single" w:sz="8" w:space="0" w:color="9F8AB9" w:themeColor="accent4" w:themeTint="BF"/>
          <w:insideH w:val="nil"/>
          <w:insideV w:val="nil"/>
        </w:tcBorders>
      </w:tcPr>
    </w:tblStylePr>
    <w:tblStylePr w:type="firstCol">
      <w:rPr>
        <w:b/>
        <w:bCs/>
      </w:rPr>
    </w:tblStylePr>
    <w:tblStylePr w:type="lastCol">
      <w:rPr>
        <w:b/>
        <w:bCs/>
      </w:rPr>
    </w:tblStylePr>
    <w:tblStylePr w:type="band1Vert">
      <w:tblPr/>
      <w:tcPr>
        <w:shd w:val="clear" w:color="auto" w:fill="DFD8E8" w:themeFill="accent4" w:themeFillTint="3F"/>
      </w:tcPr>
    </w:tblStylePr>
    <w:tblStylePr w:type="band1Horz">
      <w:tblPr/>
      <w:tcPr>
        <w:tcBorders>
          <w:insideH w:val="nil"/>
          <w:insideV w:val="nil"/>
        </w:tcBorders>
        <w:shd w:val="clear" w:color="auto" w:fill="DFD8E8" w:themeFill="accent4" w:themeFillTint="3F"/>
      </w:tcPr>
    </w:tblStylePr>
    <w:tblStylePr w:type="band2Horz">
      <w:tblPr/>
      <w:tcPr>
        <w:tcBorders>
          <w:insideH w:val="nil"/>
          <w:insideV w:val="nil"/>
        </w:tcBorders>
      </w:tcPr>
    </w:tblStylePr>
  </w:style>
  <w:style w:type="table" w:styleId="MediumShading1-Accent5">
    <w:name w:val="Medium Shading 1 Accent 5"/>
    <w:basedOn w:val="TableNormal"/>
    <w:uiPriority w:val="63"/>
    <w:rsid w:val="00CB0664"/>
    <w:pPr>
      <w:spacing w:after="0" w:line="240" w:lineRule="auto"/>
    </w:pPr>
    <w:tblPr>
      <w:tblStyleRowBandSize w:val="1"/>
      <w:tblStyleColBandSize w:val="1"/>
      <w:tblInd w:w="0" w:type="dxa"/>
      <w:tblBorders>
        <w:top w:val="single" w:sz="8" w:space="0" w:color="78C0D4" w:themeColor="accent5" w:themeTint="BF"/>
        <w:left w:val="single" w:sz="8" w:space="0" w:color="78C0D4" w:themeColor="accent5" w:themeTint="BF"/>
        <w:bottom w:val="single" w:sz="8" w:space="0" w:color="78C0D4" w:themeColor="accent5" w:themeTint="BF"/>
        <w:right w:val="single" w:sz="8" w:space="0" w:color="78C0D4" w:themeColor="accent5" w:themeTint="BF"/>
        <w:insideH w:val="single" w:sz="8" w:space="0" w:color="78C0D4" w:themeColor="accent5" w:themeTint="BF"/>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tcBorders>
          <w:top w:val="single" w:sz="8" w:space="0" w:color="78C0D4" w:themeColor="accent5" w:themeTint="BF"/>
          <w:left w:val="single" w:sz="8" w:space="0" w:color="78C0D4" w:themeColor="accent5" w:themeTint="BF"/>
          <w:bottom w:val="single" w:sz="8" w:space="0" w:color="78C0D4" w:themeColor="accent5" w:themeTint="BF"/>
          <w:right w:val="single" w:sz="8" w:space="0" w:color="78C0D4" w:themeColor="accent5" w:themeTint="BF"/>
          <w:insideH w:val="nil"/>
          <w:insideV w:val="nil"/>
        </w:tcBorders>
        <w:shd w:val="clear" w:color="auto" w:fill="4BACC6" w:themeFill="accent5"/>
      </w:tcPr>
    </w:tblStylePr>
    <w:tblStylePr w:type="lastRow">
      <w:pPr>
        <w:spacing w:before="0" w:after="0" w:line="240" w:lineRule="auto"/>
      </w:pPr>
      <w:rPr>
        <w:b/>
        <w:bCs/>
      </w:rPr>
      <w:tblPr/>
      <w:tcPr>
        <w:tcBorders>
          <w:top w:val="double" w:sz="6" w:space="0" w:color="78C0D4" w:themeColor="accent5" w:themeTint="BF"/>
          <w:left w:val="single" w:sz="8" w:space="0" w:color="78C0D4" w:themeColor="accent5" w:themeTint="BF"/>
          <w:bottom w:val="single" w:sz="8" w:space="0" w:color="78C0D4" w:themeColor="accent5" w:themeTint="BF"/>
          <w:right w:val="single" w:sz="8" w:space="0" w:color="78C0D4" w:themeColor="accent5" w:themeTint="BF"/>
          <w:insideH w:val="nil"/>
          <w:insideV w:val="nil"/>
        </w:tcBorders>
      </w:tcPr>
    </w:tblStylePr>
    <w:tblStylePr w:type="firstCol">
      <w:rPr>
        <w:b/>
        <w:bCs/>
      </w:rPr>
    </w:tblStylePr>
    <w:tblStylePr w:type="lastCol">
      <w:rPr>
        <w:b/>
        <w:bCs/>
      </w:rPr>
    </w:tblStylePr>
    <w:tblStylePr w:type="band1Vert">
      <w:tblPr/>
      <w:tcPr>
        <w:shd w:val="clear" w:color="auto" w:fill="D2EAF1" w:themeFill="accent5" w:themeFillTint="3F"/>
      </w:tcPr>
    </w:tblStylePr>
    <w:tblStylePr w:type="band1Horz">
      <w:tblPr/>
      <w:tcPr>
        <w:tcBorders>
          <w:insideH w:val="nil"/>
          <w:insideV w:val="nil"/>
        </w:tcBorders>
        <w:shd w:val="clear" w:color="auto" w:fill="D2EAF1" w:themeFill="accent5" w:themeFillTint="3F"/>
      </w:tcPr>
    </w:tblStylePr>
    <w:tblStylePr w:type="band2Horz">
      <w:tblPr/>
      <w:tcPr>
        <w:tcBorders>
          <w:insideH w:val="nil"/>
          <w:insideV w:val="nil"/>
        </w:tcBorders>
      </w:tcPr>
    </w:tblStylePr>
  </w:style>
  <w:style w:type="table" w:styleId="MediumShading1-Accent6">
    <w:name w:val="Medium Shading 1 Accent 6"/>
    <w:basedOn w:val="TableNormal"/>
    <w:uiPriority w:val="63"/>
    <w:rsid w:val="00CB0664"/>
    <w:pPr>
      <w:spacing w:after="0" w:line="240" w:lineRule="auto"/>
    </w:pPr>
    <w:tblPr>
      <w:tblStyleRowBandSize w:val="1"/>
      <w:tblStyleColBandSize w:val="1"/>
      <w:tblInd w:w="0" w:type="dxa"/>
      <w:tblBorders>
        <w:top w:val="single" w:sz="8" w:space="0" w:color="F9B074" w:themeColor="accent6" w:themeTint="BF"/>
        <w:left w:val="single" w:sz="8" w:space="0" w:color="F9B074" w:themeColor="accent6" w:themeTint="BF"/>
        <w:bottom w:val="single" w:sz="8" w:space="0" w:color="F9B074" w:themeColor="accent6" w:themeTint="BF"/>
        <w:right w:val="single" w:sz="8" w:space="0" w:color="F9B074" w:themeColor="accent6" w:themeTint="BF"/>
        <w:insideH w:val="single" w:sz="8" w:space="0" w:color="F9B074" w:themeColor="accent6" w:themeTint="BF"/>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tcBorders>
          <w:top w:val="single" w:sz="8" w:space="0" w:color="F9B074" w:themeColor="accent6" w:themeTint="BF"/>
          <w:left w:val="single" w:sz="8" w:space="0" w:color="F9B074" w:themeColor="accent6" w:themeTint="BF"/>
          <w:bottom w:val="single" w:sz="8" w:space="0" w:color="F9B074" w:themeColor="accent6" w:themeTint="BF"/>
          <w:right w:val="single" w:sz="8" w:space="0" w:color="F9B074" w:themeColor="accent6" w:themeTint="BF"/>
          <w:insideH w:val="nil"/>
          <w:insideV w:val="nil"/>
        </w:tcBorders>
        <w:shd w:val="clear" w:color="auto" w:fill="F79646" w:themeFill="accent6"/>
      </w:tcPr>
    </w:tblStylePr>
    <w:tblStylePr w:type="lastRow">
      <w:pPr>
        <w:spacing w:before="0" w:after="0" w:line="240" w:lineRule="auto"/>
      </w:pPr>
      <w:rPr>
        <w:b/>
        <w:bCs/>
      </w:rPr>
      <w:tblPr/>
      <w:tcPr>
        <w:tcBorders>
          <w:top w:val="double" w:sz="6" w:space="0" w:color="F9B074" w:themeColor="accent6" w:themeTint="BF"/>
          <w:left w:val="single" w:sz="8" w:space="0" w:color="F9B074" w:themeColor="accent6" w:themeTint="BF"/>
          <w:bottom w:val="single" w:sz="8" w:space="0" w:color="F9B074" w:themeColor="accent6" w:themeTint="BF"/>
          <w:right w:val="single" w:sz="8" w:space="0" w:color="F9B074" w:themeColor="accent6" w:themeTint="BF"/>
          <w:insideH w:val="nil"/>
          <w:insideV w:val="nil"/>
        </w:tcBorders>
      </w:tcPr>
    </w:tblStylePr>
    <w:tblStylePr w:type="firstCol">
      <w:rPr>
        <w:b/>
        <w:bCs/>
      </w:rPr>
    </w:tblStylePr>
    <w:tblStylePr w:type="lastCol">
      <w:rPr>
        <w:b/>
        <w:bCs/>
      </w:rPr>
    </w:tblStylePr>
    <w:tblStylePr w:type="band1Vert">
      <w:tblPr/>
      <w:tcPr>
        <w:shd w:val="clear" w:color="auto" w:fill="FDE4D0" w:themeFill="accent6" w:themeFillTint="3F"/>
      </w:tcPr>
    </w:tblStylePr>
    <w:tblStylePr w:type="band1Horz">
      <w:tblPr/>
      <w:tcPr>
        <w:tcBorders>
          <w:insideH w:val="nil"/>
          <w:insideV w:val="nil"/>
        </w:tcBorders>
        <w:shd w:val="clear" w:color="auto" w:fill="FDE4D0" w:themeFill="accent6" w:themeFillTint="3F"/>
      </w:tcPr>
    </w:tblStylePr>
    <w:tblStylePr w:type="band2Horz">
      <w:tblPr/>
      <w:tcPr>
        <w:tcBorders>
          <w:insideH w:val="nil"/>
          <w:insideV w:val="nil"/>
        </w:tcBorders>
      </w:tcPr>
    </w:tblStylePr>
  </w:style>
  <w:style w:type="table" w:styleId="MediumShading2">
    <w:name w:val="Medium Shading 2"/>
    <w:basedOn w:val="TableNormal"/>
    <w:uiPriority w:val="64"/>
    <w:rsid w:val="00CB0664"/>
    <w:pPr>
      <w:spacing w:after="0" w:line="240" w:lineRule="auto"/>
    </w:pPr>
    <w:tblPr>
      <w:tblStyleRowBandSize w:val="1"/>
      <w:tblStyleColBandSize w:val="1"/>
      <w:tblInd w:w="0" w:type="dxa"/>
      <w:tblBorders>
        <w:top w:val="single" w:sz="18" w:space="0" w:color="auto"/>
        <w:bottom w:val="single" w:sz="18" w:space="0" w:color="auto"/>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tcBorders>
          <w:top w:val="single" w:sz="18" w:space="0" w:color="auto"/>
          <w:left w:val="nil"/>
          <w:bottom w:val="single" w:sz="18" w:space="0" w:color="auto"/>
          <w:right w:val="nil"/>
          <w:insideH w:val="nil"/>
          <w:insideV w:val="nil"/>
        </w:tcBorders>
        <w:shd w:val="clear" w:color="auto" w:fill="000000" w:themeFill="text1"/>
      </w:tcPr>
    </w:tblStylePr>
    <w:tblStylePr w:type="lastRow">
      <w:pPr>
        <w:spacing w:before="0" w:after="0" w:line="240" w:lineRule="auto"/>
      </w:pPr>
      <w:rPr>
        <w:color w:val="auto"/>
      </w:rPr>
      <w:tblPr/>
      <w:tcPr>
        <w:tcBorders>
          <w:top w:val="double" w:sz="6" w:space="0" w:color="auto"/>
          <w:left w:val="nil"/>
          <w:bottom w:val="single" w:sz="18" w:space="0" w:color="auto"/>
          <w:right w:val="nil"/>
          <w:insideH w:val="nil"/>
          <w:insideV w:val="nil"/>
        </w:tcBorders>
        <w:shd w:val="clear" w:color="auto" w:fill="FFFFFF" w:themeFill="background1"/>
      </w:tcPr>
    </w:tblStylePr>
    <w:tblStylePr w:type="firstCol">
      <w:rPr>
        <w:b/>
        <w:bCs/>
        <w:color w:val="FFFFFF" w:themeColor="background1"/>
      </w:rPr>
      <w:tblPr/>
      <w:tcPr>
        <w:tcBorders>
          <w:top w:val="nil"/>
          <w:left w:val="nil"/>
          <w:bottom w:val="single" w:sz="18" w:space="0" w:color="auto"/>
          <w:right w:val="nil"/>
          <w:insideH w:val="nil"/>
          <w:insideV w:val="nil"/>
        </w:tcBorders>
        <w:shd w:val="clear" w:color="auto" w:fill="000000" w:themeFill="text1"/>
      </w:tcPr>
    </w:tblStylePr>
    <w:tblStylePr w:type="lastCol">
      <w:rPr>
        <w:b/>
        <w:bCs/>
        <w:color w:val="FFFFFF" w:themeColor="background1"/>
      </w:rPr>
      <w:tblPr/>
      <w:tcPr>
        <w:tcBorders>
          <w:left w:val="nil"/>
          <w:right w:val="nil"/>
          <w:insideH w:val="nil"/>
          <w:insideV w:val="nil"/>
        </w:tcBorders>
        <w:shd w:val="clear" w:color="auto" w:fill="000000" w:themeFill="text1"/>
      </w:tcPr>
    </w:tblStylePr>
    <w:tblStylePr w:type="band1Vert">
      <w:tblPr/>
      <w:tcPr>
        <w:tcBorders>
          <w:left w:val="nil"/>
          <w:right w:val="nil"/>
          <w:insideH w:val="nil"/>
          <w:insideV w:val="nil"/>
        </w:tcBorders>
        <w:shd w:val="clear" w:color="auto" w:fill="D8D8D8" w:themeFill="background1" w:themeFillShade="D8"/>
      </w:tcPr>
    </w:tblStylePr>
    <w:tblStylePr w:type="band1Horz">
      <w:tblPr/>
      <w:tcPr>
        <w:shd w:val="clear" w:color="auto" w:fill="D8D8D8" w:themeFill="background1" w:themeFillShade="D8"/>
      </w:tcPr>
    </w:tblStylePr>
    <w:tblStylePr w:type="neCell">
      <w:tblPr/>
      <w:tcPr>
        <w:tcBorders>
          <w:top w:val="single" w:sz="18" w:space="0" w:color="auto"/>
          <w:left w:val="nil"/>
          <w:bottom w:val="single" w:sz="18" w:space="0" w:color="auto"/>
          <w:right w:val="nil"/>
          <w:insideH w:val="nil"/>
          <w:insideV w:val="nil"/>
        </w:tcBorders>
      </w:tcPr>
    </w:tblStylePr>
    <w:tblStylePr w:type="nwCell">
      <w:rPr>
        <w:color w:val="FFFFFF" w:themeColor="background1"/>
      </w:rPr>
      <w:tblPr/>
      <w:tcPr>
        <w:tcBorders>
          <w:top w:val="single" w:sz="18" w:space="0" w:color="auto"/>
          <w:left w:val="nil"/>
          <w:bottom w:val="single" w:sz="18" w:space="0" w:color="auto"/>
          <w:right w:val="nil"/>
          <w:insideH w:val="nil"/>
          <w:insideV w:val="nil"/>
        </w:tcBorders>
      </w:tcPr>
    </w:tblStylePr>
  </w:style>
  <w:style w:type="table" w:styleId="MediumShading2-Accent1">
    <w:name w:val="Medium Shading 2 Accent 1"/>
    <w:basedOn w:val="TableNormal"/>
    <w:uiPriority w:val="64"/>
    <w:rsid w:val="00CB0664"/>
    <w:pPr>
      <w:spacing w:after="0" w:line="240" w:lineRule="auto"/>
    </w:pPr>
    <w:tblPr>
      <w:tblStyleRowBandSize w:val="1"/>
      <w:tblStyleColBandSize w:val="1"/>
      <w:tblInd w:w="0" w:type="dxa"/>
      <w:tblBorders>
        <w:top w:val="single" w:sz="18" w:space="0" w:color="auto"/>
        <w:bottom w:val="single" w:sz="18" w:space="0" w:color="auto"/>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tcBorders>
          <w:top w:val="single" w:sz="18" w:space="0" w:color="auto"/>
          <w:left w:val="nil"/>
          <w:bottom w:val="single" w:sz="18" w:space="0" w:color="auto"/>
          <w:right w:val="nil"/>
          <w:insideH w:val="nil"/>
          <w:insideV w:val="nil"/>
        </w:tcBorders>
        <w:shd w:val="clear" w:color="auto" w:fill="4F81BD" w:themeFill="accent1"/>
      </w:tcPr>
    </w:tblStylePr>
    <w:tblStylePr w:type="lastRow">
      <w:pPr>
        <w:spacing w:before="0" w:after="0" w:line="240" w:lineRule="auto"/>
      </w:pPr>
      <w:rPr>
        <w:color w:val="auto"/>
      </w:rPr>
      <w:tblPr/>
      <w:tcPr>
        <w:tcBorders>
          <w:top w:val="double" w:sz="6" w:space="0" w:color="auto"/>
          <w:left w:val="nil"/>
          <w:bottom w:val="single" w:sz="18" w:space="0" w:color="auto"/>
          <w:right w:val="nil"/>
          <w:insideH w:val="nil"/>
          <w:insideV w:val="nil"/>
        </w:tcBorders>
        <w:shd w:val="clear" w:color="auto" w:fill="FFFFFF" w:themeFill="background1"/>
      </w:tcPr>
    </w:tblStylePr>
    <w:tblStylePr w:type="firstCol">
      <w:rPr>
        <w:b/>
        <w:bCs/>
        <w:color w:val="FFFFFF" w:themeColor="background1"/>
      </w:rPr>
      <w:tblPr/>
      <w:tcPr>
        <w:tcBorders>
          <w:top w:val="nil"/>
          <w:left w:val="nil"/>
          <w:bottom w:val="single" w:sz="18" w:space="0" w:color="auto"/>
          <w:right w:val="nil"/>
          <w:insideH w:val="nil"/>
          <w:insideV w:val="nil"/>
        </w:tcBorders>
        <w:shd w:val="clear" w:color="auto" w:fill="4F81BD" w:themeFill="accent1"/>
      </w:tcPr>
    </w:tblStylePr>
    <w:tblStylePr w:type="lastCol">
      <w:rPr>
        <w:b/>
        <w:bCs/>
        <w:color w:val="FFFFFF" w:themeColor="background1"/>
      </w:rPr>
      <w:tblPr/>
      <w:tcPr>
        <w:tcBorders>
          <w:left w:val="nil"/>
          <w:right w:val="nil"/>
          <w:insideH w:val="nil"/>
          <w:insideV w:val="nil"/>
        </w:tcBorders>
        <w:shd w:val="clear" w:color="auto" w:fill="4F81BD" w:themeFill="accent1"/>
      </w:tcPr>
    </w:tblStylePr>
    <w:tblStylePr w:type="band1Vert">
      <w:tblPr/>
      <w:tcPr>
        <w:tcBorders>
          <w:left w:val="nil"/>
          <w:right w:val="nil"/>
          <w:insideH w:val="nil"/>
          <w:insideV w:val="nil"/>
        </w:tcBorders>
        <w:shd w:val="clear" w:color="auto" w:fill="D8D8D8" w:themeFill="background1" w:themeFillShade="D8"/>
      </w:tcPr>
    </w:tblStylePr>
    <w:tblStylePr w:type="band1Horz">
      <w:tblPr/>
      <w:tcPr>
        <w:shd w:val="clear" w:color="auto" w:fill="D8D8D8" w:themeFill="background1" w:themeFillShade="D8"/>
      </w:tcPr>
    </w:tblStylePr>
    <w:tblStylePr w:type="neCell">
      <w:tblPr/>
      <w:tcPr>
        <w:tcBorders>
          <w:top w:val="single" w:sz="18" w:space="0" w:color="auto"/>
          <w:left w:val="nil"/>
          <w:bottom w:val="single" w:sz="18" w:space="0" w:color="auto"/>
          <w:right w:val="nil"/>
          <w:insideH w:val="nil"/>
          <w:insideV w:val="nil"/>
        </w:tcBorders>
      </w:tcPr>
    </w:tblStylePr>
    <w:tblStylePr w:type="nwCell">
      <w:rPr>
        <w:color w:val="FFFFFF" w:themeColor="background1"/>
      </w:rPr>
      <w:tblPr/>
      <w:tcPr>
        <w:tcBorders>
          <w:top w:val="single" w:sz="18" w:space="0" w:color="auto"/>
          <w:left w:val="nil"/>
          <w:bottom w:val="single" w:sz="18" w:space="0" w:color="auto"/>
          <w:right w:val="nil"/>
          <w:insideH w:val="nil"/>
          <w:insideV w:val="nil"/>
        </w:tcBorders>
      </w:tcPr>
    </w:tblStylePr>
  </w:style>
  <w:style w:type="table" w:styleId="MediumShading2-Accent2">
    <w:name w:val="Medium Shading 2 Accent 2"/>
    <w:basedOn w:val="TableNormal"/>
    <w:uiPriority w:val="64"/>
    <w:rsid w:val="00CB0664"/>
    <w:pPr>
      <w:spacing w:after="0" w:line="240" w:lineRule="auto"/>
    </w:pPr>
    <w:tblPr>
      <w:tblStyleRowBandSize w:val="1"/>
      <w:tblStyleColBandSize w:val="1"/>
      <w:tblInd w:w="0" w:type="dxa"/>
      <w:tblBorders>
        <w:top w:val="single" w:sz="18" w:space="0" w:color="auto"/>
        <w:bottom w:val="single" w:sz="18" w:space="0" w:color="auto"/>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tcBorders>
          <w:top w:val="single" w:sz="18" w:space="0" w:color="auto"/>
          <w:left w:val="nil"/>
          <w:bottom w:val="single" w:sz="18" w:space="0" w:color="auto"/>
          <w:right w:val="nil"/>
          <w:insideH w:val="nil"/>
          <w:insideV w:val="nil"/>
        </w:tcBorders>
        <w:shd w:val="clear" w:color="auto" w:fill="C0504D" w:themeFill="accent2"/>
      </w:tcPr>
    </w:tblStylePr>
    <w:tblStylePr w:type="lastRow">
      <w:pPr>
        <w:spacing w:before="0" w:after="0" w:line="240" w:lineRule="auto"/>
      </w:pPr>
      <w:rPr>
        <w:color w:val="auto"/>
      </w:rPr>
      <w:tblPr/>
      <w:tcPr>
        <w:tcBorders>
          <w:top w:val="double" w:sz="6" w:space="0" w:color="auto"/>
          <w:left w:val="nil"/>
          <w:bottom w:val="single" w:sz="18" w:space="0" w:color="auto"/>
          <w:right w:val="nil"/>
          <w:insideH w:val="nil"/>
          <w:insideV w:val="nil"/>
        </w:tcBorders>
        <w:shd w:val="clear" w:color="auto" w:fill="FFFFFF" w:themeFill="background1"/>
      </w:tcPr>
    </w:tblStylePr>
    <w:tblStylePr w:type="firstCol">
      <w:rPr>
        <w:b/>
        <w:bCs/>
        <w:color w:val="FFFFFF" w:themeColor="background1"/>
      </w:rPr>
      <w:tblPr/>
      <w:tcPr>
        <w:tcBorders>
          <w:top w:val="nil"/>
          <w:left w:val="nil"/>
          <w:bottom w:val="single" w:sz="18" w:space="0" w:color="auto"/>
          <w:right w:val="nil"/>
          <w:insideH w:val="nil"/>
          <w:insideV w:val="nil"/>
        </w:tcBorders>
        <w:shd w:val="clear" w:color="auto" w:fill="C0504D" w:themeFill="accent2"/>
      </w:tcPr>
    </w:tblStylePr>
    <w:tblStylePr w:type="lastCol">
      <w:rPr>
        <w:b/>
        <w:bCs/>
        <w:color w:val="FFFFFF" w:themeColor="background1"/>
      </w:rPr>
      <w:tblPr/>
      <w:tcPr>
        <w:tcBorders>
          <w:left w:val="nil"/>
          <w:right w:val="nil"/>
          <w:insideH w:val="nil"/>
          <w:insideV w:val="nil"/>
        </w:tcBorders>
        <w:shd w:val="clear" w:color="auto" w:fill="C0504D" w:themeFill="accent2"/>
      </w:tcPr>
    </w:tblStylePr>
    <w:tblStylePr w:type="band1Vert">
      <w:tblPr/>
      <w:tcPr>
        <w:tcBorders>
          <w:left w:val="nil"/>
          <w:right w:val="nil"/>
          <w:insideH w:val="nil"/>
          <w:insideV w:val="nil"/>
        </w:tcBorders>
        <w:shd w:val="clear" w:color="auto" w:fill="D8D8D8" w:themeFill="background1" w:themeFillShade="D8"/>
      </w:tcPr>
    </w:tblStylePr>
    <w:tblStylePr w:type="band1Horz">
      <w:tblPr/>
      <w:tcPr>
        <w:shd w:val="clear" w:color="auto" w:fill="D8D8D8" w:themeFill="background1" w:themeFillShade="D8"/>
      </w:tcPr>
    </w:tblStylePr>
    <w:tblStylePr w:type="neCell">
      <w:tblPr/>
      <w:tcPr>
        <w:tcBorders>
          <w:top w:val="single" w:sz="18" w:space="0" w:color="auto"/>
          <w:left w:val="nil"/>
          <w:bottom w:val="single" w:sz="18" w:space="0" w:color="auto"/>
          <w:right w:val="nil"/>
          <w:insideH w:val="nil"/>
          <w:insideV w:val="nil"/>
        </w:tcBorders>
      </w:tcPr>
    </w:tblStylePr>
    <w:tblStylePr w:type="nwCell">
      <w:rPr>
        <w:color w:val="FFFFFF" w:themeColor="background1"/>
      </w:rPr>
      <w:tblPr/>
      <w:tcPr>
        <w:tcBorders>
          <w:top w:val="single" w:sz="18" w:space="0" w:color="auto"/>
          <w:left w:val="nil"/>
          <w:bottom w:val="single" w:sz="18" w:space="0" w:color="auto"/>
          <w:right w:val="nil"/>
          <w:insideH w:val="nil"/>
          <w:insideV w:val="nil"/>
        </w:tcBorders>
      </w:tcPr>
    </w:tblStylePr>
  </w:style>
  <w:style w:type="table" w:styleId="MediumShading2-Accent3">
    <w:name w:val="Medium Shading 2 Accent 3"/>
    <w:basedOn w:val="TableNormal"/>
    <w:uiPriority w:val="64"/>
    <w:rsid w:val="00CB0664"/>
    <w:pPr>
      <w:spacing w:after="0" w:line="240" w:lineRule="auto"/>
    </w:pPr>
    <w:tblPr>
      <w:tblStyleRowBandSize w:val="1"/>
      <w:tblStyleColBandSize w:val="1"/>
      <w:tblInd w:w="0" w:type="dxa"/>
      <w:tblBorders>
        <w:top w:val="single" w:sz="18" w:space="0" w:color="auto"/>
        <w:bottom w:val="single" w:sz="18" w:space="0" w:color="auto"/>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tcBorders>
          <w:top w:val="single" w:sz="18" w:space="0" w:color="auto"/>
          <w:left w:val="nil"/>
          <w:bottom w:val="single" w:sz="18" w:space="0" w:color="auto"/>
          <w:right w:val="nil"/>
          <w:insideH w:val="nil"/>
          <w:insideV w:val="nil"/>
        </w:tcBorders>
        <w:shd w:val="clear" w:color="auto" w:fill="9BBB59" w:themeFill="accent3"/>
      </w:tcPr>
    </w:tblStylePr>
    <w:tblStylePr w:type="lastRow">
      <w:pPr>
        <w:spacing w:before="0" w:after="0" w:line="240" w:lineRule="auto"/>
      </w:pPr>
      <w:rPr>
        <w:color w:val="auto"/>
      </w:rPr>
      <w:tblPr/>
      <w:tcPr>
        <w:tcBorders>
          <w:top w:val="double" w:sz="6" w:space="0" w:color="auto"/>
          <w:left w:val="nil"/>
          <w:bottom w:val="single" w:sz="18" w:space="0" w:color="auto"/>
          <w:right w:val="nil"/>
          <w:insideH w:val="nil"/>
          <w:insideV w:val="nil"/>
        </w:tcBorders>
        <w:shd w:val="clear" w:color="auto" w:fill="FFFFFF" w:themeFill="background1"/>
      </w:tcPr>
    </w:tblStylePr>
    <w:tblStylePr w:type="firstCol">
      <w:rPr>
        <w:b/>
        <w:bCs/>
        <w:color w:val="FFFFFF" w:themeColor="background1"/>
      </w:rPr>
      <w:tblPr/>
      <w:tcPr>
        <w:tcBorders>
          <w:top w:val="nil"/>
          <w:left w:val="nil"/>
          <w:bottom w:val="single" w:sz="18" w:space="0" w:color="auto"/>
          <w:right w:val="nil"/>
          <w:insideH w:val="nil"/>
          <w:insideV w:val="nil"/>
        </w:tcBorders>
        <w:shd w:val="clear" w:color="auto" w:fill="9BBB59" w:themeFill="accent3"/>
      </w:tcPr>
    </w:tblStylePr>
    <w:tblStylePr w:type="lastCol">
      <w:rPr>
        <w:b/>
        <w:bCs/>
        <w:color w:val="FFFFFF" w:themeColor="background1"/>
      </w:rPr>
      <w:tblPr/>
      <w:tcPr>
        <w:tcBorders>
          <w:left w:val="nil"/>
          <w:right w:val="nil"/>
          <w:insideH w:val="nil"/>
          <w:insideV w:val="nil"/>
        </w:tcBorders>
        <w:shd w:val="clear" w:color="auto" w:fill="9BBB59" w:themeFill="accent3"/>
      </w:tcPr>
    </w:tblStylePr>
    <w:tblStylePr w:type="band1Vert">
      <w:tblPr/>
      <w:tcPr>
        <w:tcBorders>
          <w:left w:val="nil"/>
          <w:right w:val="nil"/>
          <w:insideH w:val="nil"/>
          <w:insideV w:val="nil"/>
        </w:tcBorders>
        <w:shd w:val="clear" w:color="auto" w:fill="D8D8D8" w:themeFill="background1" w:themeFillShade="D8"/>
      </w:tcPr>
    </w:tblStylePr>
    <w:tblStylePr w:type="band1Horz">
      <w:tblPr/>
      <w:tcPr>
        <w:shd w:val="clear" w:color="auto" w:fill="D8D8D8" w:themeFill="background1" w:themeFillShade="D8"/>
      </w:tcPr>
    </w:tblStylePr>
    <w:tblStylePr w:type="neCell">
      <w:tblPr/>
      <w:tcPr>
        <w:tcBorders>
          <w:top w:val="single" w:sz="18" w:space="0" w:color="auto"/>
          <w:left w:val="nil"/>
          <w:bottom w:val="single" w:sz="18" w:space="0" w:color="auto"/>
          <w:right w:val="nil"/>
          <w:insideH w:val="nil"/>
          <w:insideV w:val="nil"/>
        </w:tcBorders>
      </w:tcPr>
    </w:tblStylePr>
    <w:tblStylePr w:type="nwCell">
      <w:rPr>
        <w:color w:val="FFFFFF" w:themeColor="background1"/>
      </w:rPr>
      <w:tblPr/>
      <w:tcPr>
        <w:tcBorders>
          <w:top w:val="single" w:sz="18" w:space="0" w:color="auto"/>
          <w:left w:val="nil"/>
          <w:bottom w:val="single" w:sz="18" w:space="0" w:color="auto"/>
          <w:right w:val="nil"/>
          <w:insideH w:val="nil"/>
          <w:insideV w:val="nil"/>
        </w:tcBorders>
      </w:tcPr>
    </w:tblStylePr>
  </w:style>
  <w:style w:type="table" w:styleId="MediumShading2-Accent4">
    <w:name w:val="Medium Shading 2 Accent 4"/>
    <w:basedOn w:val="TableNormal"/>
    <w:uiPriority w:val="64"/>
    <w:rsid w:val="00CB0664"/>
    <w:pPr>
      <w:spacing w:after="0" w:line="240" w:lineRule="auto"/>
    </w:pPr>
    <w:tblPr>
      <w:tblStyleRowBandSize w:val="1"/>
      <w:tblStyleColBandSize w:val="1"/>
      <w:tblInd w:w="0" w:type="dxa"/>
      <w:tblBorders>
        <w:top w:val="single" w:sz="18" w:space="0" w:color="auto"/>
        <w:bottom w:val="single" w:sz="18" w:space="0" w:color="auto"/>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tcBorders>
          <w:top w:val="single" w:sz="18" w:space="0" w:color="auto"/>
          <w:left w:val="nil"/>
          <w:bottom w:val="single" w:sz="18" w:space="0" w:color="auto"/>
          <w:right w:val="nil"/>
          <w:insideH w:val="nil"/>
          <w:insideV w:val="nil"/>
        </w:tcBorders>
        <w:shd w:val="clear" w:color="auto" w:fill="8064A2" w:themeFill="accent4"/>
      </w:tcPr>
    </w:tblStylePr>
    <w:tblStylePr w:type="lastRow">
      <w:pPr>
        <w:spacing w:before="0" w:after="0" w:line="240" w:lineRule="auto"/>
      </w:pPr>
      <w:rPr>
        <w:color w:val="auto"/>
      </w:rPr>
      <w:tblPr/>
      <w:tcPr>
        <w:tcBorders>
          <w:top w:val="double" w:sz="6" w:space="0" w:color="auto"/>
          <w:left w:val="nil"/>
          <w:bottom w:val="single" w:sz="18" w:space="0" w:color="auto"/>
          <w:right w:val="nil"/>
          <w:insideH w:val="nil"/>
          <w:insideV w:val="nil"/>
        </w:tcBorders>
        <w:shd w:val="clear" w:color="auto" w:fill="FFFFFF" w:themeFill="background1"/>
      </w:tcPr>
    </w:tblStylePr>
    <w:tblStylePr w:type="firstCol">
      <w:rPr>
        <w:b/>
        <w:bCs/>
        <w:color w:val="FFFFFF" w:themeColor="background1"/>
      </w:rPr>
      <w:tblPr/>
      <w:tcPr>
        <w:tcBorders>
          <w:top w:val="nil"/>
          <w:left w:val="nil"/>
          <w:bottom w:val="single" w:sz="18" w:space="0" w:color="auto"/>
          <w:right w:val="nil"/>
          <w:insideH w:val="nil"/>
          <w:insideV w:val="nil"/>
        </w:tcBorders>
        <w:shd w:val="clear" w:color="auto" w:fill="8064A2" w:themeFill="accent4"/>
      </w:tcPr>
    </w:tblStylePr>
    <w:tblStylePr w:type="lastCol">
      <w:rPr>
        <w:b/>
        <w:bCs/>
        <w:color w:val="FFFFFF" w:themeColor="background1"/>
      </w:rPr>
      <w:tblPr/>
      <w:tcPr>
        <w:tcBorders>
          <w:left w:val="nil"/>
          <w:right w:val="nil"/>
          <w:insideH w:val="nil"/>
          <w:insideV w:val="nil"/>
        </w:tcBorders>
        <w:shd w:val="clear" w:color="auto" w:fill="8064A2" w:themeFill="accent4"/>
      </w:tcPr>
    </w:tblStylePr>
    <w:tblStylePr w:type="band1Vert">
      <w:tblPr/>
      <w:tcPr>
        <w:tcBorders>
          <w:left w:val="nil"/>
          <w:right w:val="nil"/>
          <w:insideH w:val="nil"/>
          <w:insideV w:val="nil"/>
        </w:tcBorders>
        <w:shd w:val="clear" w:color="auto" w:fill="D8D8D8" w:themeFill="background1" w:themeFillShade="D8"/>
      </w:tcPr>
    </w:tblStylePr>
    <w:tblStylePr w:type="band1Horz">
      <w:tblPr/>
      <w:tcPr>
        <w:shd w:val="clear" w:color="auto" w:fill="D8D8D8" w:themeFill="background1" w:themeFillShade="D8"/>
      </w:tcPr>
    </w:tblStylePr>
    <w:tblStylePr w:type="neCell">
      <w:tblPr/>
      <w:tcPr>
        <w:tcBorders>
          <w:top w:val="single" w:sz="18" w:space="0" w:color="auto"/>
          <w:left w:val="nil"/>
          <w:bottom w:val="single" w:sz="18" w:space="0" w:color="auto"/>
          <w:right w:val="nil"/>
          <w:insideH w:val="nil"/>
          <w:insideV w:val="nil"/>
        </w:tcBorders>
      </w:tcPr>
    </w:tblStylePr>
    <w:tblStylePr w:type="nwCell">
      <w:rPr>
        <w:color w:val="FFFFFF" w:themeColor="background1"/>
      </w:rPr>
      <w:tblPr/>
      <w:tcPr>
        <w:tcBorders>
          <w:top w:val="single" w:sz="18" w:space="0" w:color="auto"/>
          <w:left w:val="nil"/>
          <w:bottom w:val="single" w:sz="18" w:space="0" w:color="auto"/>
          <w:right w:val="nil"/>
          <w:insideH w:val="nil"/>
          <w:insideV w:val="nil"/>
        </w:tcBorders>
      </w:tcPr>
    </w:tblStylePr>
  </w:style>
  <w:style w:type="table" w:styleId="MediumShading2-Accent5">
    <w:name w:val="Medium Shading 2 Accent 5"/>
    <w:basedOn w:val="TableNormal"/>
    <w:uiPriority w:val="64"/>
    <w:rsid w:val="00CB0664"/>
    <w:pPr>
      <w:spacing w:after="0" w:line="240" w:lineRule="auto"/>
    </w:pPr>
    <w:tblPr>
      <w:tblStyleRowBandSize w:val="1"/>
      <w:tblStyleColBandSize w:val="1"/>
      <w:tblInd w:w="0" w:type="dxa"/>
      <w:tblBorders>
        <w:top w:val="single" w:sz="18" w:space="0" w:color="auto"/>
        <w:bottom w:val="single" w:sz="18" w:space="0" w:color="auto"/>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tcBorders>
          <w:top w:val="single" w:sz="18" w:space="0" w:color="auto"/>
          <w:left w:val="nil"/>
          <w:bottom w:val="single" w:sz="18" w:space="0" w:color="auto"/>
          <w:right w:val="nil"/>
          <w:insideH w:val="nil"/>
          <w:insideV w:val="nil"/>
        </w:tcBorders>
        <w:shd w:val="clear" w:color="auto" w:fill="4BACC6" w:themeFill="accent5"/>
      </w:tcPr>
    </w:tblStylePr>
    <w:tblStylePr w:type="lastRow">
      <w:pPr>
        <w:spacing w:before="0" w:after="0" w:line="240" w:lineRule="auto"/>
      </w:pPr>
      <w:rPr>
        <w:color w:val="auto"/>
      </w:rPr>
      <w:tblPr/>
      <w:tcPr>
        <w:tcBorders>
          <w:top w:val="double" w:sz="6" w:space="0" w:color="auto"/>
          <w:left w:val="nil"/>
          <w:bottom w:val="single" w:sz="18" w:space="0" w:color="auto"/>
          <w:right w:val="nil"/>
          <w:insideH w:val="nil"/>
          <w:insideV w:val="nil"/>
        </w:tcBorders>
        <w:shd w:val="clear" w:color="auto" w:fill="FFFFFF" w:themeFill="background1"/>
      </w:tcPr>
    </w:tblStylePr>
    <w:tblStylePr w:type="firstCol">
      <w:rPr>
        <w:b/>
        <w:bCs/>
        <w:color w:val="FFFFFF" w:themeColor="background1"/>
      </w:rPr>
      <w:tblPr/>
      <w:tcPr>
        <w:tcBorders>
          <w:top w:val="nil"/>
          <w:left w:val="nil"/>
          <w:bottom w:val="single" w:sz="18" w:space="0" w:color="auto"/>
          <w:right w:val="nil"/>
          <w:insideH w:val="nil"/>
          <w:insideV w:val="nil"/>
        </w:tcBorders>
        <w:shd w:val="clear" w:color="auto" w:fill="4BACC6" w:themeFill="accent5"/>
      </w:tcPr>
    </w:tblStylePr>
    <w:tblStylePr w:type="lastCol">
      <w:rPr>
        <w:b/>
        <w:bCs/>
        <w:color w:val="FFFFFF" w:themeColor="background1"/>
      </w:rPr>
      <w:tblPr/>
      <w:tcPr>
        <w:tcBorders>
          <w:left w:val="nil"/>
          <w:right w:val="nil"/>
          <w:insideH w:val="nil"/>
          <w:insideV w:val="nil"/>
        </w:tcBorders>
        <w:shd w:val="clear" w:color="auto" w:fill="4BACC6" w:themeFill="accent5"/>
      </w:tcPr>
    </w:tblStylePr>
    <w:tblStylePr w:type="band1Vert">
      <w:tblPr/>
      <w:tcPr>
        <w:tcBorders>
          <w:left w:val="nil"/>
          <w:right w:val="nil"/>
          <w:insideH w:val="nil"/>
          <w:insideV w:val="nil"/>
        </w:tcBorders>
        <w:shd w:val="clear" w:color="auto" w:fill="D8D8D8" w:themeFill="background1" w:themeFillShade="D8"/>
      </w:tcPr>
    </w:tblStylePr>
    <w:tblStylePr w:type="band1Horz">
      <w:tblPr/>
      <w:tcPr>
        <w:shd w:val="clear" w:color="auto" w:fill="D8D8D8" w:themeFill="background1" w:themeFillShade="D8"/>
      </w:tcPr>
    </w:tblStylePr>
    <w:tblStylePr w:type="neCell">
      <w:tblPr/>
      <w:tcPr>
        <w:tcBorders>
          <w:top w:val="single" w:sz="18" w:space="0" w:color="auto"/>
          <w:left w:val="nil"/>
          <w:bottom w:val="single" w:sz="18" w:space="0" w:color="auto"/>
          <w:right w:val="nil"/>
          <w:insideH w:val="nil"/>
          <w:insideV w:val="nil"/>
        </w:tcBorders>
      </w:tcPr>
    </w:tblStylePr>
    <w:tblStylePr w:type="nwCell">
      <w:rPr>
        <w:color w:val="FFFFFF" w:themeColor="background1"/>
      </w:rPr>
      <w:tblPr/>
      <w:tcPr>
        <w:tcBorders>
          <w:top w:val="single" w:sz="18" w:space="0" w:color="auto"/>
          <w:left w:val="nil"/>
          <w:bottom w:val="single" w:sz="18" w:space="0" w:color="auto"/>
          <w:right w:val="nil"/>
          <w:insideH w:val="nil"/>
          <w:insideV w:val="nil"/>
        </w:tcBorders>
      </w:tcPr>
    </w:tblStylePr>
  </w:style>
  <w:style w:type="table" w:styleId="MediumShading2-Accent6">
    <w:name w:val="Medium Shading 2 Accent 6"/>
    <w:basedOn w:val="TableNormal"/>
    <w:uiPriority w:val="64"/>
    <w:rsid w:val="00CB0664"/>
    <w:pPr>
      <w:spacing w:after="0" w:line="240" w:lineRule="auto"/>
    </w:pPr>
    <w:tblPr>
      <w:tblStyleRowBandSize w:val="1"/>
      <w:tblStyleColBandSize w:val="1"/>
      <w:tblInd w:w="0" w:type="dxa"/>
      <w:tblBorders>
        <w:top w:val="single" w:sz="18" w:space="0" w:color="auto"/>
        <w:bottom w:val="single" w:sz="18" w:space="0" w:color="auto"/>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tcBorders>
          <w:top w:val="single" w:sz="18" w:space="0" w:color="auto"/>
          <w:left w:val="nil"/>
          <w:bottom w:val="single" w:sz="18" w:space="0" w:color="auto"/>
          <w:right w:val="nil"/>
          <w:insideH w:val="nil"/>
          <w:insideV w:val="nil"/>
        </w:tcBorders>
        <w:shd w:val="clear" w:color="auto" w:fill="F79646" w:themeFill="accent6"/>
      </w:tcPr>
    </w:tblStylePr>
    <w:tblStylePr w:type="lastRow">
      <w:pPr>
        <w:spacing w:before="0" w:after="0" w:line="240" w:lineRule="auto"/>
      </w:pPr>
      <w:rPr>
        <w:color w:val="auto"/>
      </w:rPr>
      <w:tblPr/>
      <w:tcPr>
        <w:tcBorders>
          <w:top w:val="double" w:sz="6" w:space="0" w:color="auto"/>
          <w:left w:val="nil"/>
          <w:bottom w:val="single" w:sz="18" w:space="0" w:color="auto"/>
          <w:right w:val="nil"/>
          <w:insideH w:val="nil"/>
          <w:insideV w:val="nil"/>
        </w:tcBorders>
        <w:shd w:val="clear" w:color="auto" w:fill="FFFFFF" w:themeFill="background1"/>
      </w:tcPr>
    </w:tblStylePr>
    <w:tblStylePr w:type="firstCol">
      <w:rPr>
        <w:b/>
        <w:bCs/>
        <w:color w:val="FFFFFF" w:themeColor="background1"/>
      </w:rPr>
      <w:tblPr/>
      <w:tcPr>
        <w:tcBorders>
          <w:top w:val="nil"/>
          <w:left w:val="nil"/>
          <w:bottom w:val="single" w:sz="18" w:space="0" w:color="auto"/>
          <w:right w:val="nil"/>
          <w:insideH w:val="nil"/>
          <w:insideV w:val="nil"/>
        </w:tcBorders>
        <w:shd w:val="clear" w:color="auto" w:fill="F79646" w:themeFill="accent6"/>
      </w:tcPr>
    </w:tblStylePr>
    <w:tblStylePr w:type="lastCol">
      <w:rPr>
        <w:b/>
        <w:bCs/>
        <w:color w:val="FFFFFF" w:themeColor="background1"/>
      </w:rPr>
      <w:tblPr/>
      <w:tcPr>
        <w:tcBorders>
          <w:left w:val="nil"/>
          <w:right w:val="nil"/>
          <w:insideH w:val="nil"/>
          <w:insideV w:val="nil"/>
        </w:tcBorders>
        <w:shd w:val="clear" w:color="auto" w:fill="F79646" w:themeFill="accent6"/>
      </w:tcPr>
    </w:tblStylePr>
    <w:tblStylePr w:type="band1Vert">
      <w:tblPr/>
      <w:tcPr>
        <w:tcBorders>
          <w:left w:val="nil"/>
          <w:right w:val="nil"/>
          <w:insideH w:val="nil"/>
          <w:insideV w:val="nil"/>
        </w:tcBorders>
        <w:shd w:val="clear" w:color="auto" w:fill="D8D8D8" w:themeFill="background1" w:themeFillShade="D8"/>
      </w:tcPr>
    </w:tblStylePr>
    <w:tblStylePr w:type="band1Horz">
      <w:tblPr/>
      <w:tcPr>
        <w:shd w:val="clear" w:color="auto" w:fill="D8D8D8" w:themeFill="background1" w:themeFillShade="D8"/>
      </w:tcPr>
    </w:tblStylePr>
    <w:tblStylePr w:type="neCell">
      <w:tblPr/>
      <w:tcPr>
        <w:tcBorders>
          <w:top w:val="single" w:sz="18" w:space="0" w:color="auto"/>
          <w:left w:val="nil"/>
          <w:bottom w:val="single" w:sz="18" w:space="0" w:color="auto"/>
          <w:right w:val="nil"/>
          <w:insideH w:val="nil"/>
          <w:insideV w:val="nil"/>
        </w:tcBorders>
      </w:tcPr>
    </w:tblStylePr>
    <w:tblStylePr w:type="nwCell">
      <w:rPr>
        <w:color w:val="FFFFFF" w:themeColor="background1"/>
      </w:rPr>
      <w:tblPr/>
      <w:tcPr>
        <w:tcBorders>
          <w:top w:val="single" w:sz="18" w:space="0" w:color="auto"/>
          <w:left w:val="nil"/>
          <w:bottom w:val="single" w:sz="18" w:space="0" w:color="auto"/>
          <w:right w:val="nil"/>
          <w:insideH w:val="nil"/>
          <w:insideV w:val="nil"/>
        </w:tcBorders>
      </w:tcPr>
    </w:tblStylePr>
  </w:style>
  <w:style w:type="table" w:styleId="MediumList1">
    <w:name w:val="Medium List 1"/>
    <w:basedOn w:val="TableNormal"/>
    <w:uiPriority w:val="65"/>
    <w:rsid w:val="00CB0664"/>
    <w:pPr>
      <w:spacing w:after="0" w:line="240" w:lineRule="auto"/>
    </w:pPr>
    <w:rPr>
      <w:color w:val="000000" w:themeColor="text1"/>
    </w:rPr>
    <w:tblPr>
      <w:tblStyleRowBandSize w:val="1"/>
      <w:tblStyleColBandSize w:val="1"/>
      <w:tblInd w:w="0" w:type="dxa"/>
      <w:tblBorders>
        <w:top w:val="single" w:sz="8" w:space="0" w:color="000000" w:themeColor="text1"/>
        <w:bottom w:val="single" w:sz="8" w:space="0" w:color="000000" w:themeColor="text1"/>
      </w:tblBorders>
      <w:tblCellMar>
        <w:top w:w="0" w:type="dxa"/>
        <w:left w:w="108" w:type="dxa"/>
        <w:bottom w:w="0" w:type="dxa"/>
        <w:right w:w="108" w:type="dxa"/>
      </w:tblCellMar>
    </w:tblPr>
    <w:tblStylePr w:type="firstRow">
      <w:rPr>
        <w:rFonts w:asciiTheme="majorHAnsi" w:eastAsiaTheme="majorEastAsia" w:hAnsiTheme="majorHAnsi" w:cstheme="majorBidi"/>
      </w:rPr>
      <w:tblPr/>
      <w:tcPr>
        <w:tcBorders>
          <w:top w:val="nil"/>
          <w:bottom w:val="single" w:sz="8" w:space="0" w:color="000000" w:themeColor="text1"/>
        </w:tcBorders>
      </w:tcPr>
    </w:tblStylePr>
    <w:tblStylePr w:type="lastRow">
      <w:rPr>
        <w:b/>
        <w:bCs/>
        <w:color w:val="1F497D" w:themeColor="text2"/>
      </w:rPr>
      <w:tblPr/>
      <w:tcPr>
        <w:tcBorders>
          <w:top w:val="single" w:sz="8" w:space="0" w:color="000000" w:themeColor="text1"/>
          <w:bottom w:val="single" w:sz="8" w:space="0" w:color="000000" w:themeColor="text1"/>
        </w:tcBorders>
      </w:tcPr>
    </w:tblStylePr>
    <w:tblStylePr w:type="firstCol">
      <w:rPr>
        <w:b/>
        <w:bCs/>
      </w:rPr>
    </w:tblStylePr>
    <w:tblStylePr w:type="lastCol">
      <w:rPr>
        <w:b/>
        <w:bCs/>
      </w:rPr>
      <w:tblPr/>
      <w:tcPr>
        <w:tcBorders>
          <w:top w:val="single" w:sz="8" w:space="0" w:color="000000" w:themeColor="text1"/>
          <w:bottom w:val="single" w:sz="8" w:space="0" w:color="000000" w:themeColor="text1"/>
        </w:tcBorders>
      </w:tcPr>
    </w:tblStylePr>
    <w:tblStylePr w:type="band1Vert">
      <w:tblPr/>
      <w:tcPr>
        <w:shd w:val="clear" w:color="auto" w:fill="C0C0C0" w:themeFill="text1" w:themeFillTint="3F"/>
      </w:tcPr>
    </w:tblStylePr>
    <w:tblStylePr w:type="band1Horz">
      <w:tblPr/>
      <w:tcPr>
        <w:shd w:val="clear" w:color="auto" w:fill="C0C0C0" w:themeFill="text1" w:themeFillTint="3F"/>
      </w:tcPr>
    </w:tblStylePr>
  </w:style>
  <w:style w:type="table" w:styleId="MediumList1-Accent1">
    <w:name w:val="Medium List 1 Accent 1"/>
    <w:basedOn w:val="TableNormal"/>
    <w:uiPriority w:val="65"/>
    <w:rsid w:val="00CB0664"/>
    <w:pPr>
      <w:spacing w:after="0" w:line="240" w:lineRule="auto"/>
    </w:pPr>
    <w:rPr>
      <w:color w:val="000000" w:themeColor="text1"/>
    </w:rPr>
    <w:tblPr>
      <w:tblStyleRowBandSize w:val="1"/>
      <w:tblStyleColBandSize w:val="1"/>
      <w:tblInd w:w="0" w:type="dxa"/>
      <w:tblBorders>
        <w:top w:val="single" w:sz="8" w:space="0" w:color="4F81BD" w:themeColor="accent1"/>
        <w:bottom w:val="single" w:sz="8" w:space="0" w:color="4F81BD" w:themeColor="accent1"/>
      </w:tblBorders>
      <w:tblCellMar>
        <w:top w:w="0" w:type="dxa"/>
        <w:left w:w="108" w:type="dxa"/>
        <w:bottom w:w="0" w:type="dxa"/>
        <w:right w:w="108" w:type="dxa"/>
      </w:tblCellMar>
    </w:tblPr>
    <w:tblStylePr w:type="firstRow">
      <w:rPr>
        <w:rFonts w:asciiTheme="majorHAnsi" w:eastAsiaTheme="majorEastAsia" w:hAnsiTheme="majorHAnsi" w:cstheme="majorBidi"/>
      </w:rPr>
      <w:tblPr/>
      <w:tcPr>
        <w:tcBorders>
          <w:top w:val="nil"/>
          <w:bottom w:val="single" w:sz="8" w:space="0" w:color="4F81BD" w:themeColor="accent1"/>
        </w:tcBorders>
      </w:tcPr>
    </w:tblStylePr>
    <w:tblStylePr w:type="lastRow">
      <w:rPr>
        <w:b/>
        <w:bCs/>
        <w:color w:val="1F497D" w:themeColor="text2"/>
      </w:rPr>
      <w:tblPr/>
      <w:tcPr>
        <w:tcBorders>
          <w:top w:val="single" w:sz="8" w:space="0" w:color="4F81BD" w:themeColor="accent1"/>
          <w:bottom w:val="single" w:sz="8" w:space="0" w:color="4F81BD" w:themeColor="accent1"/>
        </w:tcBorders>
      </w:tcPr>
    </w:tblStylePr>
    <w:tblStylePr w:type="firstCol">
      <w:rPr>
        <w:b/>
        <w:bCs/>
      </w:rPr>
    </w:tblStylePr>
    <w:tblStylePr w:type="lastCol">
      <w:rPr>
        <w:b/>
        <w:bCs/>
      </w:rPr>
      <w:tblPr/>
      <w:tcPr>
        <w:tcBorders>
          <w:top w:val="single" w:sz="8" w:space="0" w:color="4F81BD" w:themeColor="accent1"/>
          <w:bottom w:val="single" w:sz="8" w:space="0" w:color="4F81BD" w:themeColor="accent1"/>
        </w:tcBorders>
      </w:tcPr>
    </w:tblStylePr>
    <w:tblStylePr w:type="band1Vert">
      <w:tblPr/>
      <w:tcPr>
        <w:shd w:val="clear" w:color="auto" w:fill="D3DFEE" w:themeFill="accent1" w:themeFillTint="3F"/>
      </w:tcPr>
    </w:tblStylePr>
    <w:tblStylePr w:type="band1Horz">
      <w:tblPr/>
      <w:tcPr>
        <w:shd w:val="clear" w:color="auto" w:fill="D3DFEE" w:themeFill="accent1" w:themeFillTint="3F"/>
      </w:tcPr>
    </w:tblStylePr>
  </w:style>
  <w:style w:type="table" w:styleId="MediumList1-Accent2">
    <w:name w:val="Medium List 1 Accent 2"/>
    <w:basedOn w:val="TableNormal"/>
    <w:uiPriority w:val="65"/>
    <w:rsid w:val="00CB0664"/>
    <w:pPr>
      <w:spacing w:after="0" w:line="240" w:lineRule="auto"/>
    </w:pPr>
    <w:rPr>
      <w:color w:val="000000" w:themeColor="text1"/>
    </w:rPr>
    <w:tblPr>
      <w:tblStyleRowBandSize w:val="1"/>
      <w:tblStyleColBandSize w:val="1"/>
      <w:tblInd w:w="0" w:type="dxa"/>
      <w:tblBorders>
        <w:top w:val="single" w:sz="8" w:space="0" w:color="C0504D" w:themeColor="accent2"/>
        <w:bottom w:val="single" w:sz="8" w:space="0" w:color="C0504D" w:themeColor="accent2"/>
      </w:tblBorders>
      <w:tblCellMar>
        <w:top w:w="0" w:type="dxa"/>
        <w:left w:w="108" w:type="dxa"/>
        <w:bottom w:w="0" w:type="dxa"/>
        <w:right w:w="108" w:type="dxa"/>
      </w:tblCellMar>
    </w:tblPr>
    <w:tblStylePr w:type="firstRow">
      <w:rPr>
        <w:rFonts w:asciiTheme="majorHAnsi" w:eastAsiaTheme="majorEastAsia" w:hAnsiTheme="majorHAnsi" w:cstheme="majorBidi"/>
      </w:rPr>
      <w:tblPr/>
      <w:tcPr>
        <w:tcBorders>
          <w:top w:val="nil"/>
          <w:bottom w:val="single" w:sz="8" w:space="0" w:color="C0504D" w:themeColor="accent2"/>
        </w:tcBorders>
      </w:tcPr>
    </w:tblStylePr>
    <w:tblStylePr w:type="lastRow">
      <w:rPr>
        <w:b/>
        <w:bCs/>
        <w:color w:val="1F497D" w:themeColor="text2"/>
      </w:rPr>
      <w:tblPr/>
      <w:tcPr>
        <w:tcBorders>
          <w:top w:val="single" w:sz="8" w:space="0" w:color="C0504D" w:themeColor="accent2"/>
          <w:bottom w:val="single" w:sz="8" w:space="0" w:color="C0504D" w:themeColor="accent2"/>
        </w:tcBorders>
      </w:tcPr>
    </w:tblStylePr>
    <w:tblStylePr w:type="firstCol">
      <w:rPr>
        <w:b/>
        <w:bCs/>
      </w:rPr>
    </w:tblStylePr>
    <w:tblStylePr w:type="lastCol">
      <w:rPr>
        <w:b/>
        <w:bCs/>
      </w:rPr>
      <w:tblPr/>
      <w:tcPr>
        <w:tcBorders>
          <w:top w:val="single" w:sz="8" w:space="0" w:color="C0504D" w:themeColor="accent2"/>
          <w:bottom w:val="single" w:sz="8" w:space="0" w:color="C0504D" w:themeColor="accent2"/>
        </w:tcBorders>
      </w:tcPr>
    </w:tblStylePr>
    <w:tblStylePr w:type="band1Vert">
      <w:tblPr/>
      <w:tcPr>
        <w:shd w:val="clear" w:color="auto" w:fill="EFD3D2" w:themeFill="accent2" w:themeFillTint="3F"/>
      </w:tcPr>
    </w:tblStylePr>
    <w:tblStylePr w:type="band1Horz">
      <w:tblPr/>
      <w:tcPr>
        <w:shd w:val="clear" w:color="auto" w:fill="EFD3D2" w:themeFill="accent2" w:themeFillTint="3F"/>
      </w:tcPr>
    </w:tblStylePr>
  </w:style>
  <w:style w:type="table" w:styleId="MediumList1-Accent3">
    <w:name w:val="Medium List 1 Accent 3"/>
    <w:basedOn w:val="TableNormal"/>
    <w:uiPriority w:val="65"/>
    <w:rsid w:val="00CB0664"/>
    <w:pPr>
      <w:spacing w:after="0" w:line="240" w:lineRule="auto"/>
    </w:pPr>
    <w:rPr>
      <w:color w:val="000000" w:themeColor="text1"/>
    </w:rPr>
    <w:tblPr>
      <w:tblStyleRowBandSize w:val="1"/>
      <w:tblStyleColBandSize w:val="1"/>
      <w:tblInd w:w="0" w:type="dxa"/>
      <w:tblBorders>
        <w:top w:val="single" w:sz="8" w:space="0" w:color="9BBB59" w:themeColor="accent3"/>
        <w:bottom w:val="single" w:sz="8" w:space="0" w:color="9BBB59" w:themeColor="accent3"/>
      </w:tblBorders>
      <w:tblCellMar>
        <w:top w:w="0" w:type="dxa"/>
        <w:left w:w="108" w:type="dxa"/>
        <w:bottom w:w="0" w:type="dxa"/>
        <w:right w:w="108" w:type="dxa"/>
      </w:tblCellMar>
    </w:tblPr>
    <w:tblStylePr w:type="firstRow">
      <w:rPr>
        <w:rFonts w:asciiTheme="majorHAnsi" w:eastAsiaTheme="majorEastAsia" w:hAnsiTheme="majorHAnsi" w:cstheme="majorBidi"/>
      </w:rPr>
      <w:tblPr/>
      <w:tcPr>
        <w:tcBorders>
          <w:top w:val="nil"/>
          <w:bottom w:val="single" w:sz="8" w:space="0" w:color="9BBB59" w:themeColor="accent3"/>
        </w:tcBorders>
      </w:tcPr>
    </w:tblStylePr>
    <w:tblStylePr w:type="lastRow">
      <w:rPr>
        <w:b/>
        <w:bCs/>
        <w:color w:val="1F497D" w:themeColor="text2"/>
      </w:rPr>
      <w:tblPr/>
      <w:tcPr>
        <w:tcBorders>
          <w:top w:val="single" w:sz="8" w:space="0" w:color="9BBB59" w:themeColor="accent3"/>
          <w:bottom w:val="single" w:sz="8" w:space="0" w:color="9BBB59" w:themeColor="accent3"/>
        </w:tcBorders>
      </w:tcPr>
    </w:tblStylePr>
    <w:tblStylePr w:type="firstCol">
      <w:rPr>
        <w:b/>
        <w:bCs/>
      </w:rPr>
    </w:tblStylePr>
    <w:tblStylePr w:type="lastCol">
      <w:rPr>
        <w:b/>
        <w:bCs/>
      </w:rPr>
      <w:tblPr/>
      <w:tcPr>
        <w:tcBorders>
          <w:top w:val="single" w:sz="8" w:space="0" w:color="9BBB59" w:themeColor="accent3"/>
          <w:bottom w:val="single" w:sz="8" w:space="0" w:color="9BBB59" w:themeColor="accent3"/>
        </w:tcBorders>
      </w:tcPr>
    </w:tblStylePr>
    <w:tblStylePr w:type="band1Vert">
      <w:tblPr/>
      <w:tcPr>
        <w:shd w:val="clear" w:color="auto" w:fill="E6EED5" w:themeFill="accent3" w:themeFillTint="3F"/>
      </w:tcPr>
    </w:tblStylePr>
    <w:tblStylePr w:type="band1Horz">
      <w:tblPr/>
      <w:tcPr>
        <w:shd w:val="clear" w:color="auto" w:fill="E6EED5" w:themeFill="accent3" w:themeFillTint="3F"/>
      </w:tcPr>
    </w:tblStylePr>
  </w:style>
  <w:style w:type="table" w:styleId="MediumList1-Accent4">
    <w:name w:val="Medium List 1 Accent 4"/>
    <w:basedOn w:val="TableNormal"/>
    <w:uiPriority w:val="65"/>
    <w:rsid w:val="00CB0664"/>
    <w:pPr>
      <w:spacing w:after="0" w:line="240" w:lineRule="auto"/>
    </w:pPr>
    <w:rPr>
      <w:color w:val="000000" w:themeColor="text1"/>
    </w:rPr>
    <w:tblPr>
      <w:tblStyleRowBandSize w:val="1"/>
      <w:tblStyleColBandSize w:val="1"/>
      <w:tblInd w:w="0" w:type="dxa"/>
      <w:tblBorders>
        <w:top w:val="single" w:sz="8" w:space="0" w:color="8064A2" w:themeColor="accent4"/>
        <w:bottom w:val="single" w:sz="8" w:space="0" w:color="8064A2" w:themeColor="accent4"/>
      </w:tblBorders>
      <w:tblCellMar>
        <w:top w:w="0" w:type="dxa"/>
        <w:left w:w="108" w:type="dxa"/>
        <w:bottom w:w="0" w:type="dxa"/>
        <w:right w:w="108" w:type="dxa"/>
      </w:tblCellMar>
    </w:tblPr>
    <w:tblStylePr w:type="firstRow">
      <w:rPr>
        <w:rFonts w:asciiTheme="majorHAnsi" w:eastAsiaTheme="majorEastAsia" w:hAnsiTheme="majorHAnsi" w:cstheme="majorBidi"/>
      </w:rPr>
      <w:tblPr/>
      <w:tcPr>
        <w:tcBorders>
          <w:top w:val="nil"/>
          <w:bottom w:val="single" w:sz="8" w:space="0" w:color="8064A2" w:themeColor="accent4"/>
        </w:tcBorders>
      </w:tcPr>
    </w:tblStylePr>
    <w:tblStylePr w:type="lastRow">
      <w:rPr>
        <w:b/>
        <w:bCs/>
        <w:color w:val="1F497D" w:themeColor="text2"/>
      </w:rPr>
      <w:tblPr/>
      <w:tcPr>
        <w:tcBorders>
          <w:top w:val="single" w:sz="8" w:space="0" w:color="8064A2" w:themeColor="accent4"/>
          <w:bottom w:val="single" w:sz="8" w:space="0" w:color="8064A2" w:themeColor="accent4"/>
        </w:tcBorders>
      </w:tcPr>
    </w:tblStylePr>
    <w:tblStylePr w:type="firstCol">
      <w:rPr>
        <w:b/>
        <w:bCs/>
      </w:rPr>
    </w:tblStylePr>
    <w:tblStylePr w:type="lastCol">
      <w:rPr>
        <w:b/>
        <w:bCs/>
      </w:rPr>
      <w:tblPr/>
      <w:tcPr>
        <w:tcBorders>
          <w:top w:val="single" w:sz="8" w:space="0" w:color="8064A2" w:themeColor="accent4"/>
          <w:bottom w:val="single" w:sz="8" w:space="0" w:color="8064A2" w:themeColor="accent4"/>
        </w:tcBorders>
      </w:tcPr>
    </w:tblStylePr>
    <w:tblStylePr w:type="band1Vert">
      <w:tblPr/>
      <w:tcPr>
        <w:shd w:val="clear" w:color="auto" w:fill="DFD8E8" w:themeFill="accent4" w:themeFillTint="3F"/>
      </w:tcPr>
    </w:tblStylePr>
    <w:tblStylePr w:type="band1Horz">
      <w:tblPr/>
      <w:tcPr>
        <w:shd w:val="clear" w:color="auto" w:fill="DFD8E8" w:themeFill="accent4" w:themeFillTint="3F"/>
      </w:tcPr>
    </w:tblStylePr>
  </w:style>
  <w:style w:type="table" w:styleId="MediumList1-Accent5">
    <w:name w:val="Medium List 1 Accent 5"/>
    <w:basedOn w:val="TableNormal"/>
    <w:uiPriority w:val="65"/>
    <w:rsid w:val="00CB0664"/>
    <w:pPr>
      <w:spacing w:after="0" w:line="240" w:lineRule="auto"/>
    </w:pPr>
    <w:rPr>
      <w:color w:val="000000" w:themeColor="text1"/>
    </w:rPr>
    <w:tblPr>
      <w:tblStyleRowBandSize w:val="1"/>
      <w:tblStyleColBandSize w:val="1"/>
      <w:tblInd w:w="0" w:type="dxa"/>
      <w:tblBorders>
        <w:top w:val="single" w:sz="8" w:space="0" w:color="4BACC6" w:themeColor="accent5"/>
        <w:bottom w:val="single" w:sz="8" w:space="0" w:color="4BACC6" w:themeColor="accent5"/>
      </w:tblBorders>
      <w:tblCellMar>
        <w:top w:w="0" w:type="dxa"/>
        <w:left w:w="108" w:type="dxa"/>
        <w:bottom w:w="0" w:type="dxa"/>
        <w:right w:w="108" w:type="dxa"/>
      </w:tblCellMar>
    </w:tblPr>
    <w:tblStylePr w:type="firstRow">
      <w:rPr>
        <w:rFonts w:asciiTheme="majorHAnsi" w:eastAsiaTheme="majorEastAsia" w:hAnsiTheme="majorHAnsi" w:cstheme="majorBidi"/>
      </w:rPr>
      <w:tblPr/>
      <w:tcPr>
        <w:tcBorders>
          <w:top w:val="nil"/>
          <w:bottom w:val="single" w:sz="8" w:space="0" w:color="4BACC6" w:themeColor="accent5"/>
        </w:tcBorders>
      </w:tcPr>
    </w:tblStylePr>
    <w:tblStylePr w:type="lastRow">
      <w:rPr>
        <w:b/>
        <w:bCs/>
        <w:color w:val="1F497D" w:themeColor="text2"/>
      </w:rPr>
      <w:tblPr/>
      <w:tcPr>
        <w:tcBorders>
          <w:top w:val="single" w:sz="8" w:space="0" w:color="4BACC6" w:themeColor="accent5"/>
          <w:bottom w:val="single" w:sz="8" w:space="0" w:color="4BACC6" w:themeColor="accent5"/>
        </w:tcBorders>
      </w:tcPr>
    </w:tblStylePr>
    <w:tblStylePr w:type="firstCol">
      <w:rPr>
        <w:b/>
        <w:bCs/>
      </w:rPr>
    </w:tblStylePr>
    <w:tblStylePr w:type="lastCol">
      <w:rPr>
        <w:b/>
        <w:bCs/>
      </w:rPr>
      <w:tblPr/>
      <w:tcPr>
        <w:tcBorders>
          <w:top w:val="single" w:sz="8" w:space="0" w:color="4BACC6" w:themeColor="accent5"/>
          <w:bottom w:val="single" w:sz="8" w:space="0" w:color="4BACC6" w:themeColor="accent5"/>
        </w:tcBorders>
      </w:tcPr>
    </w:tblStylePr>
    <w:tblStylePr w:type="band1Vert">
      <w:tblPr/>
      <w:tcPr>
        <w:shd w:val="clear" w:color="auto" w:fill="D2EAF1" w:themeFill="accent5" w:themeFillTint="3F"/>
      </w:tcPr>
    </w:tblStylePr>
    <w:tblStylePr w:type="band1Horz">
      <w:tblPr/>
      <w:tcPr>
        <w:shd w:val="clear" w:color="auto" w:fill="D2EAF1" w:themeFill="accent5" w:themeFillTint="3F"/>
      </w:tcPr>
    </w:tblStylePr>
  </w:style>
  <w:style w:type="table" w:styleId="MediumList1-Accent6">
    <w:name w:val="Medium List 1 Accent 6"/>
    <w:basedOn w:val="TableNormal"/>
    <w:uiPriority w:val="65"/>
    <w:rsid w:val="00CB0664"/>
    <w:pPr>
      <w:spacing w:after="0" w:line="240" w:lineRule="auto"/>
    </w:pPr>
    <w:rPr>
      <w:color w:val="000000" w:themeColor="text1"/>
    </w:rPr>
    <w:tblPr>
      <w:tblStyleRowBandSize w:val="1"/>
      <w:tblStyleColBandSize w:val="1"/>
      <w:tblInd w:w="0" w:type="dxa"/>
      <w:tblBorders>
        <w:top w:val="single" w:sz="8" w:space="0" w:color="F79646" w:themeColor="accent6"/>
        <w:bottom w:val="single" w:sz="8" w:space="0" w:color="F79646" w:themeColor="accent6"/>
      </w:tblBorders>
      <w:tblCellMar>
        <w:top w:w="0" w:type="dxa"/>
        <w:left w:w="108" w:type="dxa"/>
        <w:bottom w:w="0" w:type="dxa"/>
        <w:right w:w="108" w:type="dxa"/>
      </w:tblCellMar>
    </w:tblPr>
    <w:tblStylePr w:type="firstRow">
      <w:rPr>
        <w:rFonts w:asciiTheme="majorHAnsi" w:eastAsiaTheme="majorEastAsia" w:hAnsiTheme="majorHAnsi" w:cstheme="majorBidi"/>
      </w:rPr>
      <w:tblPr/>
      <w:tcPr>
        <w:tcBorders>
          <w:top w:val="nil"/>
          <w:bottom w:val="single" w:sz="8" w:space="0" w:color="F79646" w:themeColor="accent6"/>
        </w:tcBorders>
      </w:tcPr>
    </w:tblStylePr>
    <w:tblStylePr w:type="lastRow">
      <w:rPr>
        <w:b/>
        <w:bCs/>
        <w:color w:val="1F497D" w:themeColor="text2"/>
      </w:rPr>
      <w:tblPr/>
      <w:tcPr>
        <w:tcBorders>
          <w:top w:val="single" w:sz="8" w:space="0" w:color="F79646" w:themeColor="accent6"/>
          <w:bottom w:val="single" w:sz="8" w:space="0" w:color="F79646" w:themeColor="accent6"/>
        </w:tcBorders>
      </w:tcPr>
    </w:tblStylePr>
    <w:tblStylePr w:type="firstCol">
      <w:rPr>
        <w:b/>
        <w:bCs/>
      </w:rPr>
    </w:tblStylePr>
    <w:tblStylePr w:type="lastCol">
      <w:rPr>
        <w:b/>
        <w:bCs/>
      </w:rPr>
      <w:tblPr/>
      <w:tcPr>
        <w:tcBorders>
          <w:top w:val="single" w:sz="8" w:space="0" w:color="F79646" w:themeColor="accent6"/>
          <w:bottom w:val="single" w:sz="8" w:space="0" w:color="F79646" w:themeColor="accent6"/>
        </w:tcBorders>
      </w:tcPr>
    </w:tblStylePr>
    <w:tblStylePr w:type="band1Vert">
      <w:tblPr/>
      <w:tcPr>
        <w:shd w:val="clear" w:color="auto" w:fill="FDE4D0" w:themeFill="accent6" w:themeFillTint="3F"/>
      </w:tcPr>
    </w:tblStylePr>
    <w:tblStylePr w:type="band1Horz">
      <w:tblPr/>
      <w:tcPr>
        <w:shd w:val="clear" w:color="auto" w:fill="FDE4D0" w:themeFill="accent6" w:themeFillTint="3F"/>
      </w:tcPr>
    </w:tblStylePr>
  </w:style>
  <w:style w:type="table" w:styleId="MediumList2">
    <w:name w:val="Medium List 2"/>
    <w:basedOn w:val="TableNormal"/>
    <w:uiPriority w:val="66"/>
    <w:rsid w:val="00CB0664"/>
    <w:pPr>
      <w:spacing w:after="0" w:line="240" w:lineRule="auto"/>
    </w:pPr>
    <w:rPr>
      <w:rFonts w:asciiTheme="majorHAnsi" w:eastAsiaTheme="majorEastAsia" w:hAnsiTheme="majorHAnsi" w:cstheme="majorBidi"/>
      <w:color w:val="000000" w:themeColor="text1"/>
    </w:rPr>
    <w:tblPr>
      <w:tblStyleRowBandSize w:val="1"/>
      <w:tblStyleColBandSize w:val="1"/>
      <w:tblInd w:w="0" w:type="dxa"/>
      <w:tblBorders>
        <w:top w:val="single" w:sz="8" w:space="0" w:color="000000" w:themeColor="text1"/>
        <w:left w:val="single" w:sz="8" w:space="0" w:color="000000" w:themeColor="text1"/>
        <w:bottom w:val="single" w:sz="8" w:space="0" w:color="000000" w:themeColor="text1"/>
        <w:right w:val="single" w:sz="8" w:space="0" w:color="000000" w:themeColor="text1"/>
      </w:tblBorders>
      <w:tblCellMar>
        <w:top w:w="0" w:type="dxa"/>
        <w:left w:w="108" w:type="dxa"/>
        <w:bottom w:w="0" w:type="dxa"/>
        <w:right w:w="108" w:type="dxa"/>
      </w:tblCellMar>
    </w:tblPr>
    <w:tblStylePr w:type="firstRow">
      <w:rPr>
        <w:sz w:val="24"/>
        <w:szCs w:val="24"/>
      </w:rPr>
      <w:tblPr/>
      <w:tcPr>
        <w:tcBorders>
          <w:top w:val="nil"/>
          <w:left w:val="nil"/>
          <w:bottom w:val="single" w:sz="24" w:space="0" w:color="000000" w:themeColor="text1"/>
          <w:right w:val="nil"/>
          <w:insideH w:val="nil"/>
          <w:insideV w:val="nil"/>
        </w:tcBorders>
        <w:shd w:val="clear" w:color="auto" w:fill="FFFFFF" w:themeFill="background1"/>
      </w:tcPr>
    </w:tblStylePr>
    <w:tblStylePr w:type="lastRow">
      <w:tblPr/>
      <w:tcPr>
        <w:tcBorders>
          <w:top w:val="single" w:sz="8" w:space="0" w:color="000000" w:themeColor="text1"/>
          <w:left w:val="nil"/>
          <w:bottom w:val="nil"/>
          <w:right w:val="nil"/>
          <w:insideH w:val="nil"/>
          <w:insideV w:val="nil"/>
        </w:tcBorders>
        <w:shd w:val="clear" w:color="auto" w:fill="FFFFFF" w:themeFill="background1"/>
      </w:tcPr>
    </w:tblStylePr>
    <w:tblStylePr w:type="firstCol">
      <w:tblPr/>
      <w:tcPr>
        <w:tcBorders>
          <w:top w:val="nil"/>
          <w:left w:val="nil"/>
          <w:bottom w:val="nil"/>
          <w:right w:val="single" w:sz="8" w:space="0" w:color="000000" w:themeColor="text1"/>
          <w:insideH w:val="nil"/>
          <w:insideV w:val="nil"/>
        </w:tcBorders>
        <w:shd w:val="clear" w:color="auto" w:fill="FFFFFF" w:themeFill="background1"/>
      </w:tcPr>
    </w:tblStylePr>
    <w:tblStylePr w:type="lastCol">
      <w:tblPr/>
      <w:tcPr>
        <w:tcBorders>
          <w:top w:val="nil"/>
          <w:left w:val="single" w:sz="8" w:space="0" w:color="000000" w:themeColor="text1"/>
          <w:bottom w:val="nil"/>
          <w:right w:val="nil"/>
          <w:insideH w:val="nil"/>
          <w:insideV w:val="nil"/>
        </w:tcBorders>
        <w:shd w:val="clear" w:color="auto" w:fill="FFFFFF" w:themeFill="background1"/>
      </w:tcPr>
    </w:tblStylePr>
    <w:tblStylePr w:type="band1Vert">
      <w:tblPr/>
      <w:tcPr>
        <w:tcBorders>
          <w:left w:val="nil"/>
          <w:right w:val="nil"/>
          <w:insideH w:val="nil"/>
          <w:insideV w:val="nil"/>
        </w:tcBorders>
        <w:shd w:val="clear" w:color="auto" w:fill="C0C0C0" w:themeFill="text1" w:themeFillTint="3F"/>
      </w:tcPr>
    </w:tblStylePr>
    <w:tblStylePr w:type="band1Horz">
      <w:tblPr/>
      <w:tcPr>
        <w:tcBorders>
          <w:top w:val="nil"/>
          <w:bottom w:val="nil"/>
          <w:insideH w:val="nil"/>
          <w:insideV w:val="nil"/>
        </w:tcBorders>
        <w:shd w:val="clear" w:color="auto" w:fill="C0C0C0" w:themeFill="text1" w:themeFillTint="3F"/>
      </w:tcPr>
    </w:tblStylePr>
    <w:tblStylePr w:type="nwCell">
      <w:tblPr/>
      <w:tcPr>
        <w:shd w:val="clear" w:color="auto" w:fill="FFFFFF" w:themeFill="background1"/>
      </w:tcPr>
    </w:tblStylePr>
    <w:tblStylePr w:type="swCell">
      <w:tblPr/>
      <w:tcPr>
        <w:tcBorders>
          <w:top w:val="nil"/>
        </w:tcBorders>
      </w:tcPr>
    </w:tblStylePr>
  </w:style>
  <w:style w:type="table" w:styleId="MediumList2-Accent1">
    <w:name w:val="Medium List 2 Accent 1"/>
    <w:basedOn w:val="TableNormal"/>
    <w:uiPriority w:val="66"/>
    <w:rsid w:val="00CB0664"/>
    <w:pPr>
      <w:spacing w:after="0" w:line="240" w:lineRule="auto"/>
    </w:pPr>
    <w:rPr>
      <w:rFonts w:asciiTheme="majorHAnsi" w:eastAsiaTheme="majorEastAsia" w:hAnsiTheme="majorHAnsi" w:cstheme="majorBidi"/>
      <w:color w:val="000000" w:themeColor="text1"/>
    </w:rPr>
    <w:tblPr>
      <w:tblStyleRowBandSize w:val="1"/>
      <w:tblStyleColBandSize w:val="1"/>
      <w:tblInd w:w="0" w:type="dxa"/>
      <w:tblBorders>
        <w:top w:val="single" w:sz="8" w:space="0" w:color="4F81BD" w:themeColor="accent1"/>
        <w:left w:val="single" w:sz="8" w:space="0" w:color="4F81BD" w:themeColor="accent1"/>
        <w:bottom w:val="single" w:sz="8" w:space="0" w:color="4F81BD" w:themeColor="accent1"/>
        <w:right w:val="single" w:sz="8" w:space="0" w:color="4F81BD" w:themeColor="accent1"/>
      </w:tblBorders>
      <w:tblCellMar>
        <w:top w:w="0" w:type="dxa"/>
        <w:left w:w="108" w:type="dxa"/>
        <w:bottom w:w="0" w:type="dxa"/>
        <w:right w:w="108" w:type="dxa"/>
      </w:tblCellMar>
    </w:tblPr>
    <w:tblStylePr w:type="firstRow">
      <w:rPr>
        <w:sz w:val="24"/>
        <w:szCs w:val="24"/>
      </w:rPr>
      <w:tblPr/>
      <w:tcPr>
        <w:tcBorders>
          <w:top w:val="nil"/>
          <w:left w:val="nil"/>
          <w:bottom w:val="single" w:sz="24" w:space="0" w:color="4F81BD" w:themeColor="accent1"/>
          <w:right w:val="nil"/>
          <w:insideH w:val="nil"/>
          <w:insideV w:val="nil"/>
        </w:tcBorders>
        <w:shd w:val="clear" w:color="auto" w:fill="FFFFFF" w:themeFill="background1"/>
      </w:tcPr>
    </w:tblStylePr>
    <w:tblStylePr w:type="lastRow">
      <w:tblPr/>
      <w:tcPr>
        <w:tcBorders>
          <w:top w:val="single" w:sz="8" w:space="0" w:color="4F81BD" w:themeColor="accent1"/>
          <w:left w:val="nil"/>
          <w:bottom w:val="nil"/>
          <w:right w:val="nil"/>
          <w:insideH w:val="nil"/>
          <w:insideV w:val="nil"/>
        </w:tcBorders>
        <w:shd w:val="clear" w:color="auto" w:fill="FFFFFF" w:themeFill="background1"/>
      </w:tcPr>
    </w:tblStylePr>
    <w:tblStylePr w:type="firstCol">
      <w:tblPr/>
      <w:tcPr>
        <w:tcBorders>
          <w:top w:val="nil"/>
          <w:left w:val="nil"/>
          <w:bottom w:val="nil"/>
          <w:right w:val="single" w:sz="8" w:space="0" w:color="4F81BD" w:themeColor="accent1"/>
          <w:insideH w:val="nil"/>
          <w:insideV w:val="nil"/>
        </w:tcBorders>
        <w:shd w:val="clear" w:color="auto" w:fill="FFFFFF" w:themeFill="background1"/>
      </w:tcPr>
    </w:tblStylePr>
    <w:tblStylePr w:type="lastCol">
      <w:tblPr/>
      <w:tcPr>
        <w:tcBorders>
          <w:top w:val="nil"/>
          <w:left w:val="single" w:sz="8" w:space="0" w:color="4F81BD" w:themeColor="accent1"/>
          <w:bottom w:val="nil"/>
          <w:right w:val="nil"/>
          <w:insideH w:val="nil"/>
          <w:insideV w:val="nil"/>
        </w:tcBorders>
        <w:shd w:val="clear" w:color="auto" w:fill="FFFFFF" w:themeFill="background1"/>
      </w:tcPr>
    </w:tblStylePr>
    <w:tblStylePr w:type="band1Vert">
      <w:tblPr/>
      <w:tcPr>
        <w:tcBorders>
          <w:left w:val="nil"/>
          <w:right w:val="nil"/>
          <w:insideH w:val="nil"/>
          <w:insideV w:val="nil"/>
        </w:tcBorders>
        <w:shd w:val="clear" w:color="auto" w:fill="D3DFEE" w:themeFill="accent1" w:themeFillTint="3F"/>
      </w:tcPr>
    </w:tblStylePr>
    <w:tblStylePr w:type="band1Horz">
      <w:tblPr/>
      <w:tcPr>
        <w:tcBorders>
          <w:top w:val="nil"/>
          <w:bottom w:val="nil"/>
          <w:insideH w:val="nil"/>
          <w:insideV w:val="nil"/>
        </w:tcBorders>
        <w:shd w:val="clear" w:color="auto" w:fill="D3DFEE" w:themeFill="accent1" w:themeFillTint="3F"/>
      </w:tcPr>
    </w:tblStylePr>
    <w:tblStylePr w:type="nwCell">
      <w:tblPr/>
      <w:tcPr>
        <w:shd w:val="clear" w:color="auto" w:fill="FFFFFF" w:themeFill="background1"/>
      </w:tcPr>
    </w:tblStylePr>
    <w:tblStylePr w:type="swCell">
      <w:tblPr/>
      <w:tcPr>
        <w:tcBorders>
          <w:top w:val="nil"/>
        </w:tcBorders>
      </w:tcPr>
    </w:tblStylePr>
  </w:style>
  <w:style w:type="table" w:styleId="MediumList2-Accent2">
    <w:name w:val="Medium List 2 Accent 2"/>
    <w:basedOn w:val="TableNormal"/>
    <w:uiPriority w:val="66"/>
    <w:rsid w:val="00CB0664"/>
    <w:pPr>
      <w:spacing w:after="0" w:line="240" w:lineRule="auto"/>
    </w:pPr>
    <w:rPr>
      <w:rFonts w:asciiTheme="majorHAnsi" w:eastAsiaTheme="majorEastAsia" w:hAnsiTheme="majorHAnsi" w:cstheme="majorBidi"/>
      <w:color w:val="000000" w:themeColor="text1"/>
    </w:rPr>
    <w:tblPr>
      <w:tblStyleRowBandSize w:val="1"/>
      <w:tblStyleColBandSize w:val="1"/>
      <w:tblInd w:w="0" w:type="dxa"/>
      <w:tblBorders>
        <w:top w:val="single" w:sz="8" w:space="0" w:color="C0504D" w:themeColor="accent2"/>
        <w:left w:val="single" w:sz="8" w:space="0" w:color="C0504D" w:themeColor="accent2"/>
        <w:bottom w:val="single" w:sz="8" w:space="0" w:color="C0504D" w:themeColor="accent2"/>
        <w:right w:val="single" w:sz="8" w:space="0" w:color="C0504D" w:themeColor="accent2"/>
      </w:tblBorders>
      <w:tblCellMar>
        <w:top w:w="0" w:type="dxa"/>
        <w:left w:w="108" w:type="dxa"/>
        <w:bottom w:w="0" w:type="dxa"/>
        <w:right w:w="108" w:type="dxa"/>
      </w:tblCellMar>
    </w:tblPr>
    <w:tblStylePr w:type="firstRow">
      <w:rPr>
        <w:sz w:val="24"/>
        <w:szCs w:val="24"/>
      </w:rPr>
      <w:tblPr/>
      <w:tcPr>
        <w:tcBorders>
          <w:top w:val="nil"/>
          <w:left w:val="nil"/>
          <w:bottom w:val="single" w:sz="24" w:space="0" w:color="C0504D" w:themeColor="accent2"/>
          <w:right w:val="nil"/>
          <w:insideH w:val="nil"/>
          <w:insideV w:val="nil"/>
        </w:tcBorders>
        <w:shd w:val="clear" w:color="auto" w:fill="FFFFFF" w:themeFill="background1"/>
      </w:tcPr>
    </w:tblStylePr>
    <w:tblStylePr w:type="lastRow">
      <w:tblPr/>
      <w:tcPr>
        <w:tcBorders>
          <w:top w:val="single" w:sz="8" w:space="0" w:color="C0504D" w:themeColor="accent2"/>
          <w:left w:val="nil"/>
          <w:bottom w:val="nil"/>
          <w:right w:val="nil"/>
          <w:insideH w:val="nil"/>
          <w:insideV w:val="nil"/>
        </w:tcBorders>
        <w:shd w:val="clear" w:color="auto" w:fill="FFFFFF" w:themeFill="background1"/>
      </w:tcPr>
    </w:tblStylePr>
    <w:tblStylePr w:type="firstCol">
      <w:tblPr/>
      <w:tcPr>
        <w:tcBorders>
          <w:top w:val="nil"/>
          <w:left w:val="nil"/>
          <w:bottom w:val="nil"/>
          <w:right w:val="single" w:sz="8" w:space="0" w:color="C0504D" w:themeColor="accent2"/>
          <w:insideH w:val="nil"/>
          <w:insideV w:val="nil"/>
        </w:tcBorders>
        <w:shd w:val="clear" w:color="auto" w:fill="FFFFFF" w:themeFill="background1"/>
      </w:tcPr>
    </w:tblStylePr>
    <w:tblStylePr w:type="lastCol">
      <w:tblPr/>
      <w:tcPr>
        <w:tcBorders>
          <w:top w:val="nil"/>
          <w:left w:val="single" w:sz="8" w:space="0" w:color="C0504D" w:themeColor="accent2"/>
          <w:bottom w:val="nil"/>
          <w:right w:val="nil"/>
          <w:insideH w:val="nil"/>
          <w:insideV w:val="nil"/>
        </w:tcBorders>
        <w:shd w:val="clear" w:color="auto" w:fill="FFFFFF" w:themeFill="background1"/>
      </w:tcPr>
    </w:tblStylePr>
    <w:tblStylePr w:type="band1Vert">
      <w:tblPr/>
      <w:tcPr>
        <w:tcBorders>
          <w:left w:val="nil"/>
          <w:right w:val="nil"/>
          <w:insideH w:val="nil"/>
          <w:insideV w:val="nil"/>
        </w:tcBorders>
        <w:shd w:val="clear" w:color="auto" w:fill="EFD3D2" w:themeFill="accent2" w:themeFillTint="3F"/>
      </w:tcPr>
    </w:tblStylePr>
    <w:tblStylePr w:type="band1Horz">
      <w:tblPr/>
      <w:tcPr>
        <w:tcBorders>
          <w:top w:val="nil"/>
          <w:bottom w:val="nil"/>
          <w:insideH w:val="nil"/>
          <w:insideV w:val="nil"/>
        </w:tcBorders>
        <w:shd w:val="clear" w:color="auto" w:fill="EFD3D2" w:themeFill="accent2" w:themeFillTint="3F"/>
      </w:tcPr>
    </w:tblStylePr>
    <w:tblStylePr w:type="nwCell">
      <w:tblPr/>
      <w:tcPr>
        <w:shd w:val="clear" w:color="auto" w:fill="FFFFFF" w:themeFill="background1"/>
      </w:tcPr>
    </w:tblStylePr>
    <w:tblStylePr w:type="swCell">
      <w:tblPr/>
      <w:tcPr>
        <w:tcBorders>
          <w:top w:val="nil"/>
        </w:tcBorders>
      </w:tcPr>
    </w:tblStylePr>
  </w:style>
  <w:style w:type="table" w:styleId="MediumList2-Accent3">
    <w:name w:val="Medium List 2 Accent 3"/>
    <w:basedOn w:val="TableNormal"/>
    <w:uiPriority w:val="66"/>
    <w:rsid w:val="00CB0664"/>
    <w:pPr>
      <w:spacing w:after="0" w:line="240" w:lineRule="auto"/>
    </w:pPr>
    <w:rPr>
      <w:rFonts w:asciiTheme="majorHAnsi" w:eastAsiaTheme="majorEastAsia" w:hAnsiTheme="majorHAnsi" w:cstheme="majorBidi"/>
      <w:color w:val="000000" w:themeColor="text1"/>
    </w:rPr>
    <w:tblPr>
      <w:tblStyleRowBandSize w:val="1"/>
      <w:tblStyleColBandSize w:val="1"/>
      <w:tblInd w:w="0" w:type="dxa"/>
      <w:tblBorders>
        <w:top w:val="single" w:sz="8" w:space="0" w:color="9BBB59" w:themeColor="accent3"/>
        <w:left w:val="single" w:sz="8" w:space="0" w:color="9BBB59" w:themeColor="accent3"/>
        <w:bottom w:val="single" w:sz="8" w:space="0" w:color="9BBB59" w:themeColor="accent3"/>
        <w:right w:val="single" w:sz="8" w:space="0" w:color="9BBB59" w:themeColor="accent3"/>
      </w:tblBorders>
      <w:tblCellMar>
        <w:top w:w="0" w:type="dxa"/>
        <w:left w:w="108" w:type="dxa"/>
        <w:bottom w:w="0" w:type="dxa"/>
        <w:right w:w="108" w:type="dxa"/>
      </w:tblCellMar>
    </w:tblPr>
    <w:tblStylePr w:type="firstRow">
      <w:rPr>
        <w:sz w:val="24"/>
        <w:szCs w:val="24"/>
      </w:rPr>
      <w:tblPr/>
      <w:tcPr>
        <w:tcBorders>
          <w:top w:val="nil"/>
          <w:left w:val="nil"/>
          <w:bottom w:val="single" w:sz="24" w:space="0" w:color="9BBB59" w:themeColor="accent3"/>
          <w:right w:val="nil"/>
          <w:insideH w:val="nil"/>
          <w:insideV w:val="nil"/>
        </w:tcBorders>
        <w:shd w:val="clear" w:color="auto" w:fill="FFFFFF" w:themeFill="background1"/>
      </w:tcPr>
    </w:tblStylePr>
    <w:tblStylePr w:type="lastRow">
      <w:tblPr/>
      <w:tcPr>
        <w:tcBorders>
          <w:top w:val="single" w:sz="8" w:space="0" w:color="9BBB59" w:themeColor="accent3"/>
          <w:left w:val="nil"/>
          <w:bottom w:val="nil"/>
          <w:right w:val="nil"/>
          <w:insideH w:val="nil"/>
          <w:insideV w:val="nil"/>
        </w:tcBorders>
        <w:shd w:val="clear" w:color="auto" w:fill="FFFFFF" w:themeFill="background1"/>
      </w:tcPr>
    </w:tblStylePr>
    <w:tblStylePr w:type="firstCol">
      <w:tblPr/>
      <w:tcPr>
        <w:tcBorders>
          <w:top w:val="nil"/>
          <w:left w:val="nil"/>
          <w:bottom w:val="nil"/>
          <w:right w:val="single" w:sz="8" w:space="0" w:color="9BBB59" w:themeColor="accent3"/>
          <w:insideH w:val="nil"/>
          <w:insideV w:val="nil"/>
        </w:tcBorders>
        <w:shd w:val="clear" w:color="auto" w:fill="FFFFFF" w:themeFill="background1"/>
      </w:tcPr>
    </w:tblStylePr>
    <w:tblStylePr w:type="lastCol">
      <w:tblPr/>
      <w:tcPr>
        <w:tcBorders>
          <w:top w:val="nil"/>
          <w:left w:val="single" w:sz="8" w:space="0" w:color="9BBB59" w:themeColor="accent3"/>
          <w:bottom w:val="nil"/>
          <w:right w:val="nil"/>
          <w:insideH w:val="nil"/>
          <w:insideV w:val="nil"/>
        </w:tcBorders>
        <w:shd w:val="clear" w:color="auto" w:fill="FFFFFF" w:themeFill="background1"/>
      </w:tcPr>
    </w:tblStylePr>
    <w:tblStylePr w:type="band1Vert">
      <w:tblPr/>
      <w:tcPr>
        <w:tcBorders>
          <w:left w:val="nil"/>
          <w:right w:val="nil"/>
          <w:insideH w:val="nil"/>
          <w:insideV w:val="nil"/>
        </w:tcBorders>
        <w:shd w:val="clear" w:color="auto" w:fill="E6EED5" w:themeFill="accent3" w:themeFillTint="3F"/>
      </w:tcPr>
    </w:tblStylePr>
    <w:tblStylePr w:type="band1Horz">
      <w:tblPr/>
      <w:tcPr>
        <w:tcBorders>
          <w:top w:val="nil"/>
          <w:bottom w:val="nil"/>
          <w:insideH w:val="nil"/>
          <w:insideV w:val="nil"/>
        </w:tcBorders>
        <w:shd w:val="clear" w:color="auto" w:fill="E6EED5" w:themeFill="accent3" w:themeFillTint="3F"/>
      </w:tcPr>
    </w:tblStylePr>
    <w:tblStylePr w:type="nwCell">
      <w:tblPr/>
      <w:tcPr>
        <w:shd w:val="clear" w:color="auto" w:fill="FFFFFF" w:themeFill="background1"/>
      </w:tcPr>
    </w:tblStylePr>
    <w:tblStylePr w:type="swCell">
      <w:tblPr/>
      <w:tcPr>
        <w:tcBorders>
          <w:top w:val="nil"/>
        </w:tcBorders>
      </w:tcPr>
    </w:tblStylePr>
  </w:style>
  <w:style w:type="table" w:styleId="MediumList2-Accent4">
    <w:name w:val="Medium List 2 Accent 4"/>
    <w:basedOn w:val="TableNormal"/>
    <w:uiPriority w:val="66"/>
    <w:rsid w:val="00CB0664"/>
    <w:pPr>
      <w:spacing w:after="0" w:line="240" w:lineRule="auto"/>
    </w:pPr>
    <w:rPr>
      <w:rFonts w:asciiTheme="majorHAnsi" w:eastAsiaTheme="majorEastAsia" w:hAnsiTheme="majorHAnsi" w:cstheme="majorBidi"/>
      <w:color w:val="000000" w:themeColor="text1"/>
    </w:rPr>
    <w:tblPr>
      <w:tblStyleRowBandSize w:val="1"/>
      <w:tblStyleColBandSize w:val="1"/>
      <w:tblInd w:w="0" w:type="dxa"/>
      <w:tblBorders>
        <w:top w:val="single" w:sz="8" w:space="0" w:color="8064A2" w:themeColor="accent4"/>
        <w:left w:val="single" w:sz="8" w:space="0" w:color="8064A2" w:themeColor="accent4"/>
        <w:bottom w:val="single" w:sz="8" w:space="0" w:color="8064A2" w:themeColor="accent4"/>
        <w:right w:val="single" w:sz="8" w:space="0" w:color="8064A2" w:themeColor="accent4"/>
      </w:tblBorders>
      <w:tblCellMar>
        <w:top w:w="0" w:type="dxa"/>
        <w:left w:w="108" w:type="dxa"/>
        <w:bottom w:w="0" w:type="dxa"/>
        <w:right w:w="108" w:type="dxa"/>
      </w:tblCellMar>
    </w:tblPr>
    <w:tblStylePr w:type="firstRow">
      <w:rPr>
        <w:sz w:val="24"/>
        <w:szCs w:val="24"/>
      </w:rPr>
      <w:tblPr/>
      <w:tcPr>
        <w:tcBorders>
          <w:top w:val="nil"/>
          <w:left w:val="nil"/>
          <w:bottom w:val="single" w:sz="24" w:space="0" w:color="8064A2" w:themeColor="accent4"/>
          <w:right w:val="nil"/>
          <w:insideH w:val="nil"/>
          <w:insideV w:val="nil"/>
        </w:tcBorders>
        <w:shd w:val="clear" w:color="auto" w:fill="FFFFFF" w:themeFill="background1"/>
      </w:tcPr>
    </w:tblStylePr>
    <w:tblStylePr w:type="lastRow">
      <w:tblPr/>
      <w:tcPr>
        <w:tcBorders>
          <w:top w:val="single" w:sz="8" w:space="0" w:color="8064A2" w:themeColor="accent4"/>
          <w:left w:val="nil"/>
          <w:bottom w:val="nil"/>
          <w:right w:val="nil"/>
          <w:insideH w:val="nil"/>
          <w:insideV w:val="nil"/>
        </w:tcBorders>
        <w:shd w:val="clear" w:color="auto" w:fill="FFFFFF" w:themeFill="background1"/>
      </w:tcPr>
    </w:tblStylePr>
    <w:tblStylePr w:type="firstCol">
      <w:tblPr/>
      <w:tcPr>
        <w:tcBorders>
          <w:top w:val="nil"/>
          <w:left w:val="nil"/>
          <w:bottom w:val="nil"/>
          <w:right w:val="single" w:sz="8" w:space="0" w:color="8064A2" w:themeColor="accent4"/>
          <w:insideH w:val="nil"/>
          <w:insideV w:val="nil"/>
        </w:tcBorders>
        <w:shd w:val="clear" w:color="auto" w:fill="FFFFFF" w:themeFill="background1"/>
      </w:tcPr>
    </w:tblStylePr>
    <w:tblStylePr w:type="lastCol">
      <w:tblPr/>
      <w:tcPr>
        <w:tcBorders>
          <w:top w:val="nil"/>
          <w:left w:val="single" w:sz="8" w:space="0" w:color="8064A2" w:themeColor="accent4"/>
          <w:bottom w:val="nil"/>
          <w:right w:val="nil"/>
          <w:insideH w:val="nil"/>
          <w:insideV w:val="nil"/>
        </w:tcBorders>
        <w:shd w:val="clear" w:color="auto" w:fill="FFFFFF" w:themeFill="background1"/>
      </w:tcPr>
    </w:tblStylePr>
    <w:tblStylePr w:type="band1Vert">
      <w:tblPr/>
      <w:tcPr>
        <w:tcBorders>
          <w:left w:val="nil"/>
          <w:right w:val="nil"/>
          <w:insideH w:val="nil"/>
          <w:insideV w:val="nil"/>
        </w:tcBorders>
        <w:shd w:val="clear" w:color="auto" w:fill="DFD8E8" w:themeFill="accent4" w:themeFillTint="3F"/>
      </w:tcPr>
    </w:tblStylePr>
    <w:tblStylePr w:type="band1Horz">
      <w:tblPr/>
      <w:tcPr>
        <w:tcBorders>
          <w:top w:val="nil"/>
          <w:bottom w:val="nil"/>
          <w:insideH w:val="nil"/>
          <w:insideV w:val="nil"/>
        </w:tcBorders>
        <w:shd w:val="clear" w:color="auto" w:fill="DFD8E8" w:themeFill="accent4" w:themeFillTint="3F"/>
      </w:tcPr>
    </w:tblStylePr>
    <w:tblStylePr w:type="nwCell">
      <w:tblPr/>
      <w:tcPr>
        <w:shd w:val="clear" w:color="auto" w:fill="FFFFFF" w:themeFill="background1"/>
      </w:tcPr>
    </w:tblStylePr>
    <w:tblStylePr w:type="swCell">
      <w:tblPr/>
      <w:tcPr>
        <w:tcBorders>
          <w:top w:val="nil"/>
        </w:tcBorders>
      </w:tcPr>
    </w:tblStylePr>
  </w:style>
  <w:style w:type="table" w:styleId="MediumList2-Accent5">
    <w:name w:val="Medium List 2 Accent 5"/>
    <w:basedOn w:val="TableNormal"/>
    <w:uiPriority w:val="66"/>
    <w:rsid w:val="00CB0664"/>
    <w:pPr>
      <w:spacing w:after="0" w:line="240" w:lineRule="auto"/>
    </w:pPr>
    <w:rPr>
      <w:rFonts w:asciiTheme="majorHAnsi" w:eastAsiaTheme="majorEastAsia" w:hAnsiTheme="majorHAnsi" w:cstheme="majorBidi"/>
      <w:color w:val="000000" w:themeColor="text1"/>
    </w:rPr>
    <w:tblPr>
      <w:tblStyleRowBandSize w:val="1"/>
      <w:tblStyleColBandSize w:val="1"/>
      <w:tblInd w:w="0" w:type="dxa"/>
      <w:tblBorders>
        <w:top w:val="single" w:sz="8" w:space="0" w:color="4BACC6" w:themeColor="accent5"/>
        <w:left w:val="single" w:sz="8" w:space="0" w:color="4BACC6" w:themeColor="accent5"/>
        <w:bottom w:val="single" w:sz="8" w:space="0" w:color="4BACC6" w:themeColor="accent5"/>
        <w:right w:val="single" w:sz="8" w:space="0" w:color="4BACC6" w:themeColor="accent5"/>
      </w:tblBorders>
      <w:tblCellMar>
        <w:top w:w="0" w:type="dxa"/>
        <w:left w:w="108" w:type="dxa"/>
        <w:bottom w:w="0" w:type="dxa"/>
        <w:right w:w="108" w:type="dxa"/>
      </w:tblCellMar>
    </w:tblPr>
    <w:tblStylePr w:type="firstRow">
      <w:rPr>
        <w:sz w:val="24"/>
        <w:szCs w:val="24"/>
      </w:rPr>
      <w:tblPr/>
      <w:tcPr>
        <w:tcBorders>
          <w:top w:val="nil"/>
          <w:left w:val="nil"/>
          <w:bottom w:val="single" w:sz="24" w:space="0" w:color="4BACC6" w:themeColor="accent5"/>
          <w:right w:val="nil"/>
          <w:insideH w:val="nil"/>
          <w:insideV w:val="nil"/>
        </w:tcBorders>
        <w:shd w:val="clear" w:color="auto" w:fill="FFFFFF" w:themeFill="background1"/>
      </w:tcPr>
    </w:tblStylePr>
    <w:tblStylePr w:type="lastRow">
      <w:tblPr/>
      <w:tcPr>
        <w:tcBorders>
          <w:top w:val="single" w:sz="8" w:space="0" w:color="4BACC6" w:themeColor="accent5"/>
          <w:left w:val="nil"/>
          <w:bottom w:val="nil"/>
          <w:right w:val="nil"/>
          <w:insideH w:val="nil"/>
          <w:insideV w:val="nil"/>
        </w:tcBorders>
        <w:shd w:val="clear" w:color="auto" w:fill="FFFFFF" w:themeFill="background1"/>
      </w:tcPr>
    </w:tblStylePr>
    <w:tblStylePr w:type="firstCol">
      <w:tblPr/>
      <w:tcPr>
        <w:tcBorders>
          <w:top w:val="nil"/>
          <w:left w:val="nil"/>
          <w:bottom w:val="nil"/>
          <w:right w:val="single" w:sz="8" w:space="0" w:color="4BACC6" w:themeColor="accent5"/>
          <w:insideH w:val="nil"/>
          <w:insideV w:val="nil"/>
        </w:tcBorders>
        <w:shd w:val="clear" w:color="auto" w:fill="FFFFFF" w:themeFill="background1"/>
      </w:tcPr>
    </w:tblStylePr>
    <w:tblStylePr w:type="lastCol">
      <w:tblPr/>
      <w:tcPr>
        <w:tcBorders>
          <w:top w:val="nil"/>
          <w:left w:val="single" w:sz="8" w:space="0" w:color="4BACC6" w:themeColor="accent5"/>
          <w:bottom w:val="nil"/>
          <w:right w:val="nil"/>
          <w:insideH w:val="nil"/>
          <w:insideV w:val="nil"/>
        </w:tcBorders>
        <w:shd w:val="clear" w:color="auto" w:fill="FFFFFF" w:themeFill="background1"/>
      </w:tcPr>
    </w:tblStylePr>
    <w:tblStylePr w:type="band1Vert">
      <w:tblPr/>
      <w:tcPr>
        <w:tcBorders>
          <w:left w:val="nil"/>
          <w:right w:val="nil"/>
          <w:insideH w:val="nil"/>
          <w:insideV w:val="nil"/>
        </w:tcBorders>
        <w:shd w:val="clear" w:color="auto" w:fill="D2EAF1" w:themeFill="accent5" w:themeFillTint="3F"/>
      </w:tcPr>
    </w:tblStylePr>
    <w:tblStylePr w:type="band1Horz">
      <w:tblPr/>
      <w:tcPr>
        <w:tcBorders>
          <w:top w:val="nil"/>
          <w:bottom w:val="nil"/>
          <w:insideH w:val="nil"/>
          <w:insideV w:val="nil"/>
        </w:tcBorders>
        <w:shd w:val="clear" w:color="auto" w:fill="D2EAF1" w:themeFill="accent5" w:themeFillTint="3F"/>
      </w:tcPr>
    </w:tblStylePr>
    <w:tblStylePr w:type="nwCell">
      <w:tblPr/>
      <w:tcPr>
        <w:shd w:val="clear" w:color="auto" w:fill="FFFFFF" w:themeFill="background1"/>
      </w:tcPr>
    </w:tblStylePr>
    <w:tblStylePr w:type="swCell">
      <w:tblPr/>
      <w:tcPr>
        <w:tcBorders>
          <w:top w:val="nil"/>
        </w:tcBorders>
      </w:tcPr>
    </w:tblStylePr>
  </w:style>
  <w:style w:type="table" w:styleId="MediumList2-Accent6">
    <w:name w:val="Medium List 2 Accent 6"/>
    <w:basedOn w:val="TableNormal"/>
    <w:uiPriority w:val="66"/>
    <w:rsid w:val="00CB0664"/>
    <w:pPr>
      <w:spacing w:after="0" w:line="240" w:lineRule="auto"/>
    </w:pPr>
    <w:rPr>
      <w:rFonts w:asciiTheme="majorHAnsi" w:eastAsiaTheme="majorEastAsia" w:hAnsiTheme="majorHAnsi" w:cstheme="majorBidi"/>
      <w:color w:val="000000" w:themeColor="text1"/>
    </w:rPr>
    <w:tblPr>
      <w:tblStyleRowBandSize w:val="1"/>
      <w:tblStyleColBandSize w:val="1"/>
      <w:tblInd w:w="0" w:type="dxa"/>
      <w:tblBorders>
        <w:top w:val="single" w:sz="8" w:space="0" w:color="F79646" w:themeColor="accent6"/>
        <w:left w:val="single" w:sz="8" w:space="0" w:color="F79646" w:themeColor="accent6"/>
        <w:bottom w:val="single" w:sz="8" w:space="0" w:color="F79646" w:themeColor="accent6"/>
        <w:right w:val="single" w:sz="8" w:space="0" w:color="F79646" w:themeColor="accent6"/>
      </w:tblBorders>
      <w:tblCellMar>
        <w:top w:w="0" w:type="dxa"/>
        <w:left w:w="108" w:type="dxa"/>
        <w:bottom w:w="0" w:type="dxa"/>
        <w:right w:w="108" w:type="dxa"/>
      </w:tblCellMar>
    </w:tblPr>
    <w:tblStylePr w:type="firstRow">
      <w:rPr>
        <w:sz w:val="24"/>
        <w:szCs w:val="24"/>
      </w:rPr>
      <w:tblPr/>
      <w:tcPr>
        <w:tcBorders>
          <w:top w:val="nil"/>
          <w:left w:val="nil"/>
          <w:bottom w:val="single" w:sz="24" w:space="0" w:color="F79646" w:themeColor="accent6"/>
          <w:right w:val="nil"/>
          <w:insideH w:val="nil"/>
          <w:insideV w:val="nil"/>
        </w:tcBorders>
        <w:shd w:val="clear" w:color="auto" w:fill="FFFFFF" w:themeFill="background1"/>
      </w:tcPr>
    </w:tblStylePr>
    <w:tblStylePr w:type="lastRow">
      <w:tblPr/>
      <w:tcPr>
        <w:tcBorders>
          <w:top w:val="single" w:sz="8" w:space="0" w:color="F79646" w:themeColor="accent6"/>
          <w:left w:val="nil"/>
          <w:bottom w:val="nil"/>
          <w:right w:val="nil"/>
          <w:insideH w:val="nil"/>
          <w:insideV w:val="nil"/>
        </w:tcBorders>
        <w:shd w:val="clear" w:color="auto" w:fill="FFFFFF" w:themeFill="background1"/>
      </w:tcPr>
    </w:tblStylePr>
    <w:tblStylePr w:type="firstCol">
      <w:tblPr/>
      <w:tcPr>
        <w:tcBorders>
          <w:top w:val="nil"/>
          <w:left w:val="nil"/>
          <w:bottom w:val="nil"/>
          <w:right w:val="single" w:sz="8" w:space="0" w:color="F79646" w:themeColor="accent6"/>
          <w:insideH w:val="nil"/>
          <w:insideV w:val="nil"/>
        </w:tcBorders>
        <w:shd w:val="clear" w:color="auto" w:fill="FFFFFF" w:themeFill="background1"/>
      </w:tcPr>
    </w:tblStylePr>
    <w:tblStylePr w:type="lastCol">
      <w:tblPr/>
      <w:tcPr>
        <w:tcBorders>
          <w:top w:val="nil"/>
          <w:left w:val="single" w:sz="8" w:space="0" w:color="F79646" w:themeColor="accent6"/>
          <w:bottom w:val="nil"/>
          <w:right w:val="nil"/>
          <w:insideH w:val="nil"/>
          <w:insideV w:val="nil"/>
        </w:tcBorders>
        <w:shd w:val="clear" w:color="auto" w:fill="FFFFFF" w:themeFill="background1"/>
      </w:tcPr>
    </w:tblStylePr>
    <w:tblStylePr w:type="band1Vert">
      <w:tblPr/>
      <w:tcPr>
        <w:tcBorders>
          <w:left w:val="nil"/>
          <w:right w:val="nil"/>
          <w:insideH w:val="nil"/>
          <w:insideV w:val="nil"/>
        </w:tcBorders>
        <w:shd w:val="clear" w:color="auto" w:fill="FDE4D0" w:themeFill="accent6" w:themeFillTint="3F"/>
      </w:tcPr>
    </w:tblStylePr>
    <w:tblStylePr w:type="band1Horz">
      <w:tblPr/>
      <w:tcPr>
        <w:tcBorders>
          <w:top w:val="nil"/>
          <w:bottom w:val="nil"/>
          <w:insideH w:val="nil"/>
          <w:insideV w:val="nil"/>
        </w:tcBorders>
        <w:shd w:val="clear" w:color="auto" w:fill="FDE4D0" w:themeFill="accent6" w:themeFillTint="3F"/>
      </w:tcPr>
    </w:tblStylePr>
    <w:tblStylePr w:type="nwCell">
      <w:tblPr/>
      <w:tcPr>
        <w:shd w:val="clear" w:color="auto" w:fill="FFFFFF" w:themeFill="background1"/>
      </w:tcPr>
    </w:tblStylePr>
    <w:tblStylePr w:type="swCell">
      <w:tblPr/>
      <w:tcPr>
        <w:tcBorders>
          <w:top w:val="nil"/>
        </w:tcBorders>
      </w:tcPr>
    </w:tblStylePr>
  </w:style>
  <w:style w:type="table" w:styleId="MediumGrid1">
    <w:name w:val="Medium Grid 1"/>
    <w:basedOn w:val="TableNormal"/>
    <w:uiPriority w:val="67"/>
    <w:rsid w:val="00CB0664"/>
    <w:pPr>
      <w:spacing w:after="0" w:line="240" w:lineRule="auto"/>
    </w:pPr>
    <w:tblPr>
      <w:tblStyleRowBandSize w:val="1"/>
      <w:tblStyleColBandSize w:val="1"/>
      <w:tblInd w:w="0" w:type="dxa"/>
      <w:tblBorders>
        <w:top w:val="single" w:sz="8" w:space="0" w:color="404040" w:themeColor="text1" w:themeTint="BF"/>
        <w:left w:val="single" w:sz="8" w:space="0" w:color="404040" w:themeColor="text1" w:themeTint="BF"/>
        <w:bottom w:val="single" w:sz="8" w:space="0" w:color="404040" w:themeColor="text1" w:themeTint="BF"/>
        <w:right w:val="single" w:sz="8" w:space="0" w:color="404040" w:themeColor="text1" w:themeTint="BF"/>
        <w:insideH w:val="single" w:sz="8" w:space="0" w:color="404040" w:themeColor="text1" w:themeTint="BF"/>
        <w:insideV w:val="single" w:sz="8" w:space="0" w:color="404040" w:themeColor="text1" w:themeTint="BF"/>
      </w:tblBorders>
      <w:tblCellMar>
        <w:top w:w="0" w:type="dxa"/>
        <w:left w:w="108" w:type="dxa"/>
        <w:bottom w:w="0" w:type="dxa"/>
        <w:right w:w="108" w:type="dxa"/>
      </w:tblCellMar>
    </w:tblPr>
    <w:tcPr>
      <w:shd w:val="clear" w:color="auto" w:fill="C0C0C0" w:themeFill="text1" w:themeFillTint="3F"/>
    </w:tcPr>
    <w:tblStylePr w:type="firstRow">
      <w:rPr>
        <w:b/>
        <w:bCs/>
      </w:rPr>
    </w:tblStylePr>
    <w:tblStylePr w:type="lastRow">
      <w:rPr>
        <w:b/>
        <w:bCs/>
      </w:rPr>
      <w:tblPr/>
      <w:tcPr>
        <w:tcBorders>
          <w:top w:val="single" w:sz="18" w:space="0" w:color="404040" w:themeColor="text1" w:themeTint="BF"/>
        </w:tcBorders>
      </w:tcPr>
    </w:tblStylePr>
    <w:tblStylePr w:type="firstCol">
      <w:rPr>
        <w:b/>
        <w:bCs/>
      </w:rPr>
    </w:tblStylePr>
    <w:tblStylePr w:type="lastCol">
      <w:rPr>
        <w:b/>
        <w:bCs/>
      </w:rPr>
    </w:tblStylePr>
    <w:tblStylePr w:type="band1Vert">
      <w:tblPr/>
      <w:tcPr>
        <w:shd w:val="clear" w:color="auto" w:fill="808080" w:themeFill="text1" w:themeFillTint="7F"/>
      </w:tcPr>
    </w:tblStylePr>
    <w:tblStylePr w:type="band1Horz">
      <w:tblPr/>
      <w:tcPr>
        <w:shd w:val="clear" w:color="auto" w:fill="808080" w:themeFill="text1" w:themeFillTint="7F"/>
      </w:tcPr>
    </w:tblStylePr>
  </w:style>
  <w:style w:type="table" w:styleId="MediumGrid1-Accent1">
    <w:name w:val="Medium Grid 1 Accent 1"/>
    <w:basedOn w:val="TableNormal"/>
    <w:uiPriority w:val="67"/>
    <w:rsid w:val="00CB0664"/>
    <w:pPr>
      <w:spacing w:after="0" w:line="240" w:lineRule="auto"/>
    </w:pPr>
    <w:tblPr>
      <w:tblStyleRowBandSize w:val="1"/>
      <w:tblStyleColBandSize w:val="1"/>
      <w:tblInd w:w="0" w:type="dxa"/>
      <w:tblBorders>
        <w:top w:val="single" w:sz="8" w:space="0" w:color="7BA0CD" w:themeColor="accent1" w:themeTint="BF"/>
        <w:left w:val="single" w:sz="8" w:space="0" w:color="7BA0CD" w:themeColor="accent1" w:themeTint="BF"/>
        <w:bottom w:val="single" w:sz="8" w:space="0" w:color="7BA0CD" w:themeColor="accent1" w:themeTint="BF"/>
        <w:right w:val="single" w:sz="8" w:space="0" w:color="7BA0CD" w:themeColor="accent1" w:themeTint="BF"/>
        <w:insideH w:val="single" w:sz="8" w:space="0" w:color="7BA0CD" w:themeColor="accent1" w:themeTint="BF"/>
        <w:insideV w:val="single" w:sz="8" w:space="0" w:color="7BA0CD" w:themeColor="accent1" w:themeTint="BF"/>
      </w:tblBorders>
      <w:tblCellMar>
        <w:top w:w="0" w:type="dxa"/>
        <w:left w:w="108" w:type="dxa"/>
        <w:bottom w:w="0" w:type="dxa"/>
        <w:right w:w="108" w:type="dxa"/>
      </w:tblCellMar>
    </w:tblPr>
    <w:tcPr>
      <w:shd w:val="clear" w:color="auto" w:fill="D3DFEE" w:themeFill="accent1" w:themeFillTint="3F"/>
    </w:tcPr>
    <w:tblStylePr w:type="firstRow">
      <w:rPr>
        <w:b/>
        <w:bCs/>
      </w:rPr>
    </w:tblStylePr>
    <w:tblStylePr w:type="lastRow">
      <w:rPr>
        <w:b/>
        <w:bCs/>
      </w:rPr>
      <w:tblPr/>
      <w:tcPr>
        <w:tcBorders>
          <w:top w:val="single" w:sz="18" w:space="0" w:color="7BA0CD" w:themeColor="accent1" w:themeTint="BF"/>
        </w:tcBorders>
      </w:tcPr>
    </w:tblStylePr>
    <w:tblStylePr w:type="firstCol">
      <w:rPr>
        <w:b/>
        <w:bCs/>
      </w:rPr>
    </w:tblStylePr>
    <w:tblStylePr w:type="lastCol">
      <w:rPr>
        <w:b/>
        <w:bCs/>
      </w:rPr>
    </w:tblStylePr>
    <w:tblStylePr w:type="band1Vert">
      <w:tblPr/>
      <w:tcPr>
        <w:shd w:val="clear" w:color="auto" w:fill="A7BFDE" w:themeFill="accent1" w:themeFillTint="7F"/>
      </w:tcPr>
    </w:tblStylePr>
    <w:tblStylePr w:type="band1Horz">
      <w:tblPr/>
      <w:tcPr>
        <w:shd w:val="clear" w:color="auto" w:fill="A7BFDE" w:themeFill="accent1" w:themeFillTint="7F"/>
      </w:tcPr>
    </w:tblStylePr>
  </w:style>
  <w:style w:type="table" w:styleId="MediumGrid1-Accent2">
    <w:name w:val="Medium Grid 1 Accent 2"/>
    <w:basedOn w:val="TableNormal"/>
    <w:uiPriority w:val="67"/>
    <w:rsid w:val="00CB0664"/>
    <w:pPr>
      <w:spacing w:after="0" w:line="240" w:lineRule="auto"/>
    </w:pPr>
    <w:tblPr>
      <w:tblStyleRowBandSize w:val="1"/>
      <w:tblStyleColBandSize w:val="1"/>
      <w:tblInd w:w="0" w:type="dxa"/>
      <w:tblBorders>
        <w:top w:val="single" w:sz="8" w:space="0" w:color="CF7B79" w:themeColor="accent2" w:themeTint="BF"/>
        <w:left w:val="single" w:sz="8" w:space="0" w:color="CF7B79" w:themeColor="accent2" w:themeTint="BF"/>
        <w:bottom w:val="single" w:sz="8" w:space="0" w:color="CF7B79" w:themeColor="accent2" w:themeTint="BF"/>
        <w:right w:val="single" w:sz="8" w:space="0" w:color="CF7B79" w:themeColor="accent2" w:themeTint="BF"/>
        <w:insideH w:val="single" w:sz="8" w:space="0" w:color="CF7B79" w:themeColor="accent2" w:themeTint="BF"/>
        <w:insideV w:val="single" w:sz="8" w:space="0" w:color="CF7B79" w:themeColor="accent2" w:themeTint="BF"/>
      </w:tblBorders>
      <w:tblCellMar>
        <w:top w:w="0" w:type="dxa"/>
        <w:left w:w="108" w:type="dxa"/>
        <w:bottom w:w="0" w:type="dxa"/>
        <w:right w:w="108" w:type="dxa"/>
      </w:tblCellMar>
    </w:tblPr>
    <w:tcPr>
      <w:shd w:val="clear" w:color="auto" w:fill="EFD3D2" w:themeFill="accent2" w:themeFillTint="3F"/>
    </w:tcPr>
    <w:tblStylePr w:type="firstRow">
      <w:rPr>
        <w:b/>
        <w:bCs/>
      </w:rPr>
    </w:tblStylePr>
    <w:tblStylePr w:type="lastRow">
      <w:rPr>
        <w:b/>
        <w:bCs/>
      </w:rPr>
      <w:tblPr/>
      <w:tcPr>
        <w:tcBorders>
          <w:top w:val="single" w:sz="18" w:space="0" w:color="CF7B79" w:themeColor="accent2" w:themeTint="BF"/>
        </w:tcBorders>
      </w:tcPr>
    </w:tblStylePr>
    <w:tblStylePr w:type="firstCol">
      <w:rPr>
        <w:b/>
        <w:bCs/>
      </w:rPr>
    </w:tblStylePr>
    <w:tblStylePr w:type="lastCol">
      <w:rPr>
        <w:b/>
        <w:bCs/>
      </w:rPr>
    </w:tblStylePr>
    <w:tblStylePr w:type="band1Vert">
      <w:tblPr/>
      <w:tcPr>
        <w:shd w:val="clear" w:color="auto" w:fill="DFA7A6" w:themeFill="accent2" w:themeFillTint="7F"/>
      </w:tcPr>
    </w:tblStylePr>
    <w:tblStylePr w:type="band1Horz">
      <w:tblPr/>
      <w:tcPr>
        <w:shd w:val="clear" w:color="auto" w:fill="DFA7A6" w:themeFill="accent2" w:themeFillTint="7F"/>
      </w:tcPr>
    </w:tblStylePr>
  </w:style>
  <w:style w:type="table" w:styleId="MediumGrid1-Accent3">
    <w:name w:val="Medium Grid 1 Accent 3"/>
    <w:basedOn w:val="TableNormal"/>
    <w:uiPriority w:val="67"/>
    <w:rsid w:val="00CB0664"/>
    <w:pPr>
      <w:spacing w:after="0" w:line="240" w:lineRule="auto"/>
    </w:pPr>
    <w:tblPr>
      <w:tblStyleRowBandSize w:val="1"/>
      <w:tblStyleColBandSize w:val="1"/>
      <w:tblInd w:w="0" w:type="dxa"/>
      <w:tblBorders>
        <w:top w:val="single" w:sz="8" w:space="0" w:color="B3CC82" w:themeColor="accent3" w:themeTint="BF"/>
        <w:left w:val="single" w:sz="8" w:space="0" w:color="B3CC82" w:themeColor="accent3" w:themeTint="BF"/>
        <w:bottom w:val="single" w:sz="8" w:space="0" w:color="B3CC82" w:themeColor="accent3" w:themeTint="BF"/>
        <w:right w:val="single" w:sz="8" w:space="0" w:color="B3CC82" w:themeColor="accent3" w:themeTint="BF"/>
        <w:insideH w:val="single" w:sz="8" w:space="0" w:color="B3CC82" w:themeColor="accent3" w:themeTint="BF"/>
        <w:insideV w:val="single" w:sz="8" w:space="0" w:color="B3CC82" w:themeColor="accent3" w:themeTint="BF"/>
      </w:tblBorders>
      <w:tblCellMar>
        <w:top w:w="0" w:type="dxa"/>
        <w:left w:w="108" w:type="dxa"/>
        <w:bottom w:w="0" w:type="dxa"/>
        <w:right w:w="108" w:type="dxa"/>
      </w:tblCellMar>
    </w:tblPr>
    <w:tcPr>
      <w:shd w:val="clear" w:color="auto" w:fill="E6EED5" w:themeFill="accent3" w:themeFillTint="3F"/>
    </w:tcPr>
    <w:tblStylePr w:type="firstRow">
      <w:rPr>
        <w:b/>
        <w:bCs/>
      </w:rPr>
    </w:tblStylePr>
    <w:tblStylePr w:type="lastRow">
      <w:rPr>
        <w:b/>
        <w:bCs/>
      </w:rPr>
      <w:tblPr/>
      <w:tcPr>
        <w:tcBorders>
          <w:top w:val="single" w:sz="18" w:space="0" w:color="B3CC82" w:themeColor="accent3" w:themeTint="BF"/>
        </w:tcBorders>
      </w:tcPr>
    </w:tblStylePr>
    <w:tblStylePr w:type="firstCol">
      <w:rPr>
        <w:b/>
        <w:bCs/>
      </w:rPr>
    </w:tblStylePr>
    <w:tblStylePr w:type="lastCol">
      <w:rPr>
        <w:b/>
        <w:bCs/>
      </w:rPr>
    </w:tblStylePr>
    <w:tblStylePr w:type="band1Vert">
      <w:tblPr/>
      <w:tcPr>
        <w:shd w:val="clear" w:color="auto" w:fill="CDDDAC" w:themeFill="accent3" w:themeFillTint="7F"/>
      </w:tcPr>
    </w:tblStylePr>
    <w:tblStylePr w:type="band1Horz">
      <w:tblPr/>
      <w:tcPr>
        <w:shd w:val="clear" w:color="auto" w:fill="CDDDAC" w:themeFill="accent3" w:themeFillTint="7F"/>
      </w:tcPr>
    </w:tblStylePr>
  </w:style>
  <w:style w:type="table" w:styleId="MediumGrid1-Accent4">
    <w:name w:val="Medium Grid 1 Accent 4"/>
    <w:basedOn w:val="TableNormal"/>
    <w:uiPriority w:val="67"/>
    <w:rsid w:val="00CB0664"/>
    <w:pPr>
      <w:spacing w:after="0" w:line="240" w:lineRule="auto"/>
    </w:pPr>
    <w:tblPr>
      <w:tblStyleRowBandSize w:val="1"/>
      <w:tblStyleColBandSize w:val="1"/>
      <w:tblInd w:w="0" w:type="dxa"/>
      <w:tblBorders>
        <w:top w:val="single" w:sz="8" w:space="0" w:color="9F8AB9" w:themeColor="accent4" w:themeTint="BF"/>
        <w:left w:val="single" w:sz="8" w:space="0" w:color="9F8AB9" w:themeColor="accent4" w:themeTint="BF"/>
        <w:bottom w:val="single" w:sz="8" w:space="0" w:color="9F8AB9" w:themeColor="accent4" w:themeTint="BF"/>
        <w:right w:val="single" w:sz="8" w:space="0" w:color="9F8AB9" w:themeColor="accent4" w:themeTint="BF"/>
        <w:insideH w:val="single" w:sz="8" w:space="0" w:color="9F8AB9" w:themeColor="accent4" w:themeTint="BF"/>
        <w:insideV w:val="single" w:sz="8" w:space="0" w:color="9F8AB9" w:themeColor="accent4" w:themeTint="BF"/>
      </w:tblBorders>
      <w:tblCellMar>
        <w:top w:w="0" w:type="dxa"/>
        <w:left w:w="108" w:type="dxa"/>
        <w:bottom w:w="0" w:type="dxa"/>
        <w:right w:w="108" w:type="dxa"/>
      </w:tblCellMar>
    </w:tblPr>
    <w:tcPr>
      <w:shd w:val="clear" w:color="auto" w:fill="DFD8E8" w:themeFill="accent4" w:themeFillTint="3F"/>
    </w:tcPr>
    <w:tblStylePr w:type="firstRow">
      <w:rPr>
        <w:b/>
        <w:bCs/>
      </w:rPr>
    </w:tblStylePr>
    <w:tblStylePr w:type="lastRow">
      <w:rPr>
        <w:b/>
        <w:bCs/>
      </w:rPr>
      <w:tblPr/>
      <w:tcPr>
        <w:tcBorders>
          <w:top w:val="single" w:sz="18" w:space="0" w:color="9F8AB9" w:themeColor="accent4" w:themeTint="BF"/>
        </w:tcBorders>
      </w:tcPr>
    </w:tblStylePr>
    <w:tblStylePr w:type="firstCol">
      <w:rPr>
        <w:b/>
        <w:bCs/>
      </w:rPr>
    </w:tblStylePr>
    <w:tblStylePr w:type="lastCol">
      <w:rPr>
        <w:b/>
        <w:bCs/>
      </w:rPr>
    </w:tblStylePr>
    <w:tblStylePr w:type="band1Vert">
      <w:tblPr/>
      <w:tcPr>
        <w:shd w:val="clear" w:color="auto" w:fill="BFB1D0" w:themeFill="accent4" w:themeFillTint="7F"/>
      </w:tcPr>
    </w:tblStylePr>
    <w:tblStylePr w:type="band1Horz">
      <w:tblPr/>
      <w:tcPr>
        <w:shd w:val="clear" w:color="auto" w:fill="BFB1D0" w:themeFill="accent4" w:themeFillTint="7F"/>
      </w:tcPr>
    </w:tblStylePr>
  </w:style>
  <w:style w:type="table" w:styleId="MediumGrid1-Accent5">
    <w:name w:val="Medium Grid 1 Accent 5"/>
    <w:basedOn w:val="TableNormal"/>
    <w:uiPriority w:val="67"/>
    <w:rsid w:val="00CB0664"/>
    <w:pPr>
      <w:spacing w:after="0" w:line="240" w:lineRule="auto"/>
    </w:pPr>
    <w:tblPr>
      <w:tblStyleRowBandSize w:val="1"/>
      <w:tblStyleColBandSize w:val="1"/>
      <w:tblInd w:w="0" w:type="dxa"/>
      <w:tblBorders>
        <w:top w:val="single" w:sz="8" w:space="0" w:color="78C0D4" w:themeColor="accent5" w:themeTint="BF"/>
        <w:left w:val="single" w:sz="8" w:space="0" w:color="78C0D4" w:themeColor="accent5" w:themeTint="BF"/>
        <w:bottom w:val="single" w:sz="8" w:space="0" w:color="78C0D4" w:themeColor="accent5" w:themeTint="BF"/>
        <w:right w:val="single" w:sz="8" w:space="0" w:color="78C0D4" w:themeColor="accent5" w:themeTint="BF"/>
        <w:insideH w:val="single" w:sz="8" w:space="0" w:color="78C0D4" w:themeColor="accent5" w:themeTint="BF"/>
        <w:insideV w:val="single" w:sz="8" w:space="0" w:color="78C0D4" w:themeColor="accent5" w:themeTint="BF"/>
      </w:tblBorders>
      <w:tblCellMar>
        <w:top w:w="0" w:type="dxa"/>
        <w:left w:w="108" w:type="dxa"/>
        <w:bottom w:w="0" w:type="dxa"/>
        <w:right w:w="108" w:type="dxa"/>
      </w:tblCellMar>
    </w:tblPr>
    <w:tcPr>
      <w:shd w:val="clear" w:color="auto" w:fill="D2EAF1" w:themeFill="accent5" w:themeFillTint="3F"/>
    </w:tcPr>
    <w:tblStylePr w:type="firstRow">
      <w:rPr>
        <w:b/>
        <w:bCs/>
      </w:rPr>
    </w:tblStylePr>
    <w:tblStylePr w:type="lastRow">
      <w:rPr>
        <w:b/>
        <w:bCs/>
      </w:rPr>
      <w:tblPr/>
      <w:tcPr>
        <w:tcBorders>
          <w:top w:val="single" w:sz="18" w:space="0" w:color="78C0D4" w:themeColor="accent5" w:themeTint="BF"/>
        </w:tcBorders>
      </w:tcPr>
    </w:tblStylePr>
    <w:tblStylePr w:type="firstCol">
      <w:rPr>
        <w:b/>
        <w:bCs/>
      </w:rPr>
    </w:tblStylePr>
    <w:tblStylePr w:type="lastCol">
      <w:rPr>
        <w:b/>
        <w:bCs/>
      </w:rPr>
    </w:tblStylePr>
    <w:tblStylePr w:type="band1Vert">
      <w:tblPr/>
      <w:tcPr>
        <w:shd w:val="clear" w:color="auto" w:fill="A5D5E2" w:themeFill="accent5" w:themeFillTint="7F"/>
      </w:tcPr>
    </w:tblStylePr>
    <w:tblStylePr w:type="band1Horz">
      <w:tblPr/>
      <w:tcPr>
        <w:shd w:val="clear" w:color="auto" w:fill="A5D5E2" w:themeFill="accent5" w:themeFillTint="7F"/>
      </w:tcPr>
    </w:tblStylePr>
  </w:style>
  <w:style w:type="table" w:styleId="MediumGrid1-Accent6">
    <w:name w:val="Medium Grid 1 Accent 6"/>
    <w:basedOn w:val="TableNormal"/>
    <w:uiPriority w:val="67"/>
    <w:rsid w:val="00CB0664"/>
    <w:pPr>
      <w:spacing w:after="0" w:line="240" w:lineRule="auto"/>
    </w:pPr>
    <w:tblPr>
      <w:tblStyleRowBandSize w:val="1"/>
      <w:tblStyleColBandSize w:val="1"/>
      <w:tblInd w:w="0" w:type="dxa"/>
      <w:tblBorders>
        <w:top w:val="single" w:sz="8" w:space="0" w:color="F9B074" w:themeColor="accent6" w:themeTint="BF"/>
        <w:left w:val="single" w:sz="8" w:space="0" w:color="F9B074" w:themeColor="accent6" w:themeTint="BF"/>
        <w:bottom w:val="single" w:sz="8" w:space="0" w:color="F9B074" w:themeColor="accent6" w:themeTint="BF"/>
        <w:right w:val="single" w:sz="8" w:space="0" w:color="F9B074" w:themeColor="accent6" w:themeTint="BF"/>
        <w:insideH w:val="single" w:sz="8" w:space="0" w:color="F9B074" w:themeColor="accent6" w:themeTint="BF"/>
        <w:insideV w:val="single" w:sz="8" w:space="0" w:color="F9B074" w:themeColor="accent6" w:themeTint="BF"/>
      </w:tblBorders>
      <w:tblCellMar>
        <w:top w:w="0" w:type="dxa"/>
        <w:left w:w="108" w:type="dxa"/>
        <w:bottom w:w="0" w:type="dxa"/>
        <w:right w:w="108" w:type="dxa"/>
      </w:tblCellMar>
    </w:tblPr>
    <w:tcPr>
      <w:shd w:val="clear" w:color="auto" w:fill="FDE4D0" w:themeFill="accent6" w:themeFillTint="3F"/>
    </w:tcPr>
    <w:tblStylePr w:type="firstRow">
      <w:rPr>
        <w:b/>
        <w:bCs/>
      </w:rPr>
    </w:tblStylePr>
    <w:tblStylePr w:type="lastRow">
      <w:rPr>
        <w:b/>
        <w:bCs/>
      </w:rPr>
      <w:tblPr/>
      <w:tcPr>
        <w:tcBorders>
          <w:top w:val="single" w:sz="18" w:space="0" w:color="F9B074" w:themeColor="accent6" w:themeTint="BF"/>
        </w:tcBorders>
      </w:tcPr>
    </w:tblStylePr>
    <w:tblStylePr w:type="firstCol">
      <w:rPr>
        <w:b/>
        <w:bCs/>
      </w:rPr>
    </w:tblStylePr>
    <w:tblStylePr w:type="lastCol">
      <w:rPr>
        <w:b/>
        <w:bCs/>
      </w:rPr>
    </w:tblStylePr>
    <w:tblStylePr w:type="band1Vert">
      <w:tblPr/>
      <w:tcPr>
        <w:shd w:val="clear" w:color="auto" w:fill="FBCAA2" w:themeFill="accent6" w:themeFillTint="7F"/>
      </w:tcPr>
    </w:tblStylePr>
    <w:tblStylePr w:type="band1Horz">
      <w:tblPr/>
      <w:tcPr>
        <w:shd w:val="clear" w:color="auto" w:fill="FBCAA2" w:themeFill="accent6" w:themeFillTint="7F"/>
      </w:tcPr>
    </w:tblStylePr>
  </w:style>
  <w:style w:type="table" w:styleId="MediumGrid2">
    <w:name w:val="Medium Grid 2"/>
    <w:basedOn w:val="TableNormal"/>
    <w:uiPriority w:val="68"/>
    <w:rsid w:val="00CB0664"/>
    <w:pPr>
      <w:spacing w:after="0" w:line="240" w:lineRule="auto"/>
    </w:pPr>
    <w:rPr>
      <w:rFonts w:asciiTheme="majorHAnsi" w:eastAsiaTheme="majorEastAsia" w:hAnsiTheme="majorHAnsi" w:cstheme="majorBidi"/>
      <w:color w:val="000000" w:themeColor="text1"/>
    </w:rPr>
    <w:tblPr>
      <w:tblStyleRowBandSize w:val="1"/>
      <w:tblStyleColBandSize w:val="1"/>
      <w:tblInd w:w="0" w:type="dxa"/>
      <w:tblBorders>
        <w:top w:val="single" w:sz="8" w:space="0" w:color="000000" w:themeColor="text1"/>
        <w:left w:val="single" w:sz="8" w:space="0" w:color="000000" w:themeColor="text1"/>
        <w:bottom w:val="single" w:sz="8" w:space="0" w:color="000000" w:themeColor="text1"/>
        <w:right w:val="single" w:sz="8" w:space="0" w:color="000000" w:themeColor="text1"/>
        <w:insideH w:val="single" w:sz="8" w:space="0" w:color="000000" w:themeColor="text1"/>
        <w:insideV w:val="single" w:sz="8" w:space="0" w:color="000000" w:themeColor="text1"/>
      </w:tblBorders>
      <w:tblCellMar>
        <w:top w:w="0" w:type="dxa"/>
        <w:left w:w="108" w:type="dxa"/>
        <w:bottom w:w="0" w:type="dxa"/>
        <w:right w:w="108" w:type="dxa"/>
      </w:tblCellMar>
    </w:tblPr>
    <w:tcPr>
      <w:shd w:val="clear" w:color="auto" w:fill="C0C0C0" w:themeFill="text1" w:themeFillTint="3F"/>
    </w:tcPr>
    <w:tblStylePr w:type="firstRow">
      <w:rPr>
        <w:b/>
        <w:bCs/>
        <w:color w:val="000000" w:themeColor="text1"/>
      </w:rPr>
      <w:tblPr/>
      <w:tcPr>
        <w:shd w:val="clear" w:color="auto" w:fill="E6E6E6" w:themeFill="text1" w:themeFillTint="19"/>
      </w:tcPr>
    </w:tblStylePr>
    <w:tblStylePr w:type="lastRow">
      <w:rPr>
        <w:b/>
        <w:bCs/>
        <w:color w:val="000000" w:themeColor="text1"/>
      </w:rPr>
      <w:tblPr/>
      <w:tcPr>
        <w:tcBorders>
          <w:top w:val="single" w:sz="12" w:space="0" w:color="000000" w:themeColor="text1"/>
          <w:left w:val="nil"/>
          <w:bottom w:val="nil"/>
          <w:right w:val="nil"/>
          <w:insideH w:val="nil"/>
          <w:insideV w:val="nil"/>
        </w:tcBorders>
        <w:shd w:val="clear" w:color="auto" w:fill="FFFFFF" w:themeFill="background1"/>
      </w:tcPr>
    </w:tblStylePr>
    <w:tblStylePr w:type="firstCol">
      <w:rPr>
        <w:b/>
        <w:bCs/>
        <w:color w:val="000000" w:themeColor="text1"/>
      </w:rPr>
      <w:tblPr/>
      <w:tcPr>
        <w:tcBorders>
          <w:top w:val="nil"/>
          <w:left w:val="nil"/>
          <w:bottom w:val="nil"/>
          <w:right w:val="nil"/>
          <w:insideH w:val="nil"/>
          <w:insideV w:val="nil"/>
        </w:tcBorders>
        <w:shd w:val="clear" w:color="auto" w:fill="FFFFFF" w:themeFill="background1"/>
      </w:tcPr>
    </w:tblStylePr>
    <w:tblStylePr w:type="lastCol">
      <w:rPr>
        <w:b w:val="0"/>
        <w:bCs w:val="0"/>
        <w:color w:val="000000" w:themeColor="text1"/>
      </w:rPr>
      <w:tblPr/>
      <w:tcPr>
        <w:tcBorders>
          <w:top w:val="nil"/>
          <w:left w:val="nil"/>
          <w:bottom w:val="nil"/>
          <w:right w:val="nil"/>
          <w:insideH w:val="nil"/>
          <w:insideV w:val="nil"/>
        </w:tcBorders>
        <w:shd w:val="clear" w:color="auto" w:fill="CCCCCC" w:themeFill="text1" w:themeFillTint="33"/>
      </w:tcPr>
    </w:tblStylePr>
    <w:tblStylePr w:type="band1Vert">
      <w:tblPr/>
      <w:tcPr>
        <w:shd w:val="clear" w:color="auto" w:fill="808080" w:themeFill="text1" w:themeFillTint="7F"/>
      </w:tcPr>
    </w:tblStylePr>
    <w:tblStylePr w:type="band1Horz">
      <w:tblPr/>
      <w:tcPr>
        <w:tcBorders>
          <w:insideH w:val="single" w:sz="6" w:space="0" w:color="000000" w:themeColor="text1"/>
          <w:insideV w:val="single" w:sz="6" w:space="0" w:color="000000" w:themeColor="text1"/>
        </w:tcBorders>
        <w:shd w:val="clear" w:color="auto" w:fill="808080" w:themeFill="text1" w:themeFillTint="7F"/>
      </w:tcPr>
    </w:tblStylePr>
    <w:tblStylePr w:type="nwCell">
      <w:tblPr/>
      <w:tcPr>
        <w:shd w:val="clear" w:color="auto" w:fill="FFFFFF" w:themeFill="background1"/>
      </w:tcPr>
    </w:tblStylePr>
  </w:style>
  <w:style w:type="table" w:styleId="MediumGrid2-Accent1">
    <w:name w:val="Medium Grid 2 Accent 1"/>
    <w:basedOn w:val="TableNormal"/>
    <w:uiPriority w:val="68"/>
    <w:rsid w:val="00CB0664"/>
    <w:pPr>
      <w:spacing w:after="0" w:line="240" w:lineRule="auto"/>
    </w:pPr>
    <w:rPr>
      <w:rFonts w:asciiTheme="majorHAnsi" w:eastAsiaTheme="majorEastAsia" w:hAnsiTheme="majorHAnsi" w:cstheme="majorBidi"/>
      <w:color w:val="000000" w:themeColor="text1"/>
    </w:rPr>
    <w:tblPr>
      <w:tblStyleRowBandSize w:val="1"/>
      <w:tblStyleColBandSize w:val="1"/>
      <w:tblInd w:w="0" w:type="dxa"/>
      <w:tblBorders>
        <w:top w:val="single" w:sz="8" w:space="0" w:color="4F81BD" w:themeColor="accent1"/>
        <w:left w:val="single" w:sz="8" w:space="0" w:color="4F81BD" w:themeColor="accent1"/>
        <w:bottom w:val="single" w:sz="8" w:space="0" w:color="4F81BD" w:themeColor="accent1"/>
        <w:right w:val="single" w:sz="8" w:space="0" w:color="4F81BD" w:themeColor="accent1"/>
        <w:insideH w:val="single" w:sz="8" w:space="0" w:color="4F81BD" w:themeColor="accent1"/>
        <w:insideV w:val="single" w:sz="8" w:space="0" w:color="4F81BD" w:themeColor="accent1"/>
      </w:tblBorders>
      <w:tblCellMar>
        <w:top w:w="0" w:type="dxa"/>
        <w:left w:w="108" w:type="dxa"/>
        <w:bottom w:w="0" w:type="dxa"/>
        <w:right w:w="108" w:type="dxa"/>
      </w:tblCellMar>
    </w:tblPr>
    <w:tcPr>
      <w:shd w:val="clear" w:color="auto" w:fill="D3DFEE" w:themeFill="accent1" w:themeFillTint="3F"/>
    </w:tcPr>
    <w:tblStylePr w:type="firstRow">
      <w:rPr>
        <w:b/>
        <w:bCs/>
        <w:color w:val="000000" w:themeColor="text1"/>
      </w:rPr>
      <w:tblPr/>
      <w:tcPr>
        <w:shd w:val="clear" w:color="auto" w:fill="EDF2F8" w:themeFill="accent1" w:themeFillTint="19"/>
      </w:tcPr>
    </w:tblStylePr>
    <w:tblStylePr w:type="lastRow">
      <w:rPr>
        <w:b/>
        <w:bCs/>
        <w:color w:val="000000" w:themeColor="text1"/>
      </w:rPr>
      <w:tblPr/>
      <w:tcPr>
        <w:tcBorders>
          <w:top w:val="single" w:sz="12" w:space="0" w:color="000000" w:themeColor="text1"/>
          <w:left w:val="nil"/>
          <w:bottom w:val="nil"/>
          <w:right w:val="nil"/>
          <w:insideH w:val="nil"/>
          <w:insideV w:val="nil"/>
        </w:tcBorders>
        <w:shd w:val="clear" w:color="auto" w:fill="FFFFFF" w:themeFill="background1"/>
      </w:tcPr>
    </w:tblStylePr>
    <w:tblStylePr w:type="firstCol">
      <w:rPr>
        <w:b/>
        <w:bCs/>
        <w:color w:val="000000" w:themeColor="text1"/>
      </w:rPr>
      <w:tblPr/>
      <w:tcPr>
        <w:tcBorders>
          <w:top w:val="nil"/>
          <w:left w:val="nil"/>
          <w:bottom w:val="nil"/>
          <w:right w:val="nil"/>
          <w:insideH w:val="nil"/>
          <w:insideV w:val="nil"/>
        </w:tcBorders>
        <w:shd w:val="clear" w:color="auto" w:fill="FFFFFF" w:themeFill="background1"/>
      </w:tcPr>
    </w:tblStylePr>
    <w:tblStylePr w:type="lastCol">
      <w:rPr>
        <w:b w:val="0"/>
        <w:bCs w:val="0"/>
        <w:color w:val="000000" w:themeColor="text1"/>
      </w:rPr>
      <w:tblPr/>
      <w:tcPr>
        <w:tcBorders>
          <w:top w:val="nil"/>
          <w:left w:val="nil"/>
          <w:bottom w:val="nil"/>
          <w:right w:val="nil"/>
          <w:insideH w:val="nil"/>
          <w:insideV w:val="nil"/>
        </w:tcBorders>
        <w:shd w:val="clear" w:color="auto" w:fill="DBE5F1" w:themeFill="accent1" w:themeFillTint="33"/>
      </w:tcPr>
    </w:tblStylePr>
    <w:tblStylePr w:type="band1Vert">
      <w:tblPr/>
      <w:tcPr>
        <w:shd w:val="clear" w:color="auto" w:fill="A7BFDE" w:themeFill="accent1" w:themeFillTint="7F"/>
      </w:tcPr>
    </w:tblStylePr>
    <w:tblStylePr w:type="band1Horz">
      <w:tblPr/>
      <w:tcPr>
        <w:tcBorders>
          <w:insideH w:val="single" w:sz="6" w:space="0" w:color="4F81BD" w:themeColor="accent1"/>
          <w:insideV w:val="single" w:sz="6" w:space="0" w:color="4F81BD" w:themeColor="accent1"/>
        </w:tcBorders>
        <w:shd w:val="clear" w:color="auto" w:fill="A7BFDE" w:themeFill="accent1" w:themeFillTint="7F"/>
      </w:tcPr>
    </w:tblStylePr>
    <w:tblStylePr w:type="nwCell">
      <w:tblPr/>
      <w:tcPr>
        <w:shd w:val="clear" w:color="auto" w:fill="FFFFFF" w:themeFill="background1"/>
      </w:tcPr>
    </w:tblStylePr>
  </w:style>
  <w:style w:type="table" w:styleId="MediumGrid2-Accent2">
    <w:name w:val="Medium Grid 2 Accent 2"/>
    <w:basedOn w:val="TableNormal"/>
    <w:uiPriority w:val="68"/>
    <w:rsid w:val="00CB0664"/>
    <w:pPr>
      <w:spacing w:after="0" w:line="240" w:lineRule="auto"/>
    </w:pPr>
    <w:rPr>
      <w:rFonts w:asciiTheme="majorHAnsi" w:eastAsiaTheme="majorEastAsia" w:hAnsiTheme="majorHAnsi" w:cstheme="majorBidi"/>
      <w:color w:val="000000" w:themeColor="text1"/>
    </w:rPr>
    <w:tblPr>
      <w:tblStyleRowBandSize w:val="1"/>
      <w:tblStyleColBandSize w:val="1"/>
      <w:tblInd w:w="0" w:type="dxa"/>
      <w:tblBorders>
        <w:top w:val="single" w:sz="8" w:space="0" w:color="C0504D" w:themeColor="accent2"/>
        <w:left w:val="single" w:sz="8" w:space="0" w:color="C0504D" w:themeColor="accent2"/>
        <w:bottom w:val="single" w:sz="8" w:space="0" w:color="C0504D" w:themeColor="accent2"/>
        <w:right w:val="single" w:sz="8" w:space="0" w:color="C0504D" w:themeColor="accent2"/>
        <w:insideH w:val="single" w:sz="8" w:space="0" w:color="C0504D" w:themeColor="accent2"/>
        <w:insideV w:val="single" w:sz="8" w:space="0" w:color="C0504D" w:themeColor="accent2"/>
      </w:tblBorders>
      <w:tblCellMar>
        <w:top w:w="0" w:type="dxa"/>
        <w:left w:w="108" w:type="dxa"/>
        <w:bottom w:w="0" w:type="dxa"/>
        <w:right w:w="108" w:type="dxa"/>
      </w:tblCellMar>
    </w:tblPr>
    <w:tcPr>
      <w:shd w:val="clear" w:color="auto" w:fill="EFD3D2" w:themeFill="accent2" w:themeFillTint="3F"/>
    </w:tcPr>
    <w:tblStylePr w:type="firstRow">
      <w:rPr>
        <w:b/>
        <w:bCs/>
        <w:color w:val="000000" w:themeColor="text1"/>
      </w:rPr>
      <w:tblPr/>
      <w:tcPr>
        <w:shd w:val="clear" w:color="auto" w:fill="F8EDED" w:themeFill="accent2" w:themeFillTint="19"/>
      </w:tcPr>
    </w:tblStylePr>
    <w:tblStylePr w:type="lastRow">
      <w:rPr>
        <w:b/>
        <w:bCs/>
        <w:color w:val="000000" w:themeColor="text1"/>
      </w:rPr>
      <w:tblPr/>
      <w:tcPr>
        <w:tcBorders>
          <w:top w:val="single" w:sz="12" w:space="0" w:color="000000" w:themeColor="text1"/>
          <w:left w:val="nil"/>
          <w:bottom w:val="nil"/>
          <w:right w:val="nil"/>
          <w:insideH w:val="nil"/>
          <w:insideV w:val="nil"/>
        </w:tcBorders>
        <w:shd w:val="clear" w:color="auto" w:fill="FFFFFF" w:themeFill="background1"/>
      </w:tcPr>
    </w:tblStylePr>
    <w:tblStylePr w:type="firstCol">
      <w:rPr>
        <w:b/>
        <w:bCs/>
        <w:color w:val="000000" w:themeColor="text1"/>
      </w:rPr>
      <w:tblPr/>
      <w:tcPr>
        <w:tcBorders>
          <w:top w:val="nil"/>
          <w:left w:val="nil"/>
          <w:bottom w:val="nil"/>
          <w:right w:val="nil"/>
          <w:insideH w:val="nil"/>
          <w:insideV w:val="nil"/>
        </w:tcBorders>
        <w:shd w:val="clear" w:color="auto" w:fill="FFFFFF" w:themeFill="background1"/>
      </w:tcPr>
    </w:tblStylePr>
    <w:tblStylePr w:type="lastCol">
      <w:rPr>
        <w:b w:val="0"/>
        <w:bCs w:val="0"/>
        <w:color w:val="000000" w:themeColor="text1"/>
      </w:rPr>
      <w:tblPr/>
      <w:tcPr>
        <w:tcBorders>
          <w:top w:val="nil"/>
          <w:left w:val="nil"/>
          <w:bottom w:val="nil"/>
          <w:right w:val="nil"/>
          <w:insideH w:val="nil"/>
          <w:insideV w:val="nil"/>
        </w:tcBorders>
        <w:shd w:val="clear" w:color="auto" w:fill="F2DBDB" w:themeFill="accent2" w:themeFillTint="33"/>
      </w:tcPr>
    </w:tblStylePr>
    <w:tblStylePr w:type="band1Vert">
      <w:tblPr/>
      <w:tcPr>
        <w:shd w:val="clear" w:color="auto" w:fill="DFA7A6" w:themeFill="accent2" w:themeFillTint="7F"/>
      </w:tcPr>
    </w:tblStylePr>
    <w:tblStylePr w:type="band1Horz">
      <w:tblPr/>
      <w:tcPr>
        <w:tcBorders>
          <w:insideH w:val="single" w:sz="6" w:space="0" w:color="C0504D" w:themeColor="accent2"/>
          <w:insideV w:val="single" w:sz="6" w:space="0" w:color="C0504D" w:themeColor="accent2"/>
        </w:tcBorders>
        <w:shd w:val="clear" w:color="auto" w:fill="DFA7A6" w:themeFill="accent2" w:themeFillTint="7F"/>
      </w:tcPr>
    </w:tblStylePr>
    <w:tblStylePr w:type="nwCell">
      <w:tblPr/>
      <w:tcPr>
        <w:shd w:val="clear" w:color="auto" w:fill="FFFFFF" w:themeFill="background1"/>
      </w:tcPr>
    </w:tblStylePr>
  </w:style>
  <w:style w:type="table" w:styleId="MediumGrid2-Accent3">
    <w:name w:val="Medium Grid 2 Accent 3"/>
    <w:basedOn w:val="TableNormal"/>
    <w:uiPriority w:val="68"/>
    <w:rsid w:val="00CB0664"/>
    <w:pPr>
      <w:spacing w:after="0" w:line="240" w:lineRule="auto"/>
    </w:pPr>
    <w:rPr>
      <w:rFonts w:asciiTheme="majorHAnsi" w:eastAsiaTheme="majorEastAsia" w:hAnsiTheme="majorHAnsi" w:cstheme="majorBidi"/>
      <w:color w:val="000000" w:themeColor="text1"/>
    </w:rPr>
    <w:tblPr>
      <w:tblStyleRowBandSize w:val="1"/>
      <w:tblStyleColBandSize w:val="1"/>
      <w:tblInd w:w="0" w:type="dxa"/>
      <w:tblBorders>
        <w:top w:val="single" w:sz="8" w:space="0" w:color="9BBB59" w:themeColor="accent3"/>
        <w:left w:val="single" w:sz="8" w:space="0" w:color="9BBB59" w:themeColor="accent3"/>
        <w:bottom w:val="single" w:sz="8" w:space="0" w:color="9BBB59" w:themeColor="accent3"/>
        <w:right w:val="single" w:sz="8" w:space="0" w:color="9BBB59" w:themeColor="accent3"/>
        <w:insideH w:val="single" w:sz="8" w:space="0" w:color="9BBB59" w:themeColor="accent3"/>
        <w:insideV w:val="single" w:sz="8" w:space="0" w:color="9BBB59" w:themeColor="accent3"/>
      </w:tblBorders>
      <w:tblCellMar>
        <w:top w:w="0" w:type="dxa"/>
        <w:left w:w="108" w:type="dxa"/>
        <w:bottom w:w="0" w:type="dxa"/>
        <w:right w:w="108" w:type="dxa"/>
      </w:tblCellMar>
    </w:tblPr>
    <w:tcPr>
      <w:shd w:val="clear" w:color="auto" w:fill="E6EED5" w:themeFill="accent3" w:themeFillTint="3F"/>
    </w:tcPr>
    <w:tblStylePr w:type="firstRow">
      <w:rPr>
        <w:b/>
        <w:bCs/>
        <w:color w:val="000000" w:themeColor="text1"/>
      </w:rPr>
      <w:tblPr/>
      <w:tcPr>
        <w:shd w:val="clear" w:color="auto" w:fill="F5F8EE" w:themeFill="accent3" w:themeFillTint="19"/>
      </w:tcPr>
    </w:tblStylePr>
    <w:tblStylePr w:type="lastRow">
      <w:rPr>
        <w:b/>
        <w:bCs/>
        <w:color w:val="000000" w:themeColor="text1"/>
      </w:rPr>
      <w:tblPr/>
      <w:tcPr>
        <w:tcBorders>
          <w:top w:val="single" w:sz="12" w:space="0" w:color="000000" w:themeColor="text1"/>
          <w:left w:val="nil"/>
          <w:bottom w:val="nil"/>
          <w:right w:val="nil"/>
          <w:insideH w:val="nil"/>
          <w:insideV w:val="nil"/>
        </w:tcBorders>
        <w:shd w:val="clear" w:color="auto" w:fill="FFFFFF" w:themeFill="background1"/>
      </w:tcPr>
    </w:tblStylePr>
    <w:tblStylePr w:type="firstCol">
      <w:rPr>
        <w:b/>
        <w:bCs/>
        <w:color w:val="000000" w:themeColor="text1"/>
      </w:rPr>
      <w:tblPr/>
      <w:tcPr>
        <w:tcBorders>
          <w:top w:val="nil"/>
          <w:left w:val="nil"/>
          <w:bottom w:val="nil"/>
          <w:right w:val="nil"/>
          <w:insideH w:val="nil"/>
          <w:insideV w:val="nil"/>
        </w:tcBorders>
        <w:shd w:val="clear" w:color="auto" w:fill="FFFFFF" w:themeFill="background1"/>
      </w:tcPr>
    </w:tblStylePr>
    <w:tblStylePr w:type="lastCol">
      <w:rPr>
        <w:b w:val="0"/>
        <w:bCs w:val="0"/>
        <w:color w:val="000000" w:themeColor="text1"/>
      </w:rPr>
      <w:tblPr/>
      <w:tcPr>
        <w:tcBorders>
          <w:top w:val="nil"/>
          <w:left w:val="nil"/>
          <w:bottom w:val="nil"/>
          <w:right w:val="nil"/>
          <w:insideH w:val="nil"/>
          <w:insideV w:val="nil"/>
        </w:tcBorders>
        <w:shd w:val="clear" w:color="auto" w:fill="EAF1DD" w:themeFill="accent3" w:themeFillTint="33"/>
      </w:tcPr>
    </w:tblStylePr>
    <w:tblStylePr w:type="band1Vert">
      <w:tblPr/>
      <w:tcPr>
        <w:shd w:val="clear" w:color="auto" w:fill="CDDDAC" w:themeFill="accent3" w:themeFillTint="7F"/>
      </w:tcPr>
    </w:tblStylePr>
    <w:tblStylePr w:type="band1Horz">
      <w:tblPr/>
      <w:tcPr>
        <w:tcBorders>
          <w:insideH w:val="single" w:sz="6" w:space="0" w:color="9BBB59" w:themeColor="accent3"/>
          <w:insideV w:val="single" w:sz="6" w:space="0" w:color="9BBB59" w:themeColor="accent3"/>
        </w:tcBorders>
        <w:shd w:val="clear" w:color="auto" w:fill="CDDDAC" w:themeFill="accent3" w:themeFillTint="7F"/>
      </w:tcPr>
    </w:tblStylePr>
    <w:tblStylePr w:type="nwCell">
      <w:tblPr/>
      <w:tcPr>
        <w:shd w:val="clear" w:color="auto" w:fill="FFFFFF" w:themeFill="background1"/>
      </w:tcPr>
    </w:tblStylePr>
  </w:style>
  <w:style w:type="table" w:styleId="MediumGrid2-Accent4">
    <w:name w:val="Medium Grid 2 Accent 4"/>
    <w:basedOn w:val="TableNormal"/>
    <w:uiPriority w:val="68"/>
    <w:rsid w:val="00CB0664"/>
    <w:pPr>
      <w:spacing w:after="0" w:line="240" w:lineRule="auto"/>
    </w:pPr>
    <w:rPr>
      <w:rFonts w:asciiTheme="majorHAnsi" w:eastAsiaTheme="majorEastAsia" w:hAnsiTheme="majorHAnsi" w:cstheme="majorBidi"/>
      <w:color w:val="000000" w:themeColor="text1"/>
    </w:rPr>
    <w:tblPr>
      <w:tblStyleRowBandSize w:val="1"/>
      <w:tblStyleColBandSize w:val="1"/>
      <w:tblInd w:w="0" w:type="dxa"/>
      <w:tblBorders>
        <w:top w:val="single" w:sz="8" w:space="0" w:color="8064A2" w:themeColor="accent4"/>
        <w:left w:val="single" w:sz="8" w:space="0" w:color="8064A2" w:themeColor="accent4"/>
        <w:bottom w:val="single" w:sz="8" w:space="0" w:color="8064A2" w:themeColor="accent4"/>
        <w:right w:val="single" w:sz="8" w:space="0" w:color="8064A2" w:themeColor="accent4"/>
        <w:insideH w:val="single" w:sz="8" w:space="0" w:color="8064A2" w:themeColor="accent4"/>
        <w:insideV w:val="single" w:sz="8" w:space="0" w:color="8064A2" w:themeColor="accent4"/>
      </w:tblBorders>
      <w:tblCellMar>
        <w:top w:w="0" w:type="dxa"/>
        <w:left w:w="108" w:type="dxa"/>
        <w:bottom w:w="0" w:type="dxa"/>
        <w:right w:w="108" w:type="dxa"/>
      </w:tblCellMar>
    </w:tblPr>
    <w:tcPr>
      <w:shd w:val="clear" w:color="auto" w:fill="DFD8E8" w:themeFill="accent4" w:themeFillTint="3F"/>
    </w:tcPr>
    <w:tblStylePr w:type="firstRow">
      <w:rPr>
        <w:b/>
        <w:bCs/>
        <w:color w:val="000000" w:themeColor="text1"/>
      </w:rPr>
      <w:tblPr/>
      <w:tcPr>
        <w:shd w:val="clear" w:color="auto" w:fill="F2EFF6" w:themeFill="accent4" w:themeFillTint="19"/>
      </w:tcPr>
    </w:tblStylePr>
    <w:tblStylePr w:type="lastRow">
      <w:rPr>
        <w:b/>
        <w:bCs/>
        <w:color w:val="000000" w:themeColor="text1"/>
      </w:rPr>
      <w:tblPr/>
      <w:tcPr>
        <w:tcBorders>
          <w:top w:val="single" w:sz="12" w:space="0" w:color="000000" w:themeColor="text1"/>
          <w:left w:val="nil"/>
          <w:bottom w:val="nil"/>
          <w:right w:val="nil"/>
          <w:insideH w:val="nil"/>
          <w:insideV w:val="nil"/>
        </w:tcBorders>
        <w:shd w:val="clear" w:color="auto" w:fill="FFFFFF" w:themeFill="background1"/>
      </w:tcPr>
    </w:tblStylePr>
    <w:tblStylePr w:type="firstCol">
      <w:rPr>
        <w:b/>
        <w:bCs/>
        <w:color w:val="000000" w:themeColor="text1"/>
      </w:rPr>
      <w:tblPr/>
      <w:tcPr>
        <w:tcBorders>
          <w:top w:val="nil"/>
          <w:left w:val="nil"/>
          <w:bottom w:val="nil"/>
          <w:right w:val="nil"/>
          <w:insideH w:val="nil"/>
          <w:insideV w:val="nil"/>
        </w:tcBorders>
        <w:shd w:val="clear" w:color="auto" w:fill="FFFFFF" w:themeFill="background1"/>
      </w:tcPr>
    </w:tblStylePr>
    <w:tblStylePr w:type="lastCol">
      <w:rPr>
        <w:b w:val="0"/>
        <w:bCs w:val="0"/>
        <w:color w:val="000000" w:themeColor="text1"/>
      </w:rPr>
      <w:tblPr/>
      <w:tcPr>
        <w:tcBorders>
          <w:top w:val="nil"/>
          <w:left w:val="nil"/>
          <w:bottom w:val="nil"/>
          <w:right w:val="nil"/>
          <w:insideH w:val="nil"/>
          <w:insideV w:val="nil"/>
        </w:tcBorders>
        <w:shd w:val="clear" w:color="auto" w:fill="E5DFEC" w:themeFill="accent4" w:themeFillTint="33"/>
      </w:tcPr>
    </w:tblStylePr>
    <w:tblStylePr w:type="band1Vert">
      <w:tblPr/>
      <w:tcPr>
        <w:shd w:val="clear" w:color="auto" w:fill="BFB1D0" w:themeFill="accent4" w:themeFillTint="7F"/>
      </w:tcPr>
    </w:tblStylePr>
    <w:tblStylePr w:type="band1Horz">
      <w:tblPr/>
      <w:tcPr>
        <w:tcBorders>
          <w:insideH w:val="single" w:sz="6" w:space="0" w:color="8064A2" w:themeColor="accent4"/>
          <w:insideV w:val="single" w:sz="6" w:space="0" w:color="8064A2" w:themeColor="accent4"/>
        </w:tcBorders>
        <w:shd w:val="clear" w:color="auto" w:fill="BFB1D0" w:themeFill="accent4" w:themeFillTint="7F"/>
      </w:tcPr>
    </w:tblStylePr>
    <w:tblStylePr w:type="nwCell">
      <w:tblPr/>
      <w:tcPr>
        <w:shd w:val="clear" w:color="auto" w:fill="FFFFFF" w:themeFill="background1"/>
      </w:tcPr>
    </w:tblStylePr>
  </w:style>
  <w:style w:type="table" w:styleId="MediumGrid2-Accent5">
    <w:name w:val="Medium Grid 2 Accent 5"/>
    <w:basedOn w:val="TableNormal"/>
    <w:uiPriority w:val="68"/>
    <w:rsid w:val="00CB0664"/>
    <w:pPr>
      <w:spacing w:after="0" w:line="240" w:lineRule="auto"/>
    </w:pPr>
    <w:rPr>
      <w:rFonts w:asciiTheme="majorHAnsi" w:eastAsiaTheme="majorEastAsia" w:hAnsiTheme="majorHAnsi" w:cstheme="majorBidi"/>
      <w:color w:val="000000" w:themeColor="text1"/>
    </w:rPr>
    <w:tblPr>
      <w:tblStyleRowBandSize w:val="1"/>
      <w:tblStyleColBandSize w:val="1"/>
      <w:tblInd w:w="0" w:type="dxa"/>
      <w:tblBorders>
        <w:top w:val="single" w:sz="8" w:space="0" w:color="4BACC6" w:themeColor="accent5"/>
        <w:left w:val="single" w:sz="8" w:space="0" w:color="4BACC6" w:themeColor="accent5"/>
        <w:bottom w:val="single" w:sz="8" w:space="0" w:color="4BACC6" w:themeColor="accent5"/>
        <w:right w:val="single" w:sz="8" w:space="0" w:color="4BACC6" w:themeColor="accent5"/>
        <w:insideH w:val="single" w:sz="8" w:space="0" w:color="4BACC6" w:themeColor="accent5"/>
        <w:insideV w:val="single" w:sz="8" w:space="0" w:color="4BACC6" w:themeColor="accent5"/>
      </w:tblBorders>
      <w:tblCellMar>
        <w:top w:w="0" w:type="dxa"/>
        <w:left w:w="108" w:type="dxa"/>
        <w:bottom w:w="0" w:type="dxa"/>
        <w:right w:w="108" w:type="dxa"/>
      </w:tblCellMar>
    </w:tblPr>
    <w:tcPr>
      <w:shd w:val="clear" w:color="auto" w:fill="D2EAF1" w:themeFill="accent5" w:themeFillTint="3F"/>
    </w:tcPr>
    <w:tblStylePr w:type="firstRow">
      <w:rPr>
        <w:b/>
        <w:bCs/>
        <w:color w:val="000000" w:themeColor="text1"/>
      </w:rPr>
      <w:tblPr/>
      <w:tcPr>
        <w:shd w:val="clear" w:color="auto" w:fill="EDF6F9" w:themeFill="accent5" w:themeFillTint="19"/>
      </w:tcPr>
    </w:tblStylePr>
    <w:tblStylePr w:type="lastRow">
      <w:rPr>
        <w:b/>
        <w:bCs/>
        <w:color w:val="000000" w:themeColor="text1"/>
      </w:rPr>
      <w:tblPr/>
      <w:tcPr>
        <w:tcBorders>
          <w:top w:val="single" w:sz="12" w:space="0" w:color="000000" w:themeColor="text1"/>
          <w:left w:val="nil"/>
          <w:bottom w:val="nil"/>
          <w:right w:val="nil"/>
          <w:insideH w:val="nil"/>
          <w:insideV w:val="nil"/>
        </w:tcBorders>
        <w:shd w:val="clear" w:color="auto" w:fill="FFFFFF" w:themeFill="background1"/>
      </w:tcPr>
    </w:tblStylePr>
    <w:tblStylePr w:type="firstCol">
      <w:rPr>
        <w:b/>
        <w:bCs/>
        <w:color w:val="000000" w:themeColor="text1"/>
      </w:rPr>
      <w:tblPr/>
      <w:tcPr>
        <w:tcBorders>
          <w:top w:val="nil"/>
          <w:left w:val="nil"/>
          <w:bottom w:val="nil"/>
          <w:right w:val="nil"/>
          <w:insideH w:val="nil"/>
          <w:insideV w:val="nil"/>
        </w:tcBorders>
        <w:shd w:val="clear" w:color="auto" w:fill="FFFFFF" w:themeFill="background1"/>
      </w:tcPr>
    </w:tblStylePr>
    <w:tblStylePr w:type="lastCol">
      <w:rPr>
        <w:b w:val="0"/>
        <w:bCs w:val="0"/>
        <w:color w:val="000000" w:themeColor="text1"/>
      </w:rPr>
      <w:tblPr/>
      <w:tcPr>
        <w:tcBorders>
          <w:top w:val="nil"/>
          <w:left w:val="nil"/>
          <w:bottom w:val="nil"/>
          <w:right w:val="nil"/>
          <w:insideH w:val="nil"/>
          <w:insideV w:val="nil"/>
        </w:tcBorders>
        <w:shd w:val="clear" w:color="auto" w:fill="DAEEF3" w:themeFill="accent5" w:themeFillTint="33"/>
      </w:tcPr>
    </w:tblStylePr>
    <w:tblStylePr w:type="band1Vert">
      <w:tblPr/>
      <w:tcPr>
        <w:shd w:val="clear" w:color="auto" w:fill="A5D5E2" w:themeFill="accent5" w:themeFillTint="7F"/>
      </w:tcPr>
    </w:tblStylePr>
    <w:tblStylePr w:type="band1Horz">
      <w:tblPr/>
      <w:tcPr>
        <w:tcBorders>
          <w:insideH w:val="single" w:sz="6" w:space="0" w:color="4BACC6" w:themeColor="accent5"/>
          <w:insideV w:val="single" w:sz="6" w:space="0" w:color="4BACC6" w:themeColor="accent5"/>
        </w:tcBorders>
        <w:shd w:val="clear" w:color="auto" w:fill="A5D5E2" w:themeFill="accent5" w:themeFillTint="7F"/>
      </w:tcPr>
    </w:tblStylePr>
    <w:tblStylePr w:type="nwCell">
      <w:tblPr/>
      <w:tcPr>
        <w:shd w:val="clear" w:color="auto" w:fill="FFFFFF" w:themeFill="background1"/>
      </w:tcPr>
    </w:tblStylePr>
  </w:style>
  <w:style w:type="table" w:styleId="MediumGrid2-Accent6">
    <w:name w:val="Medium Grid 2 Accent 6"/>
    <w:basedOn w:val="TableNormal"/>
    <w:uiPriority w:val="68"/>
    <w:rsid w:val="00CB0664"/>
    <w:pPr>
      <w:spacing w:after="0" w:line="240" w:lineRule="auto"/>
    </w:pPr>
    <w:rPr>
      <w:rFonts w:asciiTheme="majorHAnsi" w:eastAsiaTheme="majorEastAsia" w:hAnsiTheme="majorHAnsi" w:cstheme="majorBidi"/>
      <w:color w:val="000000" w:themeColor="text1"/>
    </w:rPr>
    <w:tblPr>
      <w:tblStyleRowBandSize w:val="1"/>
      <w:tblStyleColBandSize w:val="1"/>
      <w:tblInd w:w="0" w:type="dxa"/>
      <w:tblBorders>
        <w:top w:val="single" w:sz="8" w:space="0" w:color="F79646" w:themeColor="accent6"/>
        <w:left w:val="single" w:sz="8" w:space="0" w:color="F79646" w:themeColor="accent6"/>
        <w:bottom w:val="single" w:sz="8" w:space="0" w:color="F79646" w:themeColor="accent6"/>
        <w:right w:val="single" w:sz="8" w:space="0" w:color="F79646" w:themeColor="accent6"/>
        <w:insideH w:val="single" w:sz="8" w:space="0" w:color="F79646" w:themeColor="accent6"/>
        <w:insideV w:val="single" w:sz="8" w:space="0" w:color="F79646" w:themeColor="accent6"/>
      </w:tblBorders>
      <w:tblCellMar>
        <w:top w:w="0" w:type="dxa"/>
        <w:left w:w="108" w:type="dxa"/>
        <w:bottom w:w="0" w:type="dxa"/>
        <w:right w:w="108" w:type="dxa"/>
      </w:tblCellMar>
    </w:tblPr>
    <w:tcPr>
      <w:shd w:val="clear" w:color="auto" w:fill="FDE4D0" w:themeFill="accent6" w:themeFillTint="3F"/>
    </w:tcPr>
    <w:tblStylePr w:type="firstRow">
      <w:rPr>
        <w:b/>
        <w:bCs/>
        <w:color w:val="000000" w:themeColor="text1"/>
      </w:rPr>
      <w:tblPr/>
      <w:tcPr>
        <w:shd w:val="clear" w:color="auto" w:fill="FEF4EC" w:themeFill="accent6" w:themeFillTint="19"/>
      </w:tcPr>
    </w:tblStylePr>
    <w:tblStylePr w:type="lastRow">
      <w:rPr>
        <w:b/>
        <w:bCs/>
        <w:color w:val="000000" w:themeColor="text1"/>
      </w:rPr>
      <w:tblPr/>
      <w:tcPr>
        <w:tcBorders>
          <w:top w:val="single" w:sz="12" w:space="0" w:color="000000" w:themeColor="text1"/>
          <w:left w:val="nil"/>
          <w:bottom w:val="nil"/>
          <w:right w:val="nil"/>
          <w:insideH w:val="nil"/>
          <w:insideV w:val="nil"/>
        </w:tcBorders>
        <w:shd w:val="clear" w:color="auto" w:fill="FFFFFF" w:themeFill="background1"/>
      </w:tcPr>
    </w:tblStylePr>
    <w:tblStylePr w:type="firstCol">
      <w:rPr>
        <w:b/>
        <w:bCs/>
        <w:color w:val="000000" w:themeColor="text1"/>
      </w:rPr>
      <w:tblPr/>
      <w:tcPr>
        <w:tcBorders>
          <w:top w:val="nil"/>
          <w:left w:val="nil"/>
          <w:bottom w:val="nil"/>
          <w:right w:val="nil"/>
          <w:insideH w:val="nil"/>
          <w:insideV w:val="nil"/>
        </w:tcBorders>
        <w:shd w:val="clear" w:color="auto" w:fill="FFFFFF" w:themeFill="background1"/>
      </w:tcPr>
    </w:tblStylePr>
    <w:tblStylePr w:type="lastCol">
      <w:rPr>
        <w:b w:val="0"/>
        <w:bCs w:val="0"/>
        <w:color w:val="000000" w:themeColor="text1"/>
      </w:rPr>
      <w:tblPr/>
      <w:tcPr>
        <w:tcBorders>
          <w:top w:val="nil"/>
          <w:left w:val="nil"/>
          <w:bottom w:val="nil"/>
          <w:right w:val="nil"/>
          <w:insideH w:val="nil"/>
          <w:insideV w:val="nil"/>
        </w:tcBorders>
        <w:shd w:val="clear" w:color="auto" w:fill="FDE9D9" w:themeFill="accent6" w:themeFillTint="33"/>
      </w:tcPr>
    </w:tblStylePr>
    <w:tblStylePr w:type="band1Vert">
      <w:tblPr/>
      <w:tcPr>
        <w:shd w:val="clear" w:color="auto" w:fill="FBCAA2" w:themeFill="accent6" w:themeFillTint="7F"/>
      </w:tcPr>
    </w:tblStylePr>
    <w:tblStylePr w:type="band1Horz">
      <w:tblPr/>
      <w:tcPr>
        <w:tcBorders>
          <w:insideH w:val="single" w:sz="6" w:space="0" w:color="F79646" w:themeColor="accent6"/>
          <w:insideV w:val="single" w:sz="6" w:space="0" w:color="F79646" w:themeColor="accent6"/>
        </w:tcBorders>
        <w:shd w:val="clear" w:color="auto" w:fill="FBCAA2" w:themeFill="accent6" w:themeFillTint="7F"/>
      </w:tcPr>
    </w:tblStylePr>
    <w:tblStylePr w:type="nwCell">
      <w:tblPr/>
      <w:tcPr>
        <w:shd w:val="clear" w:color="auto" w:fill="FFFFFF" w:themeFill="background1"/>
      </w:tcPr>
    </w:tblStylePr>
  </w:style>
  <w:style w:type="table" w:styleId="MediumGrid3">
    <w:name w:val="Medium Grid 3"/>
    <w:basedOn w:val="TableNormal"/>
    <w:uiPriority w:val="69"/>
    <w:rsid w:val="00CB0664"/>
    <w:pPr>
      <w:spacing w:after="0" w:line="240" w:lineRule="auto"/>
    </w:pPr>
    <w:tblPr>
      <w:tblStyleRowBandSize w:val="1"/>
      <w:tblStyleColBandSize w:val="1"/>
      <w:tblInd w:w="0" w:type="dxa"/>
      <w:tbl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single" w:sz="6" w:space="0" w:color="FFFFFF" w:themeColor="background1"/>
        <w:insideV w:val="single" w:sz="6" w:space="0" w:color="FFFFFF" w:themeColor="background1"/>
      </w:tblBorders>
      <w:tblCellMar>
        <w:top w:w="0" w:type="dxa"/>
        <w:left w:w="108" w:type="dxa"/>
        <w:bottom w:w="0" w:type="dxa"/>
        <w:right w:w="108" w:type="dxa"/>
      </w:tblCellMar>
    </w:tblPr>
    <w:tcPr>
      <w:shd w:val="clear" w:color="auto" w:fill="C0C0C0" w:themeFill="text1" w:themeFillTint="3F"/>
    </w:tcPr>
    <w:tblStylePr w:type="firstRow">
      <w:rPr>
        <w:b/>
        <w:bCs/>
        <w:i w:val="0"/>
        <w:iCs w:val="0"/>
        <w:color w:val="FFFFFF" w:themeColor="background1"/>
      </w:rPr>
      <w:tblPr/>
      <w:tcPr>
        <w:tcBorders>
          <w:top w:val="single" w:sz="8" w:space="0" w:color="FFFFFF" w:themeColor="background1"/>
          <w:left w:val="single" w:sz="8" w:space="0" w:color="FFFFFF" w:themeColor="background1"/>
          <w:bottom w:val="single" w:sz="24" w:space="0" w:color="FFFFFF" w:themeColor="background1"/>
          <w:right w:val="single" w:sz="8" w:space="0" w:color="FFFFFF" w:themeColor="background1"/>
          <w:insideH w:val="nil"/>
          <w:insideV w:val="single" w:sz="8" w:space="0" w:color="FFFFFF" w:themeColor="background1"/>
        </w:tcBorders>
        <w:shd w:val="clear" w:color="auto" w:fill="000000" w:themeFill="text1"/>
      </w:tcPr>
    </w:tblStylePr>
    <w:tblStylePr w:type="lastRow">
      <w:rPr>
        <w:b/>
        <w:bCs/>
        <w:i w:val="0"/>
        <w:iCs w:val="0"/>
        <w:color w:val="FFFFFF" w:themeColor="background1"/>
      </w:rPr>
      <w:tblPr/>
      <w:tcPr>
        <w:tcBorders>
          <w:top w:val="single" w:sz="24" w:space="0" w:color="FFFFFF" w:themeColor="background1"/>
          <w:left w:val="single" w:sz="8" w:space="0" w:color="FFFFFF" w:themeColor="background1"/>
          <w:bottom w:val="single" w:sz="8" w:space="0" w:color="FFFFFF" w:themeColor="background1"/>
          <w:right w:val="single" w:sz="8" w:space="0" w:color="FFFFFF" w:themeColor="background1"/>
          <w:insideH w:val="nil"/>
          <w:insideV w:val="single" w:sz="8" w:space="0" w:color="FFFFFF" w:themeColor="background1"/>
        </w:tcBorders>
        <w:shd w:val="clear" w:color="auto" w:fill="000000" w:themeFill="text1"/>
      </w:tcPr>
    </w:tblStylePr>
    <w:tblStylePr w:type="firstCol">
      <w:rPr>
        <w:b/>
        <w:bCs/>
        <w:i w:val="0"/>
        <w:iCs w:val="0"/>
        <w:color w:val="FFFFFF" w:themeColor="background1"/>
      </w:rPr>
      <w:tblPr/>
      <w:tcPr>
        <w:tcBorders>
          <w:left w:val="single" w:sz="8" w:space="0" w:color="FFFFFF" w:themeColor="background1"/>
          <w:right w:val="single" w:sz="24" w:space="0" w:color="FFFFFF" w:themeColor="background1"/>
          <w:insideH w:val="nil"/>
          <w:insideV w:val="nil"/>
        </w:tcBorders>
        <w:shd w:val="clear" w:color="auto" w:fill="000000" w:themeFill="text1"/>
      </w:tcPr>
    </w:tblStylePr>
    <w:tblStylePr w:type="lastCol">
      <w:rPr>
        <w:b/>
        <w:bCs/>
        <w:i w:val="0"/>
        <w:iCs w:val="0"/>
        <w:color w:val="FFFFFF" w:themeColor="background1"/>
      </w:rPr>
      <w:tblPr/>
      <w:tcPr>
        <w:tcBorders>
          <w:top w:val="nil"/>
          <w:left w:val="single" w:sz="24" w:space="0" w:color="FFFFFF" w:themeColor="background1"/>
          <w:bottom w:val="nil"/>
          <w:right w:val="nil"/>
          <w:insideH w:val="nil"/>
          <w:insideV w:val="nil"/>
        </w:tcBorders>
        <w:shd w:val="clear" w:color="auto" w:fill="000000" w:themeFill="text1"/>
      </w:tcPr>
    </w:tblStylePr>
    <w:tblStylePr w:type="band1Vert">
      <w:tblPr/>
      <w:tcPr>
        <w:tc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nil"/>
          <w:insideV w:val="nil"/>
        </w:tcBorders>
        <w:shd w:val="clear" w:color="auto" w:fill="808080" w:themeFill="text1" w:themeFillTint="7F"/>
      </w:tcPr>
    </w:tblStylePr>
    <w:tblStylePr w:type="band1Horz">
      <w:tblPr/>
      <w:tcPr>
        <w:tc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single" w:sz="8" w:space="0" w:color="FFFFFF" w:themeColor="background1"/>
          <w:insideV w:val="single" w:sz="8" w:space="0" w:color="FFFFFF" w:themeColor="background1"/>
        </w:tcBorders>
        <w:shd w:val="clear" w:color="auto" w:fill="808080" w:themeFill="text1" w:themeFillTint="7F"/>
      </w:tcPr>
    </w:tblStylePr>
  </w:style>
  <w:style w:type="table" w:styleId="MediumGrid3-Accent1">
    <w:name w:val="Medium Grid 3 Accent 1"/>
    <w:basedOn w:val="TableNormal"/>
    <w:uiPriority w:val="69"/>
    <w:rsid w:val="00CB0664"/>
    <w:pPr>
      <w:spacing w:after="0" w:line="240" w:lineRule="auto"/>
    </w:pPr>
    <w:tblPr>
      <w:tblStyleRowBandSize w:val="1"/>
      <w:tblStyleColBandSize w:val="1"/>
      <w:tblInd w:w="0" w:type="dxa"/>
      <w:tbl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single" w:sz="6" w:space="0" w:color="FFFFFF" w:themeColor="background1"/>
        <w:insideV w:val="single" w:sz="6" w:space="0" w:color="FFFFFF" w:themeColor="background1"/>
      </w:tblBorders>
      <w:tblCellMar>
        <w:top w:w="0" w:type="dxa"/>
        <w:left w:w="108" w:type="dxa"/>
        <w:bottom w:w="0" w:type="dxa"/>
        <w:right w:w="108" w:type="dxa"/>
      </w:tblCellMar>
    </w:tblPr>
    <w:tcPr>
      <w:shd w:val="clear" w:color="auto" w:fill="D3DFEE" w:themeFill="accent1" w:themeFillTint="3F"/>
    </w:tcPr>
    <w:tblStylePr w:type="firstRow">
      <w:rPr>
        <w:b/>
        <w:bCs/>
        <w:i w:val="0"/>
        <w:iCs w:val="0"/>
        <w:color w:val="FFFFFF" w:themeColor="background1"/>
      </w:rPr>
      <w:tblPr/>
      <w:tcPr>
        <w:tcBorders>
          <w:top w:val="single" w:sz="8" w:space="0" w:color="FFFFFF" w:themeColor="background1"/>
          <w:left w:val="single" w:sz="8" w:space="0" w:color="FFFFFF" w:themeColor="background1"/>
          <w:bottom w:val="single" w:sz="24" w:space="0" w:color="FFFFFF" w:themeColor="background1"/>
          <w:right w:val="single" w:sz="8" w:space="0" w:color="FFFFFF" w:themeColor="background1"/>
          <w:insideH w:val="nil"/>
          <w:insideV w:val="single" w:sz="8" w:space="0" w:color="FFFFFF" w:themeColor="background1"/>
        </w:tcBorders>
        <w:shd w:val="clear" w:color="auto" w:fill="4F81BD" w:themeFill="accent1"/>
      </w:tcPr>
    </w:tblStylePr>
    <w:tblStylePr w:type="lastRow">
      <w:rPr>
        <w:b/>
        <w:bCs/>
        <w:i w:val="0"/>
        <w:iCs w:val="0"/>
        <w:color w:val="FFFFFF" w:themeColor="background1"/>
      </w:rPr>
      <w:tblPr/>
      <w:tcPr>
        <w:tcBorders>
          <w:top w:val="single" w:sz="24" w:space="0" w:color="FFFFFF" w:themeColor="background1"/>
          <w:left w:val="single" w:sz="8" w:space="0" w:color="FFFFFF" w:themeColor="background1"/>
          <w:bottom w:val="single" w:sz="8" w:space="0" w:color="FFFFFF" w:themeColor="background1"/>
          <w:right w:val="single" w:sz="8" w:space="0" w:color="FFFFFF" w:themeColor="background1"/>
          <w:insideH w:val="nil"/>
          <w:insideV w:val="single" w:sz="8" w:space="0" w:color="FFFFFF" w:themeColor="background1"/>
        </w:tcBorders>
        <w:shd w:val="clear" w:color="auto" w:fill="4F81BD" w:themeFill="accent1"/>
      </w:tcPr>
    </w:tblStylePr>
    <w:tblStylePr w:type="firstCol">
      <w:rPr>
        <w:b/>
        <w:bCs/>
        <w:i w:val="0"/>
        <w:iCs w:val="0"/>
        <w:color w:val="FFFFFF" w:themeColor="background1"/>
      </w:rPr>
      <w:tblPr/>
      <w:tcPr>
        <w:tcBorders>
          <w:left w:val="single" w:sz="8" w:space="0" w:color="FFFFFF" w:themeColor="background1"/>
          <w:right w:val="single" w:sz="24" w:space="0" w:color="FFFFFF" w:themeColor="background1"/>
          <w:insideH w:val="nil"/>
          <w:insideV w:val="nil"/>
        </w:tcBorders>
        <w:shd w:val="clear" w:color="auto" w:fill="4F81BD" w:themeFill="accent1"/>
      </w:tcPr>
    </w:tblStylePr>
    <w:tblStylePr w:type="lastCol">
      <w:rPr>
        <w:b/>
        <w:bCs/>
        <w:i w:val="0"/>
        <w:iCs w:val="0"/>
        <w:color w:val="FFFFFF" w:themeColor="background1"/>
      </w:rPr>
      <w:tblPr/>
      <w:tcPr>
        <w:tcBorders>
          <w:top w:val="nil"/>
          <w:left w:val="single" w:sz="24" w:space="0" w:color="FFFFFF" w:themeColor="background1"/>
          <w:bottom w:val="nil"/>
          <w:right w:val="nil"/>
          <w:insideH w:val="nil"/>
          <w:insideV w:val="nil"/>
        </w:tcBorders>
        <w:shd w:val="clear" w:color="auto" w:fill="4F81BD" w:themeFill="accent1"/>
      </w:tcPr>
    </w:tblStylePr>
    <w:tblStylePr w:type="band1Vert">
      <w:tblPr/>
      <w:tcPr>
        <w:tc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nil"/>
          <w:insideV w:val="nil"/>
        </w:tcBorders>
        <w:shd w:val="clear" w:color="auto" w:fill="A7BFDE" w:themeFill="accent1" w:themeFillTint="7F"/>
      </w:tcPr>
    </w:tblStylePr>
    <w:tblStylePr w:type="band1Horz">
      <w:tblPr/>
      <w:tcPr>
        <w:tc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single" w:sz="8" w:space="0" w:color="FFFFFF" w:themeColor="background1"/>
          <w:insideV w:val="single" w:sz="8" w:space="0" w:color="FFFFFF" w:themeColor="background1"/>
        </w:tcBorders>
        <w:shd w:val="clear" w:color="auto" w:fill="A7BFDE" w:themeFill="accent1" w:themeFillTint="7F"/>
      </w:tcPr>
    </w:tblStylePr>
  </w:style>
  <w:style w:type="table" w:styleId="MediumGrid3-Accent2">
    <w:name w:val="Medium Grid 3 Accent 2"/>
    <w:basedOn w:val="TableNormal"/>
    <w:uiPriority w:val="69"/>
    <w:rsid w:val="00CB0664"/>
    <w:pPr>
      <w:spacing w:after="0" w:line="240" w:lineRule="auto"/>
    </w:pPr>
    <w:tblPr>
      <w:tblStyleRowBandSize w:val="1"/>
      <w:tblStyleColBandSize w:val="1"/>
      <w:tblInd w:w="0" w:type="dxa"/>
      <w:tbl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single" w:sz="6" w:space="0" w:color="FFFFFF" w:themeColor="background1"/>
        <w:insideV w:val="single" w:sz="6" w:space="0" w:color="FFFFFF" w:themeColor="background1"/>
      </w:tblBorders>
      <w:tblCellMar>
        <w:top w:w="0" w:type="dxa"/>
        <w:left w:w="108" w:type="dxa"/>
        <w:bottom w:w="0" w:type="dxa"/>
        <w:right w:w="108" w:type="dxa"/>
      </w:tblCellMar>
    </w:tblPr>
    <w:tcPr>
      <w:shd w:val="clear" w:color="auto" w:fill="EFD3D2" w:themeFill="accent2" w:themeFillTint="3F"/>
    </w:tcPr>
    <w:tblStylePr w:type="firstRow">
      <w:rPr>
        <w:b/>
        <w:bCs/>
        <w:i w:val="0"/>
        <w:iCs w:val="0"/>
        <w:color w:val="FFFFFF" w:themeColor="background1"/>
      </w:rPr>
      <w:tblPr/>
      <w:tcPr>
        <w:tcBorders>
          <w:top w:val="single" w:sz="8" w:space="0" w:color="FFFFFF" w:themeColor="background1"/>
          <w:left w:val="single" w:sz="8" w:space="0" w:color="FFFFFF" w:themeColor="background1"/>
          <w:bottom w:val="single" w:sz="24" w:space="0" w:color="FFFFFF" w:themeColor="background1"/>
          <w:right w:val="single" w:sz="8" w:space="0" w:color="FFFFFF" w:themeColor="background1"/>
          <w:insideH w:val="nil"/>
          <w:insideV w:val="single" w:sz="8" w:space="0" w:color="FFFFFF" w:themeColor="background1"/>
        </w:tcBorders>
        <w:shd w:val="clear" w:color="auto" w:fill="C0504D" w:themeFill="accent2"/>
      </w:tcPr>
    </w:tblStylePr>
    <w:tblStylePr w:type="lastRow">
      <w:rPr>
        <w:b/>
        <w:bCs/>
        <w:i w:val="0"/>
        <w:iCs w:val="0"/>
        <w:color w:val="FFFFFF" w:themeColor="background1"/>
      </w:rPr>
      <w:tblPr/>
      <w:tcPr>
        <w:tcBorders>
          <w:top w:val="single" w:sz="24" w:space="0" w:color="FFFFFF" w:themeColor="background1"/>
          <w:left w:val="single" w:sz="8" w:space="0" w:color="FFFFFF" w:themeColor="background1"/>
          <w:bottom w:val="single" w:sz="8" w:space="0" w:color="FFFFFF" w:themeColor="background1"/>
          <w:right w:val="single" w:sz="8" w:space="0" w:color="FFFFFF" w:themeColor="background1"/>
          <w:insideH w:val="nil"/>
          <w:insideV w:val="single" w:sz="8" w:space="0" w:color="FFFFFF" w:themeColor="background1"/>
        </w:tcBorders>
        <w:shd w:val="clear" w:color="auto" w:fill="C0504D" w:themeFill="accent2"/>
      </w:tcPr>
    </w:tblStylePr>
    <w:tblStylePr w:type="firstCol">
      <w:rPr>
        <w:b/>
        <w:bCs/>
        <w:i w:val="0"/>
        <w:iCs w:val="0"/>
        <w:color w:val="FFFFFF" w:themeColor="background1"/>
      </w:rPr>
      <w:tblPr/>
      <w:tcPr>
        <w:tcBorders>
          <w:left w:val="single" w:sz="8" w:space="0" w:color="FFFFFF" w:themeColor="background1"/>
          <w:right w:val="single" w:sz="24" w:space="0" w:color="FFFFFF" w:themeColor="background1"/>
          <w:insideH w:val="nil"/>
          <w:insideV w:val="nil"/>
        </w:tcBorders>
        <w:shd w:val="clear" w:color="auto" w:fill="C0504D" w:themeFill="accent2"/>
      </w:tcPr>
    </w:tblStylePr>
    <w:tblStylePr w:type="lastCol">
      <w:rPr>
        <w:b/>
        <w:bCs/>
        <w:i w:val="0"/>
        <w:iCs w:val="0"/>
        <w:color w:val="FFFFFF" w:themeColor="background1"/>
      </w:rPr>
      <w:tblPr/>
      <w:tcPr>
        <w:tcBorders>
          <w:top w:val="nil"/>
          <w:left w:val="single" w:sz="24" w:space="0" w:color="FFFFFF" w:themeColor="background1"/>
          <w:bottom w:val="nil"/>
          <w:right w:val="nil"/>
          <w:insideH w:val="nil"/>
          <w:insideV w:val="nil"/>
        </w:tcBorders>
        <w:shd w:val="clear" w:color="auto" w:fill="C0504D" w:themeFill="accent2"/>
      </w:tcPr>
    </w:tblStylePr>
    <w:tblStylePr w:type="band1Vert">
      <w:tblPr/>
      <w:tcPr>
        <w:tc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nil"/>
          <w:insideV w:val="nil"/>
        </w:tcBorders>
        <w:shd w:val="clear" w:color="auto" w:fill="DFA7A6" w:themeFill="accent2" w:themeFillTint="7F"/>
      </w:tcPr>
    </w:tblStylePr>
    <w:tblStylePr w:type="band1Horz">
      <w:tblPr/>
      <w:tcPr>
        <w:tc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single" w:sz="8" w:space="0" w:color="FFFFFF" w:themeColor="background1"/>
          <w:insideV w:val="single" w:sz="8" w:space="0" w:color="FFFFFF" w:themeColor="background1"/>
        </w:tcBorders>
        <w:shd w:val="clear" w:color="auto" w:fill="DFA7A6" w:themeFill="accent2" w:themeFillTint="7F"/>
      </w:tcPr>
    </w:tblStylePr>
  </w:style>
  <w:style w:type="table" w:styleId="MediumGrid3-Accent3">
    <w:name w:val="Medium Grid 3 Accent 3"/>
    <w:basedOn w:val="TableNormal"/>
    <w:uiPriority w:val="69"/>
    <w:rsid w:val="00CB0664"/>
    <w:pPr>
      <w:spacing w:after="0" w:line="240" w:lineRule="auto"/>
    </w:pPr>
    <w:tblPr>
      <w:tblStyleRowBandSize w:val="1"/>
      <w:tblStyleColBandSize w:val="1"/>
      <w:tblInd w:w="0" w:type="dxa"/>
      <w:tbl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single" w:sz="6" w:space="0" w:color="FFFFFF" w:themeColor="background1"/>
        <w:insideV w:val="single" w:sz="6" w:space="0" w:color="FFFFFF" w:themeColor="background1"/>
      </w:tblBorders>
      <w:tblCellMar>
        <w:top w:w="0" w:type="dxa"/>
        <w:left w:w="108" w:type="dxa"/>
        <w:bottom w:w="0" w:type="dxa"/>
        <w:right w:w="108" w:type="dxa"/>
      </w:tblCellMar>
    </w:tblPr>
    <w:tcPr>
      <w:shd w:val="clear" w:color="auto" w:fill="E6EED5" w:themeFill="accent3" w:themeFillTint="3F"/>
    </w:tcPr>
    <w:tblStylePr w:type="firstRow">
      <w:rPr>
        <w:b/>
        <w:bCs/>
        <w:i w:val="0"/>
        <w:iCs w:val="0"/>
        <w:color w:val="FFFFFF" w:themeColor="background1"/>
      </w:rPr>
      <w:tblPr/>
      <w:tcPr>
        <w:tcBorders>
          <w:top w:val="single" w:sz="8" w:space="0" w:color="FFFFFF" w:themeColor="background1"/>
          <w:left w:val="single" w:sz="8" w:space="0" w:color="FFFFFF" w:themeColor="background1"/>
          <w:bottom w:val="single" w:sz="24" w:space="0" w:color="FFFFFF" w:themeColor="background1"/>
          <w:right w:val="single" w:sz="8" w:space="0" w:color="FFFFFF" w:themeColor="background1"/>
          <w:insideH w:val="nil"/>
          <w:insideV w:val="single" w:sz="8" w:space="0" w:color="FFFFFF" w:themeColor="background1"/>
        </w:tcBorders>
        <w:shd w:val="clear" w:color="auto" w:fill="9BBB59" w:themeFill="accent3"/>
      </w:tcPr>
    </w:tblStylePr>
    <w:tblStylePr w:type="lastRow">
      <w:rPr>
        <w:b/>
        <w:bCs/>
        <w:i w:val="0"/>
        <w:iCs w:val="0"/>
        <w:color w:val="FFFFFF" w:themeColor="background1"/>
      </w:rPr>
      <w:tblPr/>
      <w:tcPr>
        <w:tcBorders>
          <w:top w:val="single" w:sz="24" w:space="0" w:color="FFFFFF" w:themeColor="background1"/>
          <w:left w:val="single" w:sz="8" w:space="0" w:color="FFFFFF" w:themeColor="background1"/>
          <w:bottom w:val="single" w:sz="8" w:space="0" w:color="FFFFFF" w:themeColor="background1"/>
          <w:right w:val="single" w:sz="8" w:space="0" w:color="FFFFFF" w:themeColor="background1"/>
          <w:insideH w:val="nil"/>
          <w:insideV w:val="single" w:sz="8" w:space="0" w:color="FFFFFF" w:themeColor="background1"/>
        </w:tcBorders>
        <w:shd w:val="clear" w:color="auto" w:fill="9BBB59" w:themeFill="accent3"/>
      </w:tcPr>
    </w:tblStylePr>
    <w:tblStylePr w:type="firstCol">
      <w:rPr>
        <w:b/>
        <w:bCs/>
        <w:i w:val="0"/>
        <w:iCs w:val="0"/>
        <w:color w:val="FFFFFF" w:themeColor="background1"/>
      </w:rPr>
      <w:tblPr/>
      <w:tcPr>
        <w:tcBorders>
          <w:left w:val="single" w:sz="8" w:space="0" w:color="FFFFFF" w:themeColor="background1"/>
          <w:right w:val="single" w:sz="24" w:space="0" w:color="FFFFFF" w:themeColor="background1"/>
          <w:insideH w:val="nil"/>
          <w:insideV w:val="nil"/>
        </w:tcBorders>
        <w:shd w:val="clear" w:color="auto" w:fill="9BBB59" w:themeFill="accent3"/>
      </w:tcPr>
    </w:tblStylePr>
    <w:tblStylePr w:type="lastCol">
      <w:rPr>
        <w:b/>
        <w:bCs/>
        <w:i w:val="0"/>
        <w:iCs w:val="0"/>
        <w:color w:val="FFFFFF" w:themeColor="background1"/>
      </w:rPr>
      <w:tblPr/>
      <w:tcPr>
        <w:tcBorders>
          <w:top w:val="nil"/>
          <w:left w:val="single" w:sz="24" w:space="0" w:color="FFFFFF" w:themeColor="background1"/>
          <w:bottom w:val="nil"/>
          <w:right w:val="nil"/>
          <w:insideH w:val="nil"/>
          <w:insideV w:val="nil"/>
        </w:tcBorders>
        <w:shd w:val="clear" w:color="auto" w:fill="9BBB59" w:themeFill="accent3"/>
      </w:tcPr>
    </w:tblStylePr>
    <w:tblStylePr w:type="band1Vert">
      <w:tblPr/>
      <w:tcPr>
        <w:tc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nil"/>
          <w:insideV w:val="nil"/>
        </w:tcBorders>
        <w:shd w:val="clear" w:color="auto" w:fill="CDDDAC" w:themeFill="accent3" w:themeFillTint="7F"/>
      </w:tcPr>
    </w:tblStylePr>
    <w:tblStylePr w:type="band1Horz">
      <w:tblPr/>
      <w:tcPr>
        <w:tc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single" w:sz="8" w:space="0" w:color="FFFFFF" w:themeColor="background1"/>
          <w:insideV w:val="single" w:sz="8" w:space="0" w:color="FFFFFF" w:themeColor="background1"/>
        </w:tcBorders>
        <w:shd w:val="clear" w:color="auto" w:fill="CDDDAC" w:themeFill="accent3" w:themeFillTint="7F"/>
      </w:tcPr>
    </w:tblStylePr>
  </w:style>
  <w:style w:type="table" w:styleId="MediumGrid3-Accent4">
    <w:name w:val="Medium Grid 3 Accent 4"/>
    <w:basedOn w:val="TableNormal"/>
    <w:uiPriority w:val="69"/>
    <w:rsid w:val="00CB0664"/>
    <w:pPr>
      <w:spacing w:after="0" w:line="240" w:lineRule="auto"/>
    </w:pPr>
    <w:tblPr>
      <w:tblStyleRowBandSize w:val="1"/>
      <w:tblStyleColBandSize w:val="1"/>
      <w:tblInd w:w="0" w:type="dxa"/>
      <w:tbl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single" w:sz="6" w:space="0" w:color="FFFFFF" w:themeColor="background1"/>
        <w:insideV w:val="single" w:sz="6" w:space="0" w:color="FFFFFF" w:themeColor="background1"/>
      </w:tblBorders>
      <w:tblCellMar>
        <w:top w:w="0" w:type="dxa"/>
        <w:left w:w="108" w:type="dxa"/>
        <w:bottom w:w="0" w:type="dxa"/>
        <w:right w:w="108" w:type="dxa"/>
      </w:tblCellMar>
    </w:tblPr>
    <w:tcPr>
      <w:shd w:val="clear" w:color="auto" w:fill="DFD8E8" w:themeFill="accent4" w:themeFillTint="3F"/>
    </w:tcPr>
    <w:tblStylePr w:type="firstRow">
      <w:rPr>
        <w:b/>
        <w:bCs/>
        <w:i w:val="0"/>
        <w:iCs w:val="0"/>
        <w:color w:val="FFFFFF" w:themeColor="background1"/>
      </w:rPr>
      <w:tblPr/>
      <w:tcPr>
        <w:tcBorders>
          <w:top w:val="single" w:sz="8" w:space="0" w:color="FFFFFF" w:themeColor="background1"/>
          <w:left w:val="single" w:sz="8" w:space="0" w:color="FFFFFF" w:themeColor="background1"/>
          <w:bottom w:val="single" w:sz="24" w:space="0" w:color="FFFFFF" w:themeColor="background1"/>
          <w:right w:val="single" w:sz="8" w:space="0" w:color="FFFFFF" w:themeColor="background1"/>
          <w:insideH w:val="nil"/>
          <w:insideV w:val="single" w:sz="8" w:space="0" w:color="FFFFFF" w:themeColor="background1"/>
        </w:tcBorders>
        <w:shd w:val="clear" w:color="auto" w:fill="8064A2" w:themeFill="accent4"/>
      </w:tcPr>
    </w:tblStylePr>
    <w:tblStylePr w:type="lastRow">
      <w:rPr>
        <w:b/>
        <w:bCs/>
        <w:i w:val="0"/>
        <w:iCs w:val="0"/>
        <w:color w:val="FFFFFF" w:themeColor="background1"/>
      </w:rPr>
      <w:tblPr/>
      <w:tcPr>
        <w:tcBorders>
          <w:top w:val="single" w:sz="24" w:space="0" w:color="FFFFFF" w:themeColor="background1"/>
          <w:left w:val="single" w:sz="8" w:space="0" w:color="FFFFFF" w:themeColor="background1"/>
          <w:bottom w:val="single" w:sz="8" w:space="0" w:color="FFFFFF" w:themeColor="background1"/>
          <w:right w:val="single" w:sz="8" w:space="0" w:color="FFFFFF" w:themeColor="background1"/>
          <w:insideH w:val="nil"/>
          <w:insideV w:val="single" w:sz="8" w:space="0" w:color="FFFFFF" w:themeColor="background1"/>
        </w:tcBorders>
        <w:shd w:val="clear" w:color="auto" w:fill="8064A2" w:themeFill="accent4"/>
      </w:tcPr>
    </w:tblStylePr>
    <w:tblStylePr w:type="firstCol">
      <w:rPr>
        <w:b/>
        <w:bCs/>
        <w:i w:val="0"/>
        <w:iCs w:val="0"/>
        <w:color w:val="FFFFFF" w:themeColor="background1"/>
      </w:rPr>
      <w:tblPr/>
      <w:tcPr>
        <w:tcBorders>
          <w:left w:val="single" w:sz="8" w:space="0" w:color="FFFFFF" w:themeColor="background1"/>
          <w:right w:val="single" w:sz="24" w:space="0" w:color="FFFFFF" w:themeColor="background1"/>
          <w:insideH w:val="nil"/>
          <w:insideV w:val="nil"/>
        </w:tcBorders>
        <w:shd w:val="clear" w:color="auto" w:fill="8064A2" w:themeFill="accent4"/>
      </w:tcPr>
    </w:tblStylePr>
    <w:tblStylePr w:type="lastCol">
      <w:rPr>
        <w:b/>
        <w:bCs/>
        <w:i w:val="0"/>
        <w:iCs w:val="0"/>
        <w:color w:val="FFFFFF" w:themeColor="background1"/>
      </w:rPr>
      <w:tblPr/>
      <w:tcPr>
        <w:tcBorders>
          <w:top w:val="nil"/>
          <w:left w:val="single" w:sz="24" w:space="0" w:color="FFFFFF" w:themeColor="background1"/>
          <w:bottom w:val="nil"/>
          <w:right w:val="nil"/>
          <w:insideH w:val="nil"/>
          <w:insideV w:val="nil"/>
        </w:tcBorders>
        <w:shd w:val="clear" w:color="auto" w:fill="8064A2" w:themeFill="accent4"/>
      </w:tcPr>
    </w:tblStylePr>
    <w:tblStylePr w:type="band1Vert">
      <w:tblPr/>
      <w:tcPr>
        <w:tc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nil"/>
          <w:insideV w:val="nil"/>
        </w:tcBorders>
        <w:shd w:val="clear" w:color="auto" w:fill="BFB1D0" w:themeFill="accent4" w:themeFillTint="7F"/>
      </w:tcPr>
    </w:tblStylePr>
    <w:tblStylePr w:type="band1Horz">
      <w:tblPr/>
      <w:tcPr>
        <w:tc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single" w:sz="8" w:space="0" w:color="FFFFFF" w:themeColor="background1"/>
          <w:insideV w:val="single" w:sz="8" w:space="0" w:color="FFFFFF" w:themeColor="background1"/>
        </w:tcBorders>
        <w:shd w:val="clear" w:color="auto" w:fill="BFB1D0" w:themeFill="accent4" w:themeFillTint="7F"/>
      </w:tcPr>
    </w:tblStylePr>
  </w:style>
  <w:style w:type="table" w:styleId="MediumGrid3-Accent5">
    <w:name w:val="Medium Grid 3 Accent 5"/>
    <w:basedOn w:val="TableNormal"/>
    <w:uiPriority w:val="69"/>
    <w:rsid w:val="00CB0664"/>
    <w:pPr>
      <w:spacing w:after="0" w:line="240" w:lineRule="auto"/>
    </w:pPr>
    <w:tblPr>
      <w:tblStyleRowBandSize w:val="1"/>
      <w:tblStyleColBandSize w:val="1"/>
      <w:tblInd w:w="0" w:type="dxa"/>
      <w:tbl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single" w:sz="6" w:space="0" w:color="FFFFFF" w:themeColor="background1"/>
        <w:insideV w:val="single" w:sz="6" w:space="0" w:color="FFFFFF" w:themeColor="background1"/>
      </w:tblBorders>
      <w:tblCellMar>
        <w:top w:w="0" w:type="dxa"/>
        <w:left w:w="108" w:type="dxa"/>
        <w:bottom w:w="0" w:type="dxa"/>
        <w:right w:w="108" w:type="dxa"/>
      </w:tblCellMar>
    </w:tblPr>
    <w:tcPr>
      <w:shd w:val="clear" w:color="auto" w:fill="D2EAF1" w:themeFill="accent5" w:themeFillTint="3F"/>
    </w:tcPr>
    <w:tblStylePr w:type="firstRow">
      <w:rPr>
        <w:b/>
        <w:bCs/>
        <w:i w:val="0"/>
        <w:iCs w:val="0"/>
        <w:color w:val="FFFFFF" w:themeColor="background1"/>
      </w:rPr>
      <w:tblPr/>
      <w:tcPr>
        <w:tcBorders>
          <w:top w:val="single" w:sz="8" w:space="0" w:color="FFFFFF" w:themeColor="background1"/>
          <w:left w:val="single" w:sz="8" w:space="0" w:color="FFFFFF" w:themeColor="background1"/>
          <w:bottom w:val="single" w:sz="24" w:space="0" w:color="FFFFFF" w:themeColor="background1"/>
          <w:right w:val="single" w:sz="8" w:space="0" w:color="FFFFFF" w:themeColor="background1"/>
          <w:insideH w:val="nil"/>
          <w:insideV w:val="single" w:sz="8" w:space="0" w:color="FFFFFF" w:themeColor="background1"/>
        </w:tcBorders>
        <w:shd w:val="clear" w:color="auto" w:fill="4BACC6" w:themeFill="accent5"/>
      </w:tcPr>
    </w:tblStylePr>
    <w:tblStylePr w:type="lastRow">
      <w:rPr>
        <w:b/>
        <w:bCs/>
        <w:i w:val="0"/>
        <w:iCs w:val="0"/>
        <w:color w:val="FFFFFF" w:themeColor="background1"/>
      </w:rPr>
      <w:tblPr/>
      <w:tcPr>
        <w:tcBorders>
          <w:top w:val="single" w:sz="24" w:space="0" w:color="FFFFFF" w:themeColor="background1"/>
          <w:left w:val="single" w:sz="8" w:space="0" w:color="FFFFFF" w:themeColor="background1"/>
          <w:bottom w:val="single" w:sz="8" w:space="0" w:color="FFFFFF" w:themeColor="background1"/>
          <w:right w:val="single" w:sz="8" w:space="0" w:color="FFFFFF" w:themeColor="background1"/>
          <w:insideH w:val="nil"/>
          <w:insideV w:val="single" w:sz="8" w:space="0" w:color="FFFFFF" w:themeColor="background1"/>
        </w:tcBorders>
        <w:shd w:val="clear" w:color="auto" w:fill="4BACC6" w:themeFill="accent5"/>
      </w:tcPr>
    </w:tblStylePr>
    <w:tblStylePr w:type="firstCol">
      <w:rPr>
        <w:b/>
        <w:bCs/>
        <w:i w:val="0"/>
        <w:iCs w:val="0"/>
        <w:color w:val="FFFFFF" w:themeColor="background1"/>
      </w:rPr>
      <w:tblPr/>
      <w:tcPr>
        <w:tcBorders>
          <w:left w:val="single" w:sz="8" w:space="0" w:color="FFFFFF" w:themeColor="background1"/>
          <w:right w:val="single" w:sz="24" w:space="0" w:color="FFFFFF" w:themeColor="background1"/>
          <w:insideH w:val="nil"/>
          <w:insideV w:val="nil"/>
        </w:tcBorders>
        <w:shd w:val="clear" w:color="auto" w:fill="4BACC6" w:themeFill="accent5"/>
      </w:tcPr>
    </w:tblStylePr>
    <w:tblStylePr w:type="lastCol">
      <w:rPr>
        <w:b/>
        <w:bCs/>
        <w:i w:val="0"/>
        <w:iCs w:val="0"/>
        <w:color w:val="FFFFFF" w:themeColor="background1"/>
      </w:rPr>
      <w:tblPr/>
      <w:tcPr>
        <w:tcBorders>
          <w:top w:val="nil"/>
          <w:left w:val="single" w:sz="24" w:space="0" w:color="FFFFFF" w:themeColor="background1"/>
          <w:bottom w:val="nil"/>
          <w:right w:val="nil"/>
          <w:insideH w:val="nil"/>
          <w:insideV w:val="nil"/>
        </w:tcBorders>
        <w:shd w:val="clear" w:color="auto" w:fill="4BACC6" w:themeFill="accent5"/>
      </w:tcPr>
    </w:tblStylePr>
    <w:tblStylePr w:type="band1Vert">
      <w:tblPr/>
      <w:tcPr>
        <w:tc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nil"/>
          <w:insideV w:val="nil"/>
        </w:tcBorders>
        <w:shd w:val="clear" w:color="auto" w:fill="A5D5E2" w:themeFill="accent5" w:themeFillTint="7F"/>
      </w:tcPr>
    </w:tblStylePr>
    <w:tblStylePr w:type="band1Horz">
      <w:tblPr/>
      <w:tcPr>
        <w:tc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single" w:sz="8" w:space="0" w:color="FFFFFF" w:themeColor="background1"/>
          <w:insideV w:val="single" w:sz="8" w:space="0" w:color="FFFFFF" w:themeColor="background1"/>
        </w:tcBorders>
        <w:shd w:val="clear" w:color="auto" w:fill="A5D5E2" w:themeFill="accent5" w:themeFillTint="7F"/>
      </w:tcPr>
    </w:tblStylePr>
  </w:style>
  <w:style w:type="table" w:styleId="MediumGrid3-Accent6">
    <w:name w:val="Medium Grid 3 Accent 6"/>
    <w:basedOn w:val="TableNormal"/>
    <w:uiPriority w:val="69"/>
    <w:rsid w:val="00CB0664"/>
    <w:pPr>
      <w:spacing w:after="0" w:line="240" w:lineRule="auto"/>
    </w:pPr>
    <w:tblPr>
      <w:tblStyleRowBandSize w:val="1"/>
      <w:tblStyleColBandSize w:val="1"/>
      <w:tblInd w:w="0" w:type="dxa"/>
      <w:tbl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single" w:sz="6" w:space="0" w:color="FFFFFF" w:themeColor="background1"/>
        <w:insideV w:val="single" w:sz="6" w:space="0" w:color="FFFFFF" w:themeColor="background1"/>
      </w:tblBorders>
      <w:tblCellMar>
        <w:top w:w="0" w:type="dxa"/>
        <w:left w:w="108" w:type="dxa"/>
        <w:bottom w:w="0" w:type="dxa"/>
        <w:right w:w="108" w:type="dxa"/>
      </w:tblCellMar>
    </w:tblPr>
    <w:tcPr>
      <w:shd w:val="clear" w:color="auto" w:fill="FDE4D0" w:themeFill="accent6" w:themeFillTint="3F"/>
    </w:tcPr>
    <w:tblStylePr w:type="firstRow">
      <w:rPr>
        <w:b/>
        <w:bCs/>
        <w:i w:val="0"/>
        <w:iCs w:val="0"/>
        <w:color w:val="FFFFFF" w:themeColor="background1"/>
      </w:rPr>
      <w:tblPr/>
      <w:tcPr>
        <w:tcBorders>
          <w:top w:val="single" w:sz="8" w:space="0" w:color="FFFFFF" w:themeColor="background1"/>
          <w:left w:val="single" w:sz="8" w:space="0" w:color="FFFFFF" w:themeColor="background1"/>
          <w:bottom w:val="single" w:sz="24" w:space="0" w:color="FFFFFF" w:themeColor="background1"/>
          <w:right w:val="single" w:sz="8" w:space="0" w:color="FFFFFF" w:themeColor="background1"/>
          <w:insideH w:val="nil"/>
          <w:insideV w:val="single" w:sz="8" w:space="0" w:color="FFFFFF" w:themeColor="background1"/>
        </w:tcBorders>
        <w:shd w:val="clear" w:color="auto" w:fill="F79646" w:themeFill="accent6"/>
      </w:tcPr>
    </w:tblStylePr>
    <w:tblStylePr w:type="lastRow">
      <w:rPr>
        <w:b/>
        <w:bCs/>
        <w:i w:val="0"/>
        <w:iCs w:val="0"/>
        <w:color w:val="FFFFFF" w:themeColor="background1"/>
      </w:rPr>
      <w:tblPr/>
      <w:tcPr>
        <w:tcBorders>
          <w:top w:val="single" w:sz="24" w:space="0" w:color="FFFFFF" w:themeColor="background1"/>
          <w:left w:val="single" w:sz="8" w:space="0" w:color="FFFFFF" w:themeColor="background1"/>
          <w:bottom w:val="single" w:sz="8" w:space="0" w:color="FFFFFF" w:themeColor="background1"/>
          <w:right w:val="single" w:sz="8" w:space="0" w:color="FFFFFF" w:themeColor="background1"/>
          <w:insideH w:val="nil"/>
          <w:insideV w:val="single" w:sz="8" w:space="0" w:color="FFFFFF" w:themeColor="background1"/>
        </w:tcBorders>
        <w:shd w:val="clear" w:color="auto" w:fill="F79646" w:themeFill="accent6"/>
      </w:tcPr>
    </w:tblStylePr>
    <w:tblStylePr w:type="firstCol">
      <w:rPr>
        <w:b/>
        <w:bCs/>
        <w:i w:val="0"/>
        <w:iCs w:val="0"/>
        <w:color w:val="FFFFFF" w:themeColor="background1"/>
      </w:rPr>
      <w:tblPr/>
      <w:tcPr>
        <w:tcBorders>
          <w:left w:val="single" w:sz="8" w:space="0" w:color="FFFFFF" w:themeColor="background1"/>
          <w:right w:val="single" w:sz="24" w:space="0" w:color="FFFFFF" w:themeColor="background1"/>
          <w:insideH w:val="nil"/>
          <w:insideV w:val="nil"/>
        </w:tcBorders>
        <w:shd w:val="clear" w:color="auto" w:fill="F79646" w:themeFill="accent6"/>
      </w:tcPr>
    </w:tblStylePr>
    <w:tblStylePr w:type="lastCol">
      <w:rPr>
        <w:b/>
        <w:bCs/>
        <w:i w:val="0"/>
        <w:iCs w:val="0"/>
        <w:color w:val="FFFFFF" w:themeColor="background1"/>
      </w:rPr>
      <w:tblPr/>
      <w:tcPr>
        <w:tcBorders>
          <w:top w:val="nil"/>
          <w:left w:val="single" w:sz="24" w:space="0" w:color="FFFFFF" w:themeColor="background1"/>
          <w:bottom w:val="nil"/>
          <w:right w:val="nil"/>
          <w:insideH w:val="nil"/>
          <w:insideV w:val="nil"/>
        </w:tcBorders>
        <w:shd w:val="clear" w:color="auto" w:fill="F79646" w:themeFill="accent6"/>
      </w:tcPr>
    </w:tblStylePr>
    <w:tblStylePr w:type="band1Vert">
      <w:tblPr/>
      <w:tcPr>
        <w:tc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nil"/>
          <w:insideV w:val="nil"/>
        </w:tcBorders>
        <w:shd w:val="clear" w:color="auto" w:fill="FBCAA2" w:themeFill="accent6" w:themeFillTint="7F"/>
      </w:tcPr>
    </w:tblStylePr>
    <w:tblStylePr w:type="band1Horz">
      <w:tblPr/>
      <w:tcPr>
        <w:tc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single" w:sz="8" w:space="0" w:color="FFFFFF" w:themeColor="background1"/>
          <w:insideV w:val="single" w:sz="8" w:space="0" w:color="FFFFFF" w:themeColor="background1"/>
        </w:tcBorders>
        <w:shd w:val="clear" w:color="auto" w:fill="FBCAA2" w:themeFill="accent6" w:themeFillTint="7F"/>
      </w:tcPr>
    </w:tblStylePr>
  </w:style>
  <w:style w:type="table" w:styleId="DarkList">
    <w:name w:val="Dark List"/>
    <w:basedOn w:val="TableNormal"/>
    <w:uiPriority w:val="70"/>
    <w:rsid w:val="00CB0664"/>
    <w:pPr>
      <w:spacing w:after="0" w:line="240" w:lineRule="auto"/>
    </w:pPr>
    <w:rPr>
      <w:color w:val="FFFFFF" w:themeColor="background1"/>
    </w:rPr>
    <w:tblPr>
      <w:tblStyleRowBandSize w:val="1"/>
      <w:tblStyleColBandSize w:val="1"/>
      <w:tblInd w:w="0" w:type="dxa"/>
      <w:tblCellMar>
        <w:top w:w="0" w:type="dxa"/>
        <w:left w:w="108" w:type="dxa"/>
        <w:bottom w:w="0" w:type="dxa"/>
        <w:right w:w="108" w:type="dxa"/>
      </w:tblCellMar>
    </w:tblPr>
    <w:tcPr>
      <w:shd w:val="clear" w:color="auto" w:fill="000000" w:themeFill="text1"/>
    </w:tcPr>
    <w:tblStylePr w:type="firstRow">
      <w:rPr>
        <w:b/>
        <w:bCs/>
      </w:rPr>
      <w:tblPr/>
      <w:tcPr>
        <w:tcBorders>
          <w:top w:val="nil"/>
          <w:left w:val="nil"/>
          <w:bottom w:val="single" w:sz="18" w:space="0" w:color="FFFFFF" w:themeColor="background1"/>
          <w:right w:val="nil"/>
          <w:insideH w:val="nil"/>
          <w:insideV w:val="nil"/>
        </w:tcBorders>
        <w:shd w:val="clear" w:color="auto" w:fill="000000" w:themeFill="text1"/>
      </w:tcPr>
    </w:tblStylePr>
    <w:tblStylePr w:type="lastRow">
      <w:tblPr/>
      <w:tcPr>
        <w:tcBorders>
          <w:top w:val="single" w:sz="18" w:space="0" w:color="FFFFFF" w:themeColor="background1"/>
          <w:left w:val="nil"/>
          <w:bottom w:val="nil"/>
          <w:right w:val="nil"/>
          <w:insideH w:val="nil"/>
          <w:insideV w:val="nil"/>
        </w:tcBorders>
        <w:shd w:val="clear" w:color="auto" w:fill="000000" w:themeFill="text1" w:themeFillShade="7F"/>
      </w:tcPr>
    </w:tblStylePr>
    <w:tblStylePr w:type="firstCol">
      <w:tblPr/>
      <w:tcPr>
        <w:tcBorders>
          <w:top w:val="nil"/>
          <w:left w:val="nil"/>
          <w:bottom w:val="nil"/>
          <w:right w:val="single" w:sz="18" w:space="0" w:color="FFFFFF" w:themeColor="background1"/>
          <w:insideH w:val="nil"/>
          <w:insideV w:val="nil"/>
        </w:tcBorders>
        <w:shd w:val="clear" w:color="auto" w:fill="000000" w:themeFill="text1" w:themeFillShade="BF"/>
      </w:tcPr>
    </w:tblStylePr>
    <w:tblStylePr w:type="lastCol">
      <w:tblPr/>
      <w:tcPr>
        <w:tcBorders>
          <w:top w:val="nil"/>
          <w:left w:val="single" w:sz="18" w:space="0" w:color="FFFFFF" w:themeColor="background1"/>
          <w:bottom w:val="nil"/>
          <w:right w:val="nil"/>
          <w:insideH w:val="nil"/>
          <w:insideV w:val="nil"/>
        </w:tcBorders>
        <w:shd w:val="clear" w:color="auto" w:fill="000000" w:themeFill="text1" w:themeFillShade="BF"/>
      </w:tcPr>
    </w:tblStylePr>
    <w:tblStylePr w:type="band1Vert">
      <w:tblPr/>
      <w:tcPr>
        <w:tcBorders>
          <w:top w:val="nil"/>
          <w:left w:val="nil"/>
          <w:bottom w:val="nil"/>
          <w:right w:val="nil"/>
          <w:insideH w:val="nil"/>
          <w:insideV w:val="nil"/>
        </w:tcBorders>
        <w:shd w:val="clear" w:color="auto" w:fill="000000" w:themeFill="text1" w:themeFillShade="BF"/>
      </w:tcPr>
    </w:tblStylePr>
    <w:tblStylePr w:type="band1Horz">
      <w:tblPr/>
      <w:tcPr>
        <w:tcBorders>
          <w:top w:val="nil"/>
          <w:left w:val="nil"/>
          <w:bottom w:val="nil"/>
          <w:right w:val="nil"/>
          <w:insideH w:val="nil"/>
          <w:insideV w:val="nil"/>
        </w:tcBorders>
        <w:shd w:val="clear" w:color="auto" w:fill="000000" w:themeFill="text1" w:themeFillShade="BF"/>
      </w:tcPr>
    </w:tblStylePr>
  </w:style>
  <w:style w:type="table" w:styleId="DarkList-Accent1">
    <w:name w:val="Dark List Accent 1"/>
    <w:basedOn w:val="TableNormal"/>
    <w:uiPriority w:val="70"/>
    <w:rsid w:val="00CB0664"/>
    <w:pPr>
      <w:spacing w:after="0" w:line="240" w:lineRule="auto"/>
    </w:pPr>
    <w:rPr>
      <w:color w:val="FFFFFF" w:themeColor="background1"/>
    </w:rPr>
    <w:tblPr>
      <w:tblStyleRowBandSize w:val="1"/>
      <w:tblStyleColBandSize w:val="1"/>
      <w:tblInd w:w="0" w:type="dxa"/>
      <w:tblCellMar>
        <w:top w:w="0" w:type="dxa"/>
        <w:left w:w="108" w:type="dxa"/>
        <w:bottom w:w="0" w:type="dxa"/>
        <w:right w:w="108" w:type="dxa"/>
      </w:tblCellMar>
    </w:tblPr>
    <w:tcPr>
      <w:shd w:val="clear" w:color="auto" w:fill="4F81BD" w:themeFill="accent1"/>
    </w:tcPr>
    <w:tblStylePr w:type="firstRow">
      <w:rPr>
        <w:b/>
        <w:bCs/>
      </w:rPr>
      <w:tblPr/>
      <w:tcPr>
        <w:tcBorders>
          <w:top w:val="nil"/>
          <w:left w:val="nil"/>
          <w:bottom w:val="single" w:sz="18" w:space="0" w:color="FFFFFF" w:themeColor="background1"/>
          <w:right w:val="nil"/>
          <w:insideH w:val="nil"/>
          <w:insideV w:val="nil"/>
        </w:tcBorders>
        <w:shd w:val="clear" w:color="auto" w:fill="000000" w:themeFill="text1"/>
      </w:tcPr>
    </w:tblStylePr>
    <w:tblStylePr w:type="lastRow">
      <w:tblPr/>
      <w:tcPr>
        <w:tcBorders>
          <w:top w:val="single" w:sz="18" w:space="0" w:color="FFFFFF" w:themeColor="background1"/>
          <w:left w:val="nil"/>
          <w:bottom w:val="nil"/>
          <w:right w:val="nil"/>
          <w:insideH w:val="nil"/>
          <w:insideV w:val="nil"/>
        </w:tcBorders>
        <w:shd w:val="clear" w:color="auto" w:fill="243F60" w:themeFill="accent1" w:themeFillShade="7F"/>
      </w:tcPr>
    </w:tblStylePr>
    <w:tblStylePr w:type="firstCol">
      <w:tblPr/>
      <w:tcPr>
        <w:tcBorders>
          <w:top w:val="nil"/>
          <w:left w:val="nil"/>
          <w:bottom w:val="nil"/>
          <w:right w:val="single" w:sz="18" w:space="0" w:color="FFFFFF" w:themeColor="background1"/>
          <w:insideH w:val="nil"/>
          <w:insideV w:val="nil"/>
        </w:tcBorders>
        <w:shd w:val="clear" w:color="auto" w:fill="365F91" w:themeFill="accent1" w:themeFillShade="BF"/>
      </w:tcPr>
    </w:tblStylePr>
    <w:tblStylePr w:type="lastCol">
      <w:tblPr/>
      <w:tcPr>
        <w:tcBorders>
          <w:top w:val="nil"/>
          <w:left w:val="single" w:sz="18" w:space="0" w:color="FFFFFF" w:themeColor="background1"/>
          <w:bottom w:val="nil"/>
          <w:right w:val="nil"/>
          <w:insideH w:val="nil"/>
          <w:insideV w:val="nil"/>
        </w:tcBorders>
        <w:shd w:val="clear" w:color="auto" w:fill="365F91" w:themeFill="accent1" w:themeFillShade="BF"/>
      </w:tcPr>
    </w:tblStylePr>
    <w:tblStylePr w:type="band1Vert">
      <w:tblPr/>
      <w:tcPr>
        <w:tcBorders>
          <w:top w:val="nil"/>
          <w:left w:val="nil"/>
          <w:bottom w:val="nil"/>
          <w:right w:val="nil"/>
          <w:insideH w:val="nil"/>
          <w:insideV w:val="nil"/>
        </w:tcBorders>
        <w:shd w:val="clear" w:color="auto" w:fill="365F91" w:themeFill="accent1" w:themeFillShade="BF"/>
      </w:tcPr>
    </w:tblStylePr>
    <w:tblStylePr w:type="band1Horz">
      <w:tblPr/>
      <w:tcPr>
        <w:tcBorders>
          <w:top w:val="nil"/>
          <w:left w:val="nil"/>
          <w:bottom w:val="nil"/>
          <w:right w:val="nil"/>
          <w:insideH w:val="nil"/>
          <w:insideV w:val="nil"/>
        </w:tcBorders>
        <w:shd w:val="clear" w:color="auto" w:fill="365F91" w:themeFill="accent1" w:themeFillShade="BF"/>
      </w:tcPr>
    </w:tblStylePr>
  </w:style>
  <w:style w:type="table" w:styleId="DarkList-Accent2">
    <w:name w:val="Dark List Accent 2"/>
    <w:basedOn w:val="TableNormal"/>
    <w:uiPriority w:val="70"/>
    <w:rsid w:val="00CB0664"/>
    <w:pPr>
      <w:spacing w:after="0" w:line="240" w:lineRule="auto"/>
    </w:pPr>
    <w:rPr>
      <w:color w:val="FFFFFF" w:themeColor="background1"/>
    </w:rPr>
    <w:tblPr>
      <w:tblStyleRowBandSize w:val="1"/>
      <w:tblStyleColBandSize w:val="1"/>
      <w:tblInd w:w="0" w:type="dxa"/>
      <w:tblCellMar>
        <w:top w:w="0" w:type="dxa"/>
        <w:left w:w="108" w:type="dxa"/>
        <w:bottom w:w="0" w:type="dxa"/>
        <w:right w:w="108" w:type="dxa"/>
      </w:tblCellMar>
    </w:tblPr>
    <w:tcPr>
      <w:shd w:val="clear" w:color="auto" w:fill="C0504D" w:themeFill="accent2"/>
    </w:tcPr>
    <w:tblStylePr w:type="firstRow">
      <w:rPr>
        <w:b/>
        <w:bCs/>
      </w:rPr>
      <w:tblPr/>
      <w:tcPr>
        <w:tcBorders>
          <w:top w:val="nil"/>
          <w:left w:val="nil"/>
          <w:bottom w:val="single" w:sz="18" w:space="0" w:color="FFFFFF" w:themeColor="background1"/>
          <w:right w:val="nil"/>
          <w:insideH w:val="nil"/>
          <w:insideV w:val="nil"/>
        </w:tcBorders>
        <w:shd w:val="clear" w:color="auto" w:fill="000000" w:themeFill="text1"/>
      </w:tcPr>
    </w:tblStylePr>
    <w:tblStylePr w:type="lastRow">
      <w:tblPr/>
      <w:tcPr>
        <w:tcBorders>
          <w:top w:val="single" w:sz="18" w:space="0" w:color="FFFFFF" w:themeColor="background1"/>
          <w:left w:val="nil"/>
          <w:bottom w:val="nil"/>
          <w:right w:val="nil"/>
          <w:insideH w:val="nil"/>
          <w:insideV w:val="nil"/>
        </w:tcBorders>
        <w:shd w:val="clear" w:color="auto" w:fill="622423" w:themeFill="accent2" w:themeFillShade="7F"/>
      </w:tcPr>
    </w:tblStylePr>
    <w:tblStylePr w:type="firstCol">
      <w:tblPr/>
      <w:tcPr>
        <w:tcBorders>
          <w:top w:val="nil"/>
          <w:left w:val="nil"/>
          <w:bottom w:val="nil"/>
          <w:right w:val="single" w:sz="18" w:space="0" w:color="FFFFFF" w:themeColor="background1"/>
          <w:insideH w:val="nil"/>
          <w:insideV w:val="nil"/>
        </w:tcBorders>
        <w:shd w:val="clear" w:color="auto" w:fill="943634" w:themeFill="accent2" w:themeFillShade="BF"/>
      </w:tcPr>
    </w:tblStylePr>
    <w:tblStylePr w:type="lastCol">
      <w:tblPr/>
      <w:tcPr>
        <w:tcBorders>
          <w:top w:val="nil"/>
          <w:left w:val="single" w:sz="18" w:space="0" w:color="FFFFFF" w:themeColor="background1"/>
          <w:bottom w:val="nil"/>
          <w:right w:val="nil"/>
          <w:insideH w:val="nil"/>
          <w:insideV w:val="nil"/>
        </w:tcBorders>
        <w:shd w:val="clear" w:color="auto" w:fill="943634" w:themeFill="accent2" w:themeFillShade="BF"/>
      </w:tcPr>
    </w:tblStylePr>
    <w:tblStylePr w:type="band1Vert">
      <w:tblPr/>
      <w:tcPr>
        <w:tcBorders>
          <w:top w:val="nil"/>
          <w:left w:val="nil"/>
          <w:bottom w:val="nil"/>
          <w:right w:val="nil"/>
          <w:insideH w:val="nil"/>
          <w:insideV w:val="nil"/>
        </w:tcBorders>
        <w:shd w:val="clear" w:color="auto" w:fill="943634" w:themeFill="accent2" w:themeFillShade="BF"/>
      </w:tcPr>
    </w:tblStylePr>
    <w:tblStylePr w:type="band1Horz">
      <w:tblPr/>
      <w:tcPr>
        <w:tcBorders>
          <w:top w:val="nil"/>
          <w:left w:val="nil"/>
          <w:bottom w:val="nil"/>
          <w:right w:val="nil"/>
          <w:insideH w:val="nil"/>
          <w:insideV w:val="nil"/>
        </w:tcBorders>
        <w:shd w:val="clear" w:color="auto" w:fill="943634" w:themeFill="accent2" w:themeFillShade="BF"/>
      </w:tcPr>
    </w:tblStylePr>
  </w:style>
  <w:style w:type="table" w:styleId="DarkList-Accent3">
    <w:name w:val="Dark List Accent 3"/>
    <w:basedOn w:val="TableNormal"/>
    <w:uiPriority w:val="70"/>
    <w:rsid w:val="00CB0664"/>
    <w:pPr>
      <w:spacing w:after="0" w:line="240" w:lineRule="auto"/>
    </w:pPr>
    <w:rPr>
      <w:color w:val="FFFFFF" w:themeColor="background1"/>
    </w:rPr>
    <w:tblPr>
      <w:tblStyleRowBandSize w:val="1"/>
      <w:tblStyleColBandSize w:val="1"/>
      <w:tblInd w:w="0" w:type="dxa"/>
      <w:tblCellMar>
        <w:top w:w="0" w:type="dxa"/>
        <w:left w:w="108" w:type="dxa"/>
        <w:bottom w:w="0" w:type="dxa"/>
        <w:right w:w="108" w:type="dxa"/>
      </w:tblCellMar>
    </w:tblPr>
    <w:tcPr>
      <w:shd w:val="clear" w:color="auto" w:fill="9BBB59" w:themeFill="accent3"/>
    </w:tcPr>
    <w:tblStylePr w:type="firstRow">
      <w:rPr>
        <w:b/>
        <w:bCs/>
      </w:rPr>
      <w:tblPr/>
      <w:tcPr>
        <w:tcBorders>
          <w:top w:val="nil"/>
          <w:left w:val="nil"/>
          <w:bottom w:val="single" w:sz="18" w:space="0" w:color="FFFFFF" w:themeColor="background1"/>
          <w:right w:val="nil"/>
          <w:insideH w:val="nil"/>
          <w:insideV w:val="nil"/>
        </w:tcBorders>
        <w:shd w:val="clear" w:color="auto" w:fill="000000" w:themeFill="text1"/>
      </w:tcPr>
    </w:tblStylePr>
    <w:tblStylePr w:type="lastRow">
      <w:tblPr/>
      <w:tcPr>
        <w:tcBorders>
          <w:top w:val="single" w:sz="18" w:space="0" w:color="FFFFFF" w:themeColor="background1"/>
          <w:left w:val="nil"/>
          <w:bottom w:val="nil"/>
          <w:right w:val="nil"/>
          <w:insideH w:val="nil"/>
          <w:insideV w:val="nil"/>
        </w:tcBorders>
        <w:shd w:val="clear" w:color="auto" w:fill="4E6128" w:themeFill="accent3" w:themeFillShade="7F"/>
      </w:tcPr>
    </w:tblStylePr>
    <w:tblStylePr w:type="firstCol">
      <w:tblPr/>
      <w:tcPr>
        <w:tcBorders>
          <w:top w:val="nil"/>
          <w:left w:val="nil"/>
          <w:bottom w:val="nil"/>
          <w:right w:val="single" w:sz="18" w:space="0" w:color="FFFFFF" w:themeColor="background1"/>
          <w:insideH w:val="nil"/>
          <w:insideV w:val="nil"/>
        </w:tcBorders>
        <w:shd w:val="clear" w:color="auto" w:fill="76923C" w:themeFill="accent3" w:themeFillShade="BF"/>
      </w:tcPr>
    </w:tblStylePr>
    <w:tblStylePr w:type="lastCol">
      <w:tblPr/>
      <w:tcPr>
        <w:tcBorders>
          <w:top w:val="nil"/>
          <w:left w:val="single" w:sz="18" w:space="0" w:color="FFFFFF" w:themeColor="background1"/>
          <w:bottom w:val="nil"/>
          <w:right w:val="nil"/>
          <w:insideH w:val="nil"/>
          <w:insideV w:val="nil"/>
        </w:tcBorders>
        <w:shd w:val="clear" w:color="auto" w:fill="76923C" w:themeFill="accent3" w:themeFillShade="BF"/>
      </w:tcPr>
    </w:tblStylePr>
    <w:tblStylePr w:type="band1Vert">
      <w:tblPr/>
      <w:tcPr>
        <w:tcBorders>
          <w:top w:val="nil"/>
          <w:left w:val="nil"/>
          <w:bottom w:val="nil"/>
          <w:right w:val="nil"/>
          <w:insideH w:val="nil"/>
          <w:insideV w:val="nil"/>
        </w:tcBorders>
        <w:shd w:val="clear" w:color="auto" w:fill="76923C" w:themeFill="accent3" w:themeFillShade="BF"/>
      </w:tcPr>
    </w:tblStylePr>
    <w:tblStylePr w:type="band1Horz">
      <w:tblPr/>
      <w:tcPr>
        <w:tcBorders>
          <w:top w:val="nil"/>
          <w:left w:val="nil"/>
          <w:bottom w:val="nil"/>
          <w:right w:val="nil"/>
          <w:insideH w:val="nil"/>
          <w:insideV w:val="nil"/>
        </w:tcBorders>
        <w:shd w:val="clear" w:color="auto" w:fill="76923C" w:themeFill="accent3" w:themeFillShade="BF"/>
      </w:tcPr>
    </w:tblStylePr>
  </w:style>
  <w:style w:type="table" w:styleId="DarkList-Accent4">
    <w:name w:val="Dark List Accent 4"/>
    <w:basedOn w:val="TableNormal"/>
    <w:uiPriority w:val="70"/>
    <w:rsid w:val="00CB0664"/>
    <w:pPr>
      <w:spacing w:after="0" w:line="240" w:lineRule="auto"/>
    </w:pPr>
    <w:rPr>
      <w:color w:val="FFFFFF" w:themeColor="background1"/>
    </w:rPr>
    <w:tblPr>
      <w:tblStyleRowBandSize w:val="1"/>
      <w:tblStyleColBandSize w:val="1"/>
      <w:tblInd w:w="0" w:type="dxa"/>
      <w:tblCellMar>
        <w:top w:w="0" w:type="dxa"/>
        <w:left w:w="108" w:type="dxa"/>
        <w:bottom w:w="0" w:type="dxa"/>
        <w:right w:w="108" w:type="dxa"/>
      </w:tblCellMar>
    </w:tblPr>
    <w:tcPr>
      <w:shd w:val="clear" w:color="auto" w:fill="8064A2" w:themeFill="accent4"/>
    </w:tcPr>
    <w:tblStylePr w:type="firstRow">
      <w:rPr>
        <w:b/>
        <w:bCs/>
      </w:rPr>
      <w:tblPr/>
      <w:tcPr>
        <w:tcBorders>
          <w:top w:val="nil"/>
          <w:left w:val="nil"/>
          <w:bottom w:val="single" w:sz="18" w:space="0" w:color="FFFFFF" w:themeColor="background1"/>
          <w:right w:val="nil"/>
          <w:insideH w:val="nil"/>
          <w:insideV w:val="nil"/>
        </w:tcBorders>
        <w:shd w:val="clear" w:color="auto" w:fill="000000" w:themeFill="text1"/>
      </w:tcPr>
    </w:tblStylePr>
    <w:tblStylePr w:type="lastRow">
      <w:tblPr/>
      <w:tcPr>
        <w:tcBorders>
          <w:top w:val="single" w:sz="18" w:space="0" w:color="FFFFFF" w:themeColor="background1"/>
          <w:left w:val="nil"/>
          <w:bottom w:val="nil"/>
          <w:right w:val="nil"/>
          <w:insideH w:val="nil"/>
          <w:insideV w:val="nil"/>
        </w:tcBorders>
        <w:shd w:val="clear" w:color="auto" w:fill="3F3151" w:themeFill="accent4" w:themeFillShade="7F"/>
      </w:tcPr>
    </w:tblStylePr>
    <w:tblStylePr w:type="firstCol">
      <w:tblPr/>
      <w:tcPr>
        <w:tcBorders>
          <w:top w:val="nil"/>
          <w:left w:val="nil"/>
          <w:bottom w:val="nil"/>
          <w:right w:val="single" w:sz="18" w:space="0" w:color="FFFFFF" w:themeColor="background1"/>
          <w:insideH w:val="nil"/>
          <w:insideV w:val="nil"/>
        </w:tcBorders>
        <w:shd w:val="clear" w:color="auto" w:fill="5F497A" w:themeFill="accent4" w:themeFillShade="BF"/>
      </w:tcPr>
    </w:tblStylePr>
    <w:tblStylePr w:type="lastCol">
      <w:tblPr/>
      <w:tcPr>
        <w:tcBorders>
          <w:top w:val="nil"/>
          <w:left w:val="single" w:sz="18" w:space="0" w:color="FFFFFF" w:themeColor="background1"/>
          <w:bottom w:val="nil"/>
          <w:right w:val="nil"/>
          <w:insideH w:val="nil"/>
          <w:insideV w:val="nil"/>
        </w:tcBorders>
        <w:shd w:val="clear" w:color="auto" w:fill="5F497A" w:themeFill="accent4" w:themeFillShade="BF"/>
      </w:tcPr>
    </w:tblStylePr>
    <w:tblStylePr w:type="band1Vert">
      <w:tblPr/>
      <w:tcPr>
        <w:tcBorders>
          <w:top w:val="nil"/>
          <w:left w:val="nil"/>
          <w:bottom w:val="nil"/>
          <w:right w:val="nil"/>
          <w:insideH w:val="nil"/>
          <w:insideV w:val="nil"/>
        </w:tcBorders>
        <w:shd w:val="clear" w:color="auto" w:fill="5F497A" w:themeFill="accent4" w:themeFillShade="BF"/>
      </w:tcPr>
    </w:tblStylePr>
    <w:tblStylePr w:type="band1Horz">
      <w:tblPr/>
      <w:tcPr>
        <w:tcBorders>
          <w:top w:val="nil"/>
          <w:left w:val="nil"/>
          <w:bottom w:val="nil"/>
          <w:right w:val="nil"/>
          <w:insideH w:val="nil"/>
          <w:insideV w:val="nil"/>
        </w:tcBorders>
        <w:shd w:val="clear" w:color="auto" w:fill="5F497A" w:themeFill="accent4" w:themeFillShade="BF"/>
      </w:tcPr>
    </w:tblStylePr>
  </w:style>
  <w:style w:type="table" w:styleId="DarkList-Accent5">
    <w:name w:val="Dark List Accent 5"/>
    <w:basedOn w:val="TableNormal"/>
    <w:uiPriority w:val="70"/>
    <w:rsid w:val="00CB0664"/>
    <w:pPr>
      <w:spacing w:after="0" w:line="240" w:lineRule="auto"/>
    </w:pPr>
    <w:rPr>
      <w:color w:val="FFFFFF" w:themeColor="background1"/>
    </w:rPr>
    <w:tblPr>
      <w:tblStyleRowBandSize w:val="1"/>
      <w:tblStyleColBandSize w:val="1"/>
      <w:tblInd w:w="0" w:type="dxa"/>
      <w:tblCellMar>
        <w:top w:w="0" w:type="dxa"/>
        <w:left w:w="108" w:type="dxa"/>
        <w:bottom w:w="0" w:type="dxa"/>
        <w:right w:w="108" w:type="dxa"/>
      </w:tblCellMar>
    </w:tblPr>
    <w:tcPr>
      <w:shd w:val="clear" w:color="auto" w:fill="4BACC6" w:themeFill="accent5"/>
    </w:tcPr>
    <w:tblStylePr w:type="firstRow">
      <w:rPr>
        <w:b/>
        <w:bCs/>
      </w:rPr>
      <w:tblPr/>
      <w:tcPr>
        <w:tcBorders>
          <w:top w:val="nil"/>
          <w:left w:val="nil"/>
          <w:bottom w:val="single" w:sz="18" w:space="0" w:color="FFFFFF" w:themeColor="background1"/>
          <w:right w:val="nil"/>
          <w:insideH w:val="nil"/>
          <w:insideV w:val="nil"/>
        </w:tcBorders>
        <w:shd w:val="clear" w:color="auto" w:fill="000000" w:themeFill="text1"/>
      </w:tcPr>
    </w:tblStylePr>
    <w:tblStylePr w:type="lastRow">
      <w:tblPr/>
      <w:tcPr>
        <w:tcBorders>
          <w:top w:val="single" w:sz="18" w:space="0" w:color="FFFFFF" w:themeColor="background1"/>
          <w:left w:val="nil"/>
          <w:bottom w:val="nil"/>
          <w:right w:val="nil"/>
          <w:insideH w:val="nil"/>
          <w:insideV w:val="nil"/>
        </w:tcBorders>
        <w:shd w:val="clear" w:color="auto" w:fill="205867" w:themeFill="accent5" w:themeFillShade="7F"/>
      </w:tcPr>
    </w:tblStylePr>
    <w:tblStylePr w:type="firstCol">
      <w:tblPr/>
      <w:tcPr>
        <w:tcBorders>
          <w:top w:val="nil"/>
          <w:left w:val="nil"/>
          <w:bottom w:val="nil"/>
          <w:right w:val="single" w:sz="18" w:space="0" w:color="FFFFFF" w:themeColor="background1"/>
          <w:insideH w:val="nil"/>
          <w:insideV w:val="nil"/>
        </w:tcBorders>
        <w:shd w:val="clear" w:color="auto" w:fill="31849B" w:themeFill="accent5" w:themeFillShade="BF"/>
      </w:tcPr>
    </w:tblStylePr>
    <w:tblStylePr w:type="lastCol">
      <w:tblPr/>
      <w:tcPr>
        <w:tcBorders>
          <w:top w:val="nil"/>
          <w:left w:val="single" w:sz="18" w:space="0" w:color="FFFFFF" w:themeColor="background1"/>
          <w:bottom w:val="nil"/>
          <w:right w:val="nil"/>
          <w:insideH w:val="nil"/>
          <w:insideV w:val="nil"/>
        </w:tcBorders>
        <w:shd w:val="clear" w:color="auto" w:fill="31849B" w:themeFill="accent5" w:themeFillShade="BF"/>
      </w:tcPr>
    </w:tblStylePr>
    <w:tblStylePr w:type="band1Vert">
      <w:tblPr/>
      <w:tcPr>
        <w:tcBorders>
          <w:top w:val="nil"/>
          <w:left w:val="nil"/>
          <w:bottom w:val="nil"/>
          <w:right w:val="nil"/>
          <w:insideH w:val="nil"/>
          <w:insideV w:val="nil"/>
        </w:tcBorders>
        <w:shd w:val="clear" w:color="auto" w:fill="31849B" w:themeFill="accent5" w:themeFillShade="BF"/>
      </w:tcPr>
    </w:tblStylePr>
    <w:tblStylePr w:type="band1Horz">
      <w:tblPr/>
      <w:tcPr>
        <w:tcBorders>
          <w:top w:val="nil"/>
          <w:left w:val="nil"/>
          <w:bottom w:val="nil"/>
          <w:right w:val="nil"/>
          <w:insideH w:val="nil"/>
          <w:insideV w:val="nil"/>
        </w:tcBorders>
        <w:shd w:val="clear" w:color="auto" w:fill="31849B" w:themeFill="accent5" w:themeFillShade="BF"/>
      </w:tcPr>
    </w:tblStylePr>
  </w:style>
  <w:style w:type="table" w:styleId="DarkList-Accent6">
    <w:name w:val="Dark List Accent 6"/>
    <w:basedOn w:val="TableNormal"/>
    <w:uiPriority w:val="70"/>
    <w:rsid w:val="00CB0664"/>
    <w:pPr>
      <w:spacing w:after="0" w:line="240" w:lineRule="auto"/>
    </w:pPr>
    <w:rPr>
      <w:color w:val="FFFFFF" w:themeColor="background1"/>
    </w:rPr>
    <w:tblPr>
      <w:tblStyleRowBandSize w:val="1"/>
      <w:tblStyleColBandSize w:val="1"/>
      <w:tblInd w:w="0" w:type="dxa"/>
      <w:tblCellMar>
        <w:top w:w="0" w:type="dxa"/>
        <w:left w:w="108" w:type="dxa"/>
        <w:bottom w:w="0" w:type="dxa"/>
        <w:right w:w="108" w:type="dxa"/>
      </w:tblCellMar>
    </w:tblPr>
    <w:tcPr>
      <w:shd w:val="clear" w:color="auto" w:fill="F79646" w:themeFill="accent6"/>
    </w:tcPr>
    <w:tblStylePr w:type="firstRow">
      <w:rPr>
        <w:b/>
        <w:bCs/>
      </w:rPr>
      <w:tblPr/>
      <w:tcPr>
        <w:tcBorders>
          <w:top w:val="nil"/>
          <w:left w:val="nil"/>
          <w:bottom w:val="single" w:sz="18" w:space="0" w:color="FFFFFF" w:themeColor="background1"/>
          <w:right w:val="nil"/>
          <w:insideH w:val="nil"/>
          <w:insideV w:val="nil"/>
        </w:tcBorders>
        <w:shd w:val="clear" w:color="auto" w:fill="000000" w:themeFill="text1"/>
      </w:tcPr>
    </w:tblStylePr>
    <w:tblStylePr w:type="lastRow">
      <w:tblPr/>
      <w:tcPr>
        <w:tcBorders>
          <w:top w:val="single" w:sz="18" w:space="0" w:color="FFFFFF" w:themeColor="background1"/>
          <w:left w:val="nil"/>
          <w:bottom w:val="nil"/>
          <w:right w:val="nil"/>
          <w:insideH w:val="nil"/>
          <w:insideV w:val="nil"/>
        </w:tcBorders>
        <w:shd w:val="clear" w:color="auto" w:fill="974706" w:themeFill="accent6" w:themeFillShade="7F"/>
      </w:tcPr>
    </w:tblStylePr>
    <w:tblStylePr w:type="firstCol">
      <w:tblPr/>
      <w:tcPr>
        <w:tcBorders>
          <w:top w:val="nil"/>
          <w:left w:val="nil"/>
          <w:bottom w:val="nil"/>
          <w:right w:val="single" w:sz="18" w:space="0" w:color="FFFFFF" w:themeColor="background1"/>
          <w:insideH w:val="nil"/>
          <w:insideV w:val="nil"/>
        </w:tcBorders>
        <w:shd w:val="clear" w:color="auto" w:fill="E36C0A" w:themeFill="accent6" w:themeFillShade="BF"/>
      </w:tcPr>
    </w:tblStylePr>
    <w:tblStylePr w:type="lastCol">
      <w:tblPr/>
      <w:tcPr>
        <w:tcBorders>
          <w:top w:val="nil"/>
          <w:left w:val="single" w:sz="18" w:space="0" w:color="FFFFFF" w:themeColor="background1"/>
          <w:bottom w:val="nil"/>
          <w:right w:val="nil"/>
          <w:insideH w:val="nil"/>
          <w:insideV w:val="nil"/>
        </w:tcBorders>
        <w:shd w:val="clear" w:color="auto" w:fill="E36C0A" w:themeFill="accent6" w:themeFillShade="BF"/>
      </w:tcPr>
    </w:tblStylePr>
    <w:tblStylePr w:type="band1Vert">
      <w:tblPr/>
      <w:tcPr>
        <w:tcBorders>
          <w:top w:val="nil"/>
          <w:left w:val="nil"/>
          <w:bottom w:val="nil"/>
          <w:right w:val="nil"/>
          <w:insideH w:val="nil"/>
          <w:insideV w:val="nil"/>
        </w:tcBorders>
        <w:shd w:val="clear" w:color="auto" w:fill="E36C0A" w:themeFill="accent6" w:themeFillShade="BF"/>
      </w:tcPr>
    </w:tblStylePr>
    <w:tblStylePr w:type="band1Horz">
      <w:tblPr/>
      <w:tcPr>
        <w:tcBorders>
          <w:top w:val="nil"/>
          <w:left w:val="nil"/>
          <w:bottom w:val="nil"/>
          <w:right w:val="nil"/>
          <w:insideH w:val="nil"/>
          <w:insideV w:val="nil"/>
        </w:tcBorders>
        <w:shd w:val="clear" w:color="auto" w:fill="E36C0A" w:themeFill="accent6" w:themeFillShade="BF"/>
      </w:tcPr>
    </w:tblStylePr>
  </w:style>
  <w:style w:type="table" w:styleId="ColorfulShading">
    <w:name w:val="Colorful Shading"/>
    <w:basedOn w:val="TableNormal"/>
    <w:uiPriority w:val="71"/>
    <w:rsid w:val="00CB0664"/>
    <w:pPr>
      <w:spacing w:after="0" w:line="240" w:lineRule="auto"/>
    </w:pPr>
    <w:rPr>
      <w:color w:val="000000" w:themeColor="text1"/>
    </w:rPr>
    <w:tblPr>
      <w:tblStyleRowBandSize w:val="1"/>
      <w:tblStyleColBandSize w:val="1"/>
      <w:tblInd w:w="0" w:type="dxa"/>
      <w:tblBorders>
        <w:top w:val="single" w:sz="24" w:space="0" w:color="C0504D" w:themeColor="accent2"/>
        <w:left w:val="single" w:sz="4" w:space="0" w:color="000000" w:themeColor="text1"/>
        <w:bottom w:val="single" w:sz="4" w:space="0" w:color="000000" w:themeColor="text1"/>
        <w:right w:val="single" w:sz="4" w:space="0" w:color="000000" w:themeColor="text1"/>
        <w:insideH w:val="single" w:sz="4" w:space="0" w:color="FFFFFF" w:themeColor="background1"/>
        <w:insideV w:val="single" w:sz="4" w:space="0" w:color="FFFFFF" w:themeColor="background1"/>
      </w:tblBorders>
      <w:tblCellMar>
        <w:top w:w="0" w:type="dxa"/>
        <w:left w:w="108" w:type="dxa"/>
        <w:bottom w:w="0" w:type="dxa"/>
        <w:right w:w="108" w:type="dxa"/>
      </w:tblCellMar>
    </w:tblPr>
    <w:tcPr>
      <w:shd w:val="clear" w:color="auto" w:fill="E6E6E6" w:themeFill="text1" w:themeFillTint="19"/>
    </w:tcPr>
    <w:tblStylePr w:type="firstRow">
      <w:rPr>
        <w:b/>
        <w:bCs/>
      </w:rPr>
      <w:tblPr/>
      <w:tcPr>
        <w:tcBorders>
          <w:top w:val="nil"/>
          <w:left w:val="nil"/>
          <w:bottom w:val="single" w:sz="24" w:space="0" w:color="C0504D" w:themeColor="accent2"/>
          <w:right w:val="nil"/>
          <w:insideH w:val="nil"/>
          <w:insideV w:val="nil"/>
        </w:tcBorders>
        <w:shd w:val="clear" w:color="auto" w:fill="FFFFFF" w:themeFill="background1"/>
      </w:tcPr>
    </w:tblStylePr>
    <w:tblStylePr w:type="lastRow">
      <w:rPr>
        <w:b/>
        <w:bCs/>
        <w:color w:val="FFFFFF" w:themeColor="background1"/>
      </w:rPr>
      <w:tblPr/>
      <w:tcPr>
        <w:tcBorders>
          <w:top w:val="single" w:sz="6" w:space="0" w:color="FFFFFF" w:themeColor="background1"/>
        </w:tcBorders>
        <w:shd w:val="clear" w:color="auto" w:fill="000000" w:themeFill="text1" w:themeFillShade="99"/>
      </w:tcPr>
    </w:tblStylePr>
    <w:tblStylePr w:type="firstCol">
      <w:rPr>
        <w:color w:val="FFFFFF" w:themeColor="background1"/>
      </w:rPr>
      <w:tblPr/>
      <w:tcPr>
        <w:tcBorders>
          <w:top w:val="nil"/>
          <w:left w:val="nil"/>
          <w:bottom w:val="nil"/>
          <w:right w:val="nil"/>
          <w:insideH w:val="single" w:sz="4" w:space="0" w:color="000000" w:themeColor="text1" w:themeShade="99"/>
          <w:insideV w:val="nil"/>
        </w:tcBorders>
        <w:shd w:val="clear" w:color="auto" w:fill="000000" w:themeFill="text1" w:themeFillShade="99"/>
      </w:tcPr>
    </w:tblStylePr>
    <w:tblStylePr w:type="lastCol">
      <w:rPr>
        <w:color w:val="FFFFFF" w:themeColor="background1"/>
      </w:rPr>
      <w:tblPr/>
      <w:tcPr>
        <w:tcBorders>
          <w:top w:val="nil"/>
          <w:left w:val="nil"/>
          <w:bottom w:val="nil"/>
          <w:right w:val="nil"/>
          <w:insideH w:val="nil"/>
          <w:insideV w:val="nil"/>
        </w:tcBorders>
        <w:shd w:val="clear" w:color="auto" w:fill="000000" w:themeFill="text1" w:themeFillShade="BF"/>
      </w:tcPr>
    </w:tblStylePr>
    <w:tblStylePr w:type="band1Vert">
      <w:tblPr/>
      <w:tcPr>
        <w:shd w:val="clear" w:color="auto" w:fill="999999" w:themeFill="text1" w:themeFillTint="66"/>
      </w:tcPr>
    </w:tblStylePr>
    <w:tblStylePr w:type="band1Horz">
      <w:tblPr/>
      <w:tcPr>
        <w:shd w:val="clear" w:color="auto" w:fill="808080" w:themeFill="text1" w:themeFillTint="7F"/>
      </w:tcPr>
    </w:tblStylePr>
    <w:tblStylePr w:type="neCell">
      <w:rPr>
        <w:color w:val="000000" w:themeColor="text1"/>
      </w:rPr>
    </w:tblStylePr>
    <w:tblStylePr w:type="nwCell">
      <w:rPr>
        <w:color w:val="000000" w:themeColor="text1"/>
      </w:rPr>
    </w:tblStylePr>
  </w:style>
  <w:style w:type="table" w:styleId="ColorfulShading-Accent1">
    <w:name w:val="Colorful Shading Accent 1"/>
    <w:basedOn w:val="TableNormal"/>
    <w:uiPriority w:val="71"/>
    <w:rsid w:val="00CB0664"/>
    <w:pPr>
      <w:spacing w:after="0" w:line="240" w:lineRule="auto"/>
    </w:pPr>
    <w:rPr>
      <w:color w:val="000000" w:themeColor="text1"/>
    </w:rPr>
    <w:tblPr>
      <w:tblStyleRowBandSize w:val="1"/>
      <w:tblStyleColBandSize w:val="1"/>
      <w:tblInd w:w="0" w:type="dxa"/>
      <w:tblBorders>
        <w:top w:val="single" w:sz="24" w:space="0" w:color="C0504D" w:themeColor="accent2"/>
        <w:left w:val="single" w:sz="4" w:space="0" w:color="4F81BD" w:themeColor="accent1"/>
        <w:bottom w:val="single" w:sz="4" w:space="0" w:color="4F81BD" w:themeColor="accent1"/>
        <w:right w:val="single" w:sz="4" w:space="0" w:color="4F81BD" w:themeColor="accent1"/>
        <w:insideH w:val="single" w:sz="4" w:space="0" w:color="FFFFFF" w:themeColor="background1"/>
        <w:insideV w:val="single" w:sz="4" w:space="0" w:color="FFFFFF" w:themeColor="background1"/>
      </w:tblBorders>
      <w:tblCellMar>
        <w:top w:w="0" w:type="dxa"/>
        <w:left w:w="108" w:type="dxa"/>
        <w:bottom w:w="0" w:type="dxa"/>
        <w:right w:w="108" w:type="dxa"/>
      </w:tblCellMar>
    </w:tblPr>
    <w:tcPr>
      <w:shd w:val="clear" w:color="auto" w:fill="EDF2F8" w:themeFill="accent1" w:themeFillTint="19"/>
    </w:tcPr>
    <w:tblStylePr w:type="firstRow">
      <w:rPr>
        <w:b/>
        <w:bCs/>
      </w:rPr>
      <w:tblPr/>
      <w:tcPr>
        <w:tcBorders>
          <w:top w:val="nil"/>
          <w:left w:val="nil"/>
          <w:bottom w:val="single" w:sz="24" w:space="0" w:color="C0504D" w:themeColor="accent2"/>
          <w:right w:val="nil"/>
          <w:insideH w:val="nil"/>
          <w:insideV w:val="nil"/>
        </w:tcBorders>
        <w:shd w:val="clear" w:color="auto" w:fill="FFFFFF" w:themeFill="background1"/>
      </w:tcPr>
    </w:tblStylePr>
    <w:tblStylePr w:type="lastRow">
      <w:rPr>
        <w:b/>
        <w:bCs/>
        <w:color w:val="FFFFFF" w:themeColor="background1"/>
      </w:rPr>
      <w:tblPr/>
      <w:tcPr>
        <w:tcBorders>
          <w:top w:val="single" w:sz="6" w:space="0" w:color="FFFFFF" w:themeColor="background1"/>
        </w:tcBorders>
        <w:shd w:val="clear" w:color="auto" w:fill="2C4C74" w:themeFill="accent1" w:themeFillShade="99"/>
      </w:tcPr>
    </w:tblStylePr>
    <w:tblStylePr w:type="firstCol">
      <w:rPr>
        <w:color w:val="FFFFFF" w:themeColor="background1"/>
      </w:rPr>
      <w:tblPr/>
      <w:tcPr>
        <w:tcBorders>
          <w:top w:val="nil"/>
          <w:left w:val="nil"/>
          <w:bottom w:val="nil"/>
          <w:right w:val="nil"/>
          <w:insideH w:val="single" w:sz="4" w:space="0" w:color="2C4C74" w:themeColor="accent1" w:themeShade="99"/>
          <w:insideV w:val="nil"/>
        </w:tcBorders>
        <w:shd w:val="clear" w:color="auto" w:fill="2C4C74" w:themeFill="accent1" w:themeFillShade="99"/>
      </w:tcPr>
    </w:tblStylePr>
    <w:tblStylePr w:type="lastCol">
      <w:rPr>
        <w:color w:val="FFFFFF" w:themeColor="background1"/>
      </w:rPr>
      <w:tblPr/>
      <w:tcPr>
        <w:tcBorders>
          <w:top w:val="nil"/>
          <w:left w:val="nil"/>
          <w:bottom w:val="nil"/>
          <w:right w:val="nil"/>
          <w:insideH w:val="nil"/>
          <w:insideV w:val="nil"/>
        </w:tcBorders>
        <w:shd w:val="clear" w:color="auto" w:fill="2C4C74" w:themeFill="accent1" w:themeFillShade="99"/>
      </w:tcPr>
    </w:tblStylePr>
    <w:tblStylePr w:type="band1Vert">
      <w:tblPr/>
      <w:tcPr>
        <w:shd w:val="clear" w:color="auto" w:fill="B8CCE4" w:themeFill="accent1" w:themeFillTint="66"/>
      </w:tcPr>
    </w:tblStylePr>
    <w:tblStylePr w:type="band1Horz">
      <w:tblPr/>
      <w:tcPr>
        <w:shd w:val="clear" w:color="auto" w:fill="A7BFDE" w:themeFill="accent1" w:themeFillTint="7F"/>
      </w:tcPr>
    </w:tblStylePr>
    <w:tblStylePr w:type="neCell">
      <w:rPr>
        <w:color w:val="000000" w:themeColor="text1"/>
      </w:rPr>
    </w:tblStylePr>
    <w:tblStylePr w:type="nwCell">
      <w:rPr>
        <w:color w:val="000000" w:themeColor="text1"/>
      </w:rPr>
    </w:tblStylePr>
  </w:style>
  <w:style w:type="table" w:styleId="ColorfulShading-Accent2">
    <w:name w:val="Colorful Shading Accent 2"/>
    <w:basedOn w:val="TableNormal"/>
    <w:uiPriority w:val="71"/>
    <w:rsid w:val="00CB0664"/>
    <w:pPr>
      <w:spacing w:after="0" w:line="240" w:lineRule="auto"/>
    </w:pPr>
    <w:rPr>
      <w:color w:val="000000" w:themeColor="text1"/>
    </w:rPr>
    <w:tblPr>
      <w:tblStyleRowBandSize w:val="1"/>
      <w:tblStyleColBandSize w:val="1"/>
      <w:tblInd w:w="0" w:type="dxa"/>
      <w:tblBorders>
        <w:top w:val="single" w:sz="24" w:space="0" w:color="C0504D" w:themeColor="accent2"/>
        <w:left w:val="single" w:sz="4" w:space="0" w:color="C0504D" w:themeColor="accent2"/>
        <w:bottom w:val="single" w:sz="4" w:space="0" w:color="C0504D" w:themeColor="accent2"/>
        <w:right w:val="single" w:sz="4" w:space="0" w:color="C0504D" w:themeColor="accent2"/>
        <w:insideH w:val="single" w:sz="4" w:space="0" w:color="FFFFFF" w:themeColor="background1"/>
        <w:insideV w:val="single" w:sz="4" w:space="0" w:color="FFFFFF" w:themeColor="background1"/>
      </w:tblBorders>
      <w:tblCellMar>
        <w:top w:w="0" w:type="dxa"/>
        <w:left w:w="108" w:type="dxa"/>
        <w:bottom w:w="0" w:type="dxa"/>
        <w:right w:w="108" w:type="dxa"/>
      </w:tblCellMar>
    </w:tblPr>
    <w:tcPr>
      <w:shd w:val="clear" w:color="auto" w:fill="F8EDED" w:themeFill="accent2" w:themeFillTint="19"/>
    </w:tcPr>
    <w:tblStylePr w:type="firstRow">
      <w:rPr>
        <w:b/>
        <w:bCs/>
      </w:rPr>
      <w:tblPr/>
      <w:tcPr>
        <w:tcBorders>
          <w:top w:val="nil"/>
          <w:left w:val="nil"/>
          <w:bottom w:val="single" w:sz="24" w:space="0" w:color="C0504D" w:themeColor="accent2"/>
          <w:right w:val="nil"/>
          <w:insideH w:val="nil"/>
          <w:insideV w:val="nil"/>
        </w:tcBorders>
        <w:shd w:val="clear" w:color="auto" w:fill="FFFFFF" w:themeFill="background1"/>
      </w:tcPr>
    </w:tblStylePr>
    <w:tblStylePr w:type="lastRow">
      <w:rPr>
        <w:b/>
        <w:bCs/>
        <w:color w:val="FFFFFF" w:themeColor="background1"/>
      </w:rPr>
      <w:tblPr/>
      <w:tcPr>
        <w:tcBorders>
          <w:top w:val="single" w:sz="6" w:space="0" w:color="FFFFFF" w:themeColor="background1"/>
        </w:tcBorders>
        <w:shd w:val="clear" w:color="auto" w:fill="772C2A" w:themeFill="accent2" w:themeFillShade="99"/>
      </w:tcPr>
    </w:tblStylePr>
    <w:tblStylePr w:type="firstCol">
      <w:rPr>
        <w:color w:val="FFFFFF" w:themeColor="background1"/>
      </w:rPr>
      <w:tblPr/>
      <w:tcPr>
        <w:tcBorders>
          <w:top w:val="nil"/>
          <w:left w:val="nil"/>
          <w:bottom w:val="nil"/>
          <w:right w:val="nil"/>
          <w:insideH w:val="single" w:sz="4" w:space="0" w:color="772C2A" w:themeColor="accent2" w:themeShade="99"/>
          <w:insideV w:val="nil"/>
        </w:tcBorders>
        <w:shd w:val="clear" w:color="auto" w:fill="772C2A" w:themeFill="accent2" w:themeFillShade="99"/>
      </w:tcPr>
    </w:tblStylePr>
    <w:tblStylePr w:type="lastCol">
      <w:rPr>
        <w:color w:val="FFFFFF" w:themeColor="background1"/>
      </w:rPr>
      <w:tblPr/>
      <w:tcPr>
        <w:tcBorders>
          <w:top w:val="nil"/>
          <w:left w:val="nil"/>
          <w:bottom w:val="nil"/>
          <w:right w:val="nil"/>
          <w:insideH w:val="nil"/>
          <w:insideV w:val="nil"/>
        </w:tcBorders>
        <w:shd w:val="clear" w:color="auto" w:fill="772C2A" w:themeFill="accent2" w:themeFillShade="99"/>
      </w:tcPr>
    </w:tblStylePr>
    <w:tblStylePr w:type="band1Vert">
      <w:tblPr/>
      <w:tcPr>
        <w:shd w:val="clear" w:color="auto" w:fill="E5B8B7" w:themeFill="accent2" w:themeFillTint="66"/>
      </w:tcPr>
    </w:tblStylePr>
    <w:tblStylePr w:type="band1Horz">
      <w:tblPr/>
      <w:tcPr>
        <w:shd w:val="clear" w:color="auto" w:fill="DFA7A6" w:themeFill="accent2" w:themeFillTint="7F"/>
      </w:tcPr>
    </w:tblStylePr>
    <w:tblStylePr w:type="neCell">
      <w:rPr>
        <w:color w:val="000000" w:themeColor="text1"/>
      </w:rPr>
    </w:tblStylePr>
    <w:tblStylePr w:type="nwCell">
      <w:rPr>
        <w:color w:val="000000" w:themeColor="text1"/>
      </w:rPr>
    </w:tblStylePr>
  </w:style>
  <w:style w:type="table" w:styleId="ColorfulShading-Accent3">
    <w:name w:val="Colorful Shading Accent 3"/>
    <w:basedOn w:val="TableNormal"/>
    <w:uiPriority w:val="71"/>
    <w:rsid w:val="00CB0664"/>
    <w:pPr>
      <w:spacing w:after="0" w:line="240" w:lineRule="auto"/>
    </w:pPr>
    <w:rPr>
      <w:color w:val="000000" w:themeColor="text1"/>
    </w:rPr>
    <w:tblPr>
      <w:tblStyleRowBandSize w:val="1"/>
      <w:tblStyleColBandSize w:val="1"/>
      <w:tblInd w:w="0" w:type="dxa"/>
      <w:tblBorders>
        <w:top w:val="single" w:sz="24" w:space="0" w:color="8064A2" w:themeColor="accent4"/>
        <w:left w:val="single" w:sz="4" w:space="0" w:color="9BBB59" w:themeColor="accent3"/>
        <w:bottom w:val="single" w:sz="4" w:space="0" w:color="9BBB59" w:themeColor="accent3"/>
        <w:right w:val="single" w:sz="4" w:space="0" w:color="9BBB59" w:themeColor="accent3"/>
        <w:insideH w:val="single" w:sz="4" w:space="0" w:color="FFFFFF" w:themeColor="background1"/>
        <w:insideV w:val="single" w:sz="4" w:space="0" w:color="FFFFFF" w:themeColor="background1"/>
      </w:tblBorders>
      <w:tblCellMar>
        <w:top w:w="0" w:type="dxa"/>
        <w:left w:w="108" w:type="dxa"/>
        <w:bottom w:w="0" w:type="dxa"/>
        <w:right w:w="108" w:type="dxa"/>
      </w:tblCellMar>
    </w:tblPr>
    <w:tcPr>
      <w:shd w:val="clear" w:color="auto" w:fill="F5F8EE" w:themeFill="accent3" w:themeFillTint="19"/>
    </w:tcPr>
    <w:tblStylePr w:type="firstRow">
      <w:rPr>
        <w:b/>
        <w:bCs/>
      </w:rPr>
      <w:tblPr/>
      <w:tcPr>
        <w:tcBorders>
          <w:top w:val="nil"/>
          <w:left w:val="nil"/>
          <w:bottom w:val="single" w:sz="24" w:space="0" w:color="8064A2" w:themeColor="accent4"/>
          <w:right w:val="nil"/>
          <w:insideH w:val="nil"/>
          <w:insideV w:val="nil"/>
        </w:tcBorders>
        <w:shd w:val="clear" w:color="auto" w:fill="FFFFFF" w:themeFill="background1"/>
      </w:tcPr>
    </w:tblStylePr>
    <w:tblStylePr w:type="lastRow">
      <w:rPr>
        <w:b/>
        <w:bCs/>
        <w:color w:val="FFFFFF" w:themeColor="background1"/>
      </w:rPr>
      <w:tblPr/>
      <w:tcPr>
        <w:tcBorders>
          <w:top w:val="single" w:sz="6" w:space="0" w:color="FFFFFF" w:themeColor="background1"/>
        </w:tcBorders>
        <w:shd w:val="clear" w:color="auto" w:fill="5E7530" w:themeFill="accent3" w:themeFillShade="99"/>
      </w:tcPr>
    </w:tblStylePr>
    <w:tblStylePr w:type="firstCol">
      <w:rPr>
        <w:color w:val="FFFFFF" w:themeColor="background1"/>
      </w:rPr>
      <w:tblPr/>
      <w:tcPr>
        <w:tcBorders>
          <w:top w:val="nil"/>
          <w:left w:val="nil"/>
          <w:bottom w:val="nil"/>
          <w:right w:val="nil"/>
          <w:insideH w:val="single" w:sz="4" w:space="0" w:color="5E7530" w:themeColor="accent3" w:themeShade="99"/>
          <w:insideV w:val="nil"/>
        </w:tcBorders>
        <w:shd w:val="clear" w:color="auto" w:fill="5E7530" w:themeFill="accent3" w:themeFillShade="99"/>
      </w:tcPr>
    </w:tblStylePr>
    <w:tblStylePr w:type="lastCol">
      <w:rPr>
        <w:color w:val="FFFFFF" w:themeColor="background1"/>
      </w:rPr>
      <w:tblPr/>
      <w:tcPr>
        <w:tcBorders>
          <w:top w:val="nil"/>
          <w:left w:val="nil"/>
          <w:bottom w:val="nil"/>
          <w:right w:val="nil"/>
          <w:insideH w:val="nil"/>
          <w:insideV w:val="nil"/>
        </w:tcBorders>
        <w:shd w:val="clear" w:color="auto" w:fill="5E7530" w:themeFill="accent3" w:themeFillShade="99"/>
      </w:tcPr>
    </w:tblStylePr>
    <w:tblStylePr w:type="band1Vert">
      <w:tblPr/>
      <w:tcPr>
        <w:shd w:val="clear" w:color="auto" w:fill="D6E3BC" w:themeFill="accent3" w:themeFillTint="66"/>
      </w:tcPr>
    </w:tblStylePr>
    <w:tblStylePr w:type="band1Horz">
      <w:tblPr/>
      <w:tcPr>
        <w:shd w:val="clear" w:color="auto" w:fill="CDDDAC" w:themeFill="accent3" w:themeFillTint="7F"/>
      </w:tcPr>
    </w:tblStylePr>
  </w:style>
  <w:style w:type="table" w:styleId="ColorfulShading-Accent4">
    <w:name w:val="Colorful Shading Accent 4"/>
    <w:basedOn w:val="TableNormal"/>
    <w:uiPriority w:val="71"/>
    <w:rsid w:val="00CB0664"/>
    <w:pPr>
      <w:spacing w:after="0" w:line="240" w:lineRule="auto"/>
    </w:pPr>
    <w:rPr>
      <w:color w:val="000000" w:themeColor="text1"/>
    </w:rPr>
    <w:tblPr>
      <w:tblStyleRowBandSize w:val="1"/>
      <w:tblStyleColBandSize w:val="1"/>
      <w:tblInd w:w="0" w:type="dxa"/>
      <w:tblBorders>
        <w:top w:val="single" w:sz="24" w:space="0" w:color="9BBB59" w:themeColor="accent3"/>
        <w:left w:val="single" w:sz="4" w:space="0" w:color="8064A2" w:themeColor="accent4"/>
        <w:bottom w:val="single" w:sz="4" w:space="0" w:color="8064A2" w:themeColor="accent4"/>
        <w:right w:val="single" w:sz="4" w:space="0" w:color="8064A2" w:themeColor="accent4"/>
        <w:insideH w:val="single" w:sz="4" w:space="0" w:color="FFFFFF" w:themeColor="background1"/>
        <w:insideV w:val="single" w:sz="4" w:space="0" w:color="FFFFFF" w:themeColor="background1"/>
      </w:tblBorders>
      <w:tblCellMar>
        <w:top w:w="0" w:type="dxa"/>
        <w:left w:w="108" w:type="dxa"/>
        <w:bottom w:w="0" w:type="dxa"/>
        <w:right w:w="108" w:type="dxa"/>
      </w:tblCellMar>
    </w:tblPr>
    <w:tcPr>
      <w:shd w:val="clear" w:color="auto" w:fill="F2EFF6" w:themeFill="accent4" w:themeFillTint="19"/>
    </w:tcPr>
    <w:tblStylePr w:type="firstRow">
      <w:rPr>
        <w:b/>
        <w:bCs/>
      </w:rPr>
      <w:tblPr/>
      <w:tcPr>
        <w:tcBorders>
          <w:top w:val="nil"/>
          <w:left w:val="nil"/>
          <w:bottom w:val="single" w:sz="24" w:space="0" w:color="9BBB59" w:themeColor="accent3"/>
          <w:right w:val="nil"/>
          <w:insideH w:val="nil"/>
          <w:insideV w:val="nil"/>
        </w:tcBorders>
        <w:shd w:val="clear" w:color="auto" w:fill="FFFFFF" w:themeFill="background1"/>
      </w:tcPr>
    </w:tblStylePr>
    <w:tblStylePr w:type="lastRow">
      <w:rPr>
        <w:b/>
        <w:bCs/>
        <w:color w:val="FFFFFF" w:themeColor="background1"/>
      </w:rPr>
      <w:tblPr/>
      <w:tcPr>
        <w:tcBorders>
          <w:top w:val="single" w:sz="6" w:space="0" w:color="FFFFFF" w:themeColor="background1"/>
        </w:tcBorders>
        <w:shd w:val="clear" w:color="auto" w:fill="4C3B62" w:themeFill="accent4" w:themeFillShade="99"/>
      </w:tcPr>
    </w:tblStylePr>
    <w:tblStylePr w:type="firstCol">
      <w:rPr>
        <w:color w:val="FFFFFF" w:themeColor="background1"/>
      </w:rPr>
      <w:tblPr/>
      <w:tcPr>
        <w:tcBorders>
          <w:top w:val="nil"/>
          <w:left w:val="nil"/>
          <w:bottom w:val="nil"/>
          <w:right w:val="nil"/>
          <w:insideH w:val="single" w:sz="4" w:space="0" w:color="4C3B62" w:themeColor="accent4" w:themeShade="99"/>
          <w:insideV w:val="nil"/>
        </w:tcBorders>
        <w:shd w:val="clear" w:color="auto" w:fill="4C3B62" w:themeFill="accent4" w:themeFillShade="99"/>
      </w:tcPr>
    </w:tblStylePr>
    <w:tblStylePr w:type="lastCol">
      <w:rPr>
        <w:color w:val="FFFFFF" w:themeColor="background1"/>
      </w:rPr>
      <w:tblPr/>
      <w:tcPr>
        <w:tcBorders>
          <w:top w:val="nil"/>
          <w:left w:val="nil"/>
          <w:bottom w:val="nil"/>
          <w:right w:val="nil"/>
          <w:insideH w:val="nil"/>
          <w:insideV w:val="nil"/>
        </w:tcBorders>
        <w:shd w:val="clear" w:color="auto" w:fill="4C3B62" w:themeFill="accent4" w:themeFillShade="99"/>
      </w:tcPr>
    </w:tblStylePr>
    <w:tblStylePr w:type="band1Vert">
      <w:tblPr/>
      <w:tcPr>
        <w:shd w:val="clear" w:color="auto" w:fill="CCC0D9" w:themeFill="accent4" w:themeFillTint="66"/>
      </w:tcPr>
    </w:tblStylePr>
    <w:tblStylePr w:type="band1Horz">
      <w:tblPr/>
      <w:tcPr>
        <w:shd w:val="clear" w:color="auto" w:fill="BFB1D0" w:themeFill="accent4" w:themeFillTint="7F"/>
      </w:tcPr>
    </w:tblStylePr>
    <w:tblStylePr w:type="neCell">
      <w:rPr>
        <w:color w:val="000000" w:themeColor="text1"/>
      </w:rPr>
    </w:tblStylePr>
    <w:tblStylePr w:type="nwCell">
      <w:rPr>
        <w:color w:val="000000" w:themeColor="text1"/>
      </w:rPr>
    </w:tblStylePr>
  </w:style>
  <w:style w:type="table" w:styleId="ColorfulShading-Accent5">
    <w:name w:val="Colorful Shading Accent 5"/>
    <w:basedOn w:val="TableNormal"/>
    <w:uiPriority w:val="71"/>
    <w:rsid w:val="00CB0664"/>
    <w:pPr>
      <w:spacing w:after="0" w:line="240" w:lineRule="auto"/>
    </w:pPr>
    <w:rPr>
      <w:color w:val="000000" w:themeColor="text1"/>
    </w:rPr>
    <w:tblPr>
      <w:tblStyleRowBandSize w:val="1"/>
      <w:tblStyleColBandSize w:val="1"/>
      <w:tblInd w:w="0" w:type="dxa"/>
      <w:tblBorders>
        <w:top w:val="single" w:sz="24" w:space="0" w:color="F79646" w:themeColor="accent6"/>
        <w:left w:val="single" w:sz="4" w:space="0" w:color="4BACC6" w:themeColor="accent5"/>
        <w:bottom w:val="single" w:sz="4" w:space="0" w:color="4BACC6" w:themeColor="accent5"/>
        <w:right w:val="single" w:sz="4" w:space="0" w:color="4BACC6" w:themeColor="accent5"/>
        <w:insideH w:val="single" w:sz="4" w:space="0" w:color="FFFFFF" w:themeColor="background1"/>
        <w:insideV w:val="single" w:sz="4" w:space="0" w:color="FFFFFF" w:themeColor="background1"/>
      </w:tblBorders>
      <w:tblCellMar>
        <w:top w:w="0" w:type="dxa"/>
        <w:left w:w="108" w:type="dxa"/>
        <w:bottom w:w="0" w:type="dxa"/>
        <w:right w:w="108" w:type="dxa"/>
      </w:tblCellMar>
    </w:tblPr>
    <w:tcPr>
      <w:shd w:val="clear" w:color="auto" w:fill="EDF6F9" w:themeFill="accent5" w:themeFillTint="19"/>
    </w:tcPr>
    <w:tblStylePr w:type="firstRow">
      <w:rPr>
        <w:b/>
        <w:bCs/>
      </w:rPr>
      <w:tblPr/>
      <w:tcPr>
        <w:tcBorders>
          <w:top w:val="nil"/>
          <w:left w:val="nil"/>
          <w:bottom w:val="single" w:sz="24" w:space="0" w:color="F79646" w:themeColor="accent6"/>
          <w:right w:val="nil"/>
          <w:insideH w:val="nil"/>
          <w:insideV w:val="nil"/>
        </w:tcBorders>
        <w:shd w:val="clear" w:color="auto" w:fill="FFFFFF" w:themeFill="background1"/>
      </w:tcPr>
    </w:tblStylePr>
    <w:tblStylePr w:type="lastRow">
      <w:rPr>
        <w:b/>
        <w:bCs/>
        <w:color w:val="FFFFFF" w:themeColor="background1"/>
      </w:rPr>
      <w:tblPr/>
      <w:tcPr>
        <w:tcBorders>
          <w:top w:val="single" w:sz="6" w:space="0" w:color="FFFFFF" w:themeColor="background1"/>
        </w:tcBorders>
        <w:shd w:val="clear" w:color="auto" w:fill="276A7C" w:themeFill="accent5" w:themeFillShade="99"/>
      </w:tcPr>
    </w:tblStylePr>
    <w:tblStylePr w:type="firstCol">
      <w:rPr>
        <w:color w:val="FFFFFF" w:themeColor="background1"/>
      </w:rPr>
      <w:tblPr/>
      <w:tcPr>
        <w:tcBorders>
          <w:top w:val="nil"/>
          <w:left w:val="nil"/>
          <w:bottom w:val="nil"/>
          <w:right w:val="nil"/>
          <w:insideH w:val="single" w:sz="4" w:space="0" w:color="276A7C" w:themeColor="accent5" w:themeShade="99"/>
          <w:insideV w:val="nil"/>
        </w:tcBorders>
        <w:shd w:val="clear" w:color="auto" w:fill="276A7C" w:themeFill="accent5" w:themeFillShade="99"/>
      </w:tcPr>
    </w:tblStylePr>
    <w:tblStylePr w:type="lastCol">
      <w:rPr>
        <w:color w:val="FFFFFF" w:themeColor="background1"/>
      </w:rPr>
      <w:tblPr/>
      <w:tcPr>
        <w:tcBorders>
          <w:top w:val="nil"/>
          <w:left w:val="nil"/>
          <w:bottom w:val="nil"/>
          <w:right w:val="nil"/>
          <w:insideH w:val="nil"/>
          <w:insideV w:val="nil"/>
        </w:tcBorders>
        <w:shd w:val="clear" w:color="auto" w:fill="276A7C" w:themeFill="accent5" w:themeFillShade="99"/>
      </w:tcPr>
    </w:tblStylePr>
    <w:tblStylePr w:type="band1Vert">
      <w:tblPr/>
      <w:tcPr>
        <w:shd w:val="clear" w:color="auto" w:fill="B6DDE8" w:themeFill="accent5" w:themeFillTint="66"/>
      </w:tcPr>
    </w:tblStylePr>
    <w:tblStylePr w:type="band1Horz">
      <w:tblPr/>
      <w:tcPr>
        <w:shd w:val="clear" w:color="auto" w:fill="A5D5E2" w:themeFill="accent5" w:themeFillTint="7F"/>
      </w:tcPr>
    </w:tblStylePr>
    <w:tblStylePr w:type="neCell">
      <w:rPr>
        <w:color w:val="000000" w:themeColor="text1"/>
      </w:rPr>
    </w:tblStylePr>
    <w:tblStylePr w:type="nwCell">
      <w:rPr>
        <w:color w:val="000000" w:themeColor="text1"/>
      </w:rPr>
    </w:tblStylePr>
  </w:style>
  <w:style w:type="table" w:styleId="ColorfulShading-Accent6">
    <w:name w:val="Colorful Shading Accent 6"/>
    <w:basedOn w:val="TableNormal"/>
    <w:uiPriority w:val="71"/>
    <w:rsid w:val="00CB0664"/>
    <w:pPr>
      <w:spacing w:after="0" w:line="240" w:lineRule="auto"/>
    </w:pPr>
    <w:rPr>
      <w:color w:val="000000" w:themeColor="text1"/>
    </w:rPr>
    <w:tblPr>
      <w:tblStyleRowBandSize w:val="1"/>
      <w:tblStyleColBandSize w:val="1"/>
      <w:tblInd w:w="0" w:type="dxa"/>
      <w:tblBorders>
        <w:top w:val="single" w:sz="24" w:space="0" w:color="4BACC6" w:themeColor="accent5"/>
        <w:left w:val="single" w:sz="4" w:space="0" w:color="F79646" w:themeColor="accent6"/>
        <w:bottom w:val="single" w:sz="4" w:space="0" w:color="F79646" w:themeColor="accent6"/>
        <w:right w:val="single" w:sz="4" w:space="0" w:color="F79646" w:themeColor="accent6"/>
        <w:insideH w:val="single" w:sz="4" w:space="0" w:color="FFFFFF" w:themeColor="background1"/>
        <w:insideV w:val="single" w:sz="4" w:space="0" w:color="FFFFFF" w:themeColor="background1"/>
      </w:tblBorders>
      <w:tblCellMar>
        <w:top w:w="0" w:type="dxa"/>
        <w:left w:w="108" w:type="dxa"/>
        <w:bottom w:w="0" w:type="dxa"/>
        <w:right w:w="108" w:type="dxa"/>
      </w:tblCellMar>
    </w:tblPr>
    <w:tcPr>
      <w:shd w:val="clear" w:color="auto" w:fill="FEF4EC" w:themeFill="accent6" w:themeFillTint="19"/>
    </w:tcPr>
    <w:tblStylePr w:type="firstRow">
      <w:rPr>
        <w:b/>
        <w:bCs/>
      </w:rPr>
      <w:tblPr/>
      <w:tcPr>
        <w:tcBorders>
          <w:top w:val="nil"/>
          <w:left w:val="nil"/>
          <w:bottom w:val="single" w:sz="24" w:space="0" w:color="4BACC6" w:themeColor="accent5"/>
          <w:right w:val="nil"/>
          <w:insideH w:val="nil"/>
          <w:insideV w:val="nil"/>
        </w:tcBorders>
        <w:shd w:val="clear" w:color="auto" w:fill="FFFFFF" w:themeFill="background1"/>
      </w:tcPr>
    </w:tblStylePr>
    <w:tblStylePr w:type="lastRow">
      <w:rPr>
        <w:b/>
        <w:bCs/>
        <w:color w:val="FFFFFF" w:themeColor="background1"/>
      </w:rPr>
      <w:tblPr/>
      <w:tcPr>
        <w:tcBorders>
          <w:top w:val="single" w:sz="6" w:space="0" w:color="FFFFFF" w:themeColor="background1"/>
        </w:tcBorders>
        <w:shd w:val="clear" w:color="auto" w:fill="B65608" w:themeFill="accent6" w:themeFillShade="99"/>
      </w:tcPr>
    </w:tblStylePr>
    <w:tblStylePr w:type="firstCol">
      <w:rPr>
        <w:color w:val="FFFFFF" w:themeColor="background1"/>
      </w:rPr>
      <w:tblPr/>
      <w:tcPr>
        <w:tcBorders>
          <w:top w:val="nil"/>
          <w:left w:val="nil"/>
          <w:bottom w:val="nil"/>
          <w:right w:val="nil"/>
          <w:insideH w:val="single" w:sz="4" w:space="0" w:color="B65608" w:themeColor="accent6" w:themeShade="99"/>
          <w:insideV w:val="nil"/>
        </w:tcBorders>
        <w:shd w:val="clear" w:color="auto" w:fill="B65608" w:themeFill="accent6" w:themeFillShade="99"/>
      </w:tcPr>
    </w:tblStylePr>
    <w:tblStylePr w:type="lastCol">
      <w:rPr>
        <w:color w:val="FFFFFF" w:themeColor="background1"/>
      </w:rPr>
      <w:tblPr/>
      <w:tcPr>
        <w:tcBorders>
          <w:top w:val="nil"/>
          <w:left w:val="nil"/>
          <w:bottom w:val="nil"/>
          <w:right w:val="nil"/>
          <w:insideH w:val="nil"/>
          <w:insideV w:val="nil"/>
        </w:tcBorders>
        <w:shd w:val="clear" w:color="auto" w:fill="B65608" w:themeFill="accent6" w:themeFillShade="99"/>
      </w:tcPr>
    </w:tblStylePr>
    <w:tblStylePr w:type="band1Vert">
      <w:tblPr/>
      <w:tcPr>
        <w:shd w:val="clear" w:color="auto" w:fill="FBD4B4" w:themeFill="accent6" w:themeFillTint="66"/>
      </w:tcPr>
    </w:tblStylePr>
    <w:tblStylePr w:type="band1Horz">
      <w:tblPr/>
      <w:tcPr>
        <w:shd w:val="clear" w:color="auto" w:fill="FBCAA2" w:themeFill="accent6" w:themeFillTint="7F"/>
      </w:tcPr>
    </w:tblStylePr>
    <w:tblStylePr w:type="neCell">
      <w:rPr>
        <w:color w:val="000000" w:themeColor="text1"/>
      </w:rPr>
    </w:tblStylePr>
    <w:tblStylePr w:type="nwCell">
      <w:rPr>
        <w:color w:val="000000" w:themeColor="text1"/>
      </w:rPr>
    </w:tblStylePr>
  </w:style>
  <w:style w:type="table" w:styleId="ColorfulList">
    <w:name w:val="Colorful List"/>
    <w:basedOn w:val="TableNormal"/>
    <w:uiPriority w:val="72"/>
    <w:rsid w:val="00CB0664"/>
    <w:pPr>
      <w:spacing w:after="0" w:line="240" w:lineRule="auto"/>
    </w:pPr>
    <w:rPr>
      <w:color w:val="000000" w:themeColor="text1"/>
    </w:rPr>
    <w:tblPr>
      <w:tblStyleRowBandSize w:val="1"/>
      <w:tblStyleColBandSize w:val="1"/>
      <w:tblInd w:w="0" w:type="dxa"/>
      <w:tblCellMar>
        <w:top w:w="0" w:type="dxa"/>
        <w:left w:w="108" w:type="dxa"/>
        <w:bottom w:w="0" w:type="dxa"/>
        <w:right w:w="108" w:type="dxa"/>
      </w:tblCellMar>
    </w:tblPr>
    <w:tcPr>
      <w:shd w:val="clear" w:color="auto" w:fill="E6E6E6" w:themeFill="text1" w:themeFillTint="19"/>
    </w:tcPr>
    <w:tblStylePr w:type="firstRow">
      <w:rPr>
        <w:b/>
        <w:bCs/>
        <w:color w:val="FFFFFF" w:themeColor="background1"/>
      </w:rPr>
      <w:tblPr/>
      <w:tcPr>
        <w:tcBorders>
          <w:bottom w:val="single" w:sz="12" w:space="0" w:color="FFFFFF" w:themeColor="background1"/>
        </w:tcBorders>
        <w:shd w:val="clear" w:color="auto" w:fill="9E3A38" w:themeFill="accent2" w:themeFillShade="CC"/>
      </w:tcPr>
    </w:tblStylePr>
    <w:tblStylePr w:type="lastRow">
      <w:rPr>
        <w:b/>
        <w:bCs/>
        <w:color w:val="9E3A38" w:themeColor="accent2" w:themeShade="CC"/>
      </w:rPr>
      <w:tblPr/>
      <w:tcPr>
        <w:tcBorders>
          <w:top w:val="single" w:sz="12" w:space="0" w:color="000000" w:themeColor="text1"/>
        </w:tcBorders>
        <w:shd w:val="clear" w:color="auto" w:fill="FFFFFF" w:themeFill="background1"/>
      </w:tcPr>
    </w:tblStylePr>
    <w:tblStylePr w:type="firstCol">
      <w:rPr>
        <w:b/>
        <w:bCs/>
      </w:rPr>
    </w:tblStylePr>
    <w:tblStylePr w:type="lastCol">
      <w:rPr>
        <w:b/>
        <w:bCs/>
      </w:rPr>
    </w:tblStylePr>
    <w:tblStylePr w:type="band1Vert">
      <w:tblPr/>
      <w:tcPr>
        <w:tcBorders>
          <w:top w:val="nil"/>
          <w:left w:val="nil"/>
          <w:bottom w:val="nil"/>
          <w:right w:val="nil"/>
          <w:insideH w:val="nil"/>
          <w:insideV w:val="nil"/>
        </w:tcBorders>
        <w:shd w:val="clear" w:color="auto" w:fill="C0C0C0" w:themeFill="text1" w:themeFillTint="3F"/>
      </w:tcPr>
    </w:tblStylePr>
    <w:tblStylePr w:type="band1Horz">
      <w:tblPr/>
      <w:tcPr>
        <w:shd w:val="clear" w:color="auto" w:fill="CCCCCC" w:themeFill="text1" w:themeFillTint="33"/>
      </w:tcPr>
    </w:tblStylePr>
  </w:style>
  <w:style w:type="table" w:styleId="ColorfulList-Accent1">
    <w:name w:val="Colorful List Accent 1"/>
    <w:basedOn w:val="TableNormal"/>
    <w:uiPriority w:val="72"/>
    <w:rsid w:val="00CB0664"/>
    <w:pPr>
      <w:spacing w:after="0" w:line="240" w:lineRule="auto"/>
    </w:pPr>
    <w:rPr>
      <w:color w:val="000000" w:themeColor="text1"/>
    </w:rPr>
    <w:tblPr>
      <w:tblStyleRowBandSize w:val="1"/>
      <w:tblStyleColBandSize w:val="1"/>
      <w:tblInd w:w="0" w:type="dxa"/>
      <w:tblCellMar>
        <w:top w:w="0" w:type="dxa"/>
        <w:left w:w="108" w:type="dxa"/>
        <w:bottom w:w="0" w:type="dxa"/>
        <w:right w:w="108" w:type="dxa"/>
      </w:tblCellMar>
    </w:tblPr>
    <w:tcPr>
      <w:shd w:val="clear" w:color="auto" w:fill="EDF2F8" w:themeFill="accent1" w:themeFillTint="19"/>
    </w:tcPr>
    <w:tblStylePr w:type="firstRow">
      <w:rPr>
        <w:b/>
        <w:bCs/>
        <w:color w:val="FFFFFF" w:themeColor="background1"/>
      </w:rPr>
      <w:tblPr/>
      <w:tcPr>
        <w:tcBorders>
          <w:bottom w:val="single" w:sz="12" w:space="0" w:color="FFFFFF" w:themeColor="background1"/>
        </w:tcBorders>
        <w:shd w:val="clear" w:color="auto" w:fill="9E3A38" w:themeFill="accent2" w:themeFillShade="CC"/>
      </w:tcPr>
    </w:tblStylePr>
    <w:tblStylePr w:type="lastRow">
      <w:rPr>
        <w:b/>
        <w:bCs/>
        <w:color w:val="9E3A38" w:themeColor="accent2" w:themeShade="CC"/>
      </w:rPr>
      <w:tblPr/>
      <w:tcPr>
        <w:tcBorders>
          <w:top w:val="single" w:sz="12" w:space="0" w:color="000000" w:themeColor="text1"/>
        </w:tcBorders>
        <w:shd w:val="clear" w:color="auto" w:fill="FFFFFF" w:themeFill="background1"/>
      </w:tcPr>
    </w:tblStylePr>
    <w:tblStylePr w:type="firstCol">
      <w:rPr>
        <w:b/>
        <w:bCs/>
      </w:rPr>
    </w:tblStylePr>
    <w:tblStylePr w:type="lastCol">
      <w:rPr>
        <w:b/>
        <w:bCs/>
      </w:rPr>
    </w:tblStylePr>
    <w:tblStylePr w:type="band1Vert">
      <w:tblPr/>
      <w:tcPr>
        <w:tcBorders>
          <w:top w:val="nil"/>
          <w:left w:val="nil"/>
          <w:bottom w:val="nil"/>
          <w:right w:val="nil"/>
          <w:insideH w:val="nil"/>
          <w:insideV w:val="nil"/>
        </w:tcBorders>
        <w:shd w:val="clear" w:color="auto" w:fill="D3DFEE" w:themeFill="accent1" w:themeFillTint="3F"/>
      </w:tcPr>
    </w:tblStylePr>
    <w:tblStylePr w:type="band1Horz">
      <w:tblPr/>
      <w:tcPr>
        <w:shd w:val="clear" w:color="auto" w:fill="DBE5F1" w:themeFill="accent1" w:themeFillTint="33"/>
      </w:tcPr>
    </w:tblStylePr>
  </w:style>
  <w:style w:type="table" w:styleId="ColorfulList-Accent2">
    <w:name w:val="Colorful List Accent 2"/>
    <w:basedOn w:val="TableNormal"/>
    <w:uiPriority w:val="72"/>
    <w:rsid w:val="00CB0664"/>
    <w:pPr>
      <w:spacing w:after="0" w:line="240" w:lineRule="auto"/>
    </w:pPr>
    <w:rPr>
      <w:color w:val="000000" w:themeColor="text1"/>
    </w:rPr>
    <w:tblPr>
      <w:tblStyleRowBandSize w:val="1"/>
      <w:tblStyleColBandSize w:val="1"/>
      <w:tblInd w:w="0" w:type="dxa"/>
      <w:tblCellMar>
        <w:top w:w="0" w:type="dxa"/>
        <w:left w:w="108" w:type="dxa"/>
        <w:bottom w:w="0" w:type="dxa"/>
        <w:right w:w="108" w:type="dxa"/>
      </w:tblCellMar>
    </w:tblPr>
    <w:tcPr>
      <w:shd w:val="clear" w:color="auto" w:fill="F8EDED" w:themeFill="accent2" w:themeFillTint="19"/>
    </w:tcPr>
    <w:tblStylePr w:type="firstRow">
      <w:rPr>
        <w:b/>
        <w:bCs/>
        <w:color w:val="FFFFFF" w:themeColor="background1"/>
      </w:rPr>
      <w:tblPr/>
      <w:tcPr>
        <w:tcBorders>
          <w:bottom w:val="single" w:sz="12" w:space="0" w:color="FFFFFF" w:themeColor="background1"/>
        </w:tcBorders>
        <w:shd w:val="clear" w:color="auto" w:fill="9E3A38" w:themeFill="accent2" w:themeFillShade="CC"/>
      </w:tcPr>
    </w:tblStylePr>
    <w:tblStylePr w:type="lastRow">
      <w:rPr>
        <w:b/>
        <w:bCs/>
        <w:color w:val="9E3A38" w:themeColor="accent2" w:themeShade="CC"/>
      </w:rPr>
      <w:tblPr/>
      <w:tcPr>
        <w:tcBorders>
          <w:top w:val="single" w:sz="12" w:space="0" w:color="000000" w:themeColor="text1"/>
        </w:tcBorders>
        <w:shd w:val="clear" w:color="auto" w:fill="FFFFFF" w:themeFill="background1"/>
      </w:tcPr>
    </w:tblStylePr>
    <w:tblStylePr w:type="firstCol">
      <w:rPr>
        <w:b/>
        <w:bCs/>
      </w:rPr>
    </w:tblStylePr>
    <w:tblStylePr w:type="lastCol">
      <w:rPr>
        <w:b/>
        <w:bCs/>
      </w:rPr>
    </w:tblStylePr>
    <w:tblStylePr w:type="band1Vert">
      <w:tblPr/>
      <w:tcPr>
        <w:tcBorders>
          <w:top w:val="nil"/>
          <w:left w:val="nil"/>
          <w:bottom w:val="nil"/>
          <w:right w:val="nil"/>
          <w:insideH w:val="nil"/>
          <w:insideV w:val="nil"/>
        </w:tcBorders>
        <w:shd w:val="clear" w:color="auto" w:fill="EFD3D2" w:themeFill="accent2" w:themeFillTint="3F"/>
      </w:tcPr>
    </w:tblStylePr>
    <w:tblStylePr w:type="band1Horz">
      <w:tblPr/>
      <w:tcPr>
        <w:shd w:val="clear" w:color="auto" w:fill="F2DBDB" w:themeFill="accent2" w:themeFillTint="33"/>
      </w:tcPr>
    </w:tblStylePr>
  </w:style>
  <w:style w:type="table" w:styleId="ColorfulList-Accent3">
    <w:name w:val="Colorful List Accent 3"/>
    <w:basedOn w:val="TableNormal"/>
    <w:uiPriority w:val="72"/>
    <w:rsid w:val="00CB0664"/>
    <w:pPr>
      <w:spacing w:after="0" w:line="240" w:lineRule="auto"/>
    </w:pPr>
    <w:rPr>
      <w:color w:val="000000" w:themeColor="text1"/>
    </w:rPr>
    <w:tblPr>
      <w:tblStyleRowBandSize w:val="1"/>
      <w:tblStyleColBandSize w:val="1"/>
      <w:tblInd w:w="0" w:type="dxa"/>
      <w:tblCellMar>
        <w:top w:w="0" w:type="dxa"/>
        <w:left w:w="108" w:type="dxa"/>
        <w:bottom w:w="0" w:type="dxa"/>
        <w:right w:w="108" w:type="dxa"/>
      </w:tblCellMar>
    </w:tblPr>
    <w:tcPr>
      <w:shd w:val="clear" w:color="auto" w:fill="F5F8EE" w:themeFill="accent3" w:themeFillTint="19"/>
    </w:tcPr>
    <w:tblStylePr w:type="firstRow">
      <w:rPr>
        <w:b/>
        <w:bCs/>
        <w:color w:val="FFFFFF" w:themeColor="background1"/>
      </w:rPr>
      <w:tblPr/>
      <w:tcPr>
        <w:tcBorders>
          <w:bottom w:val="single" w:sz="12" w:space="0" w:color="FFFFFF" w:themeColor="background1"/>
        </w:tcBorders>
        <w:shd w:val="clear" w:color="auto" w:fill="664E82" w:themeFill="accent4" w:themeFillShade="CC"/>
      </w:tcPr>
    </w:tblStylePr>
    <w:tblStylePr w:type="lastRow">
      <w:rPr>
        <w:b/>
        <w:bCs/>
        <w:color w:val="664E82" w:themeColor="accent4" w:themeShade="CC"/>
      </w:rPr>
      <w:tblPr/>
      <w:tcPr>
        <w:tcBorders>
          <w:top w:val="single" w:sz="12" w:space="0" w:color="000000" w:themeColor="text1"/>
        </w:tcBorders>
        <w:shd w:val="clear" w:color="auto" w:fill="FFFFFF" w:themeFill="background1"/>
      </w:tcPr>
    </w:tblStylePr>
    <w:tblStylePr w:type="firstCol">
      <w:rPr>
        <w:b/>
        <w:bCs/>
      </w:rPr>
    </w:tblStylePr>
    <w:tblStylePr w:type="lastCol">
      <w:rPr>
        <w:b/>
        <w:bCs/>
      </w:rPr>
    </w:tblStylePr>
    <w:tblStylePr w:type="band1Vert">
      <w:tblPr/>
      <w:tcPr>
        <w:tcBorders>
          <w:top w:val="nil"/>
          <w:left w:val="nil"/>
          <w:bottom w:val="nil"/>
          <w:right w:val="nil"/>
          <w:insideH w:val="nil"/>
          <w:insideV w:val="nil"/>
        </w:tcBorders>
        <w:shd w:val="clear" w:color="auto" w:fill="E6EED5" w:themeFill="accent3" w:themeFillTint="3F"/>
      </w:tcPr>
    </w:tblStylePr>
    <w:tblStylePr w:type="band1Horz">
      <w:tblPr/>
      <w:tcPr>
        <w:shd w:val="clear" w:color="auto" w:fill="EAF1DD" w:themeFill="accent3" w:themeFillTint="33"/>
      </w:tcPr>
    </w:tblStylePr>
  </w:style>
  <w:style w:type="table" w:styleId="ColorfulList-Accent4">
    <w:name w:val="Colorful List Accent 4"/>
    <w:basedOn w:val="TableNormal"/>
    <w:uiPriority w:val="72"/>
    <w:rsid w:val="00CB0664"/>
    <w:pPr>
      <w:spacing w:after="0" w:line="240" w:lineRule="auto"/>
    </w:pPr>
    <w:rPr>
      <w:color w:val="000000" w:themeColor="text1"/>
    </w:rPr>
    <w:tblPr>
      <w:tblStyleRowBandSize w:val="1"/>
      <w:tblStyleColBandSize w:val="1"/>
      <w:tblInd w:w="0" w:type="dxa"/>
      <w:tblCellMar>
        <w:top w:w="0" w:type="dxa"/>
        <w:left w:w="108" w:type="dxa"/>
        <w:bottom w:w="0" w:type="dxa"/>
        <w:right w:w="108" w:type="dxa"/>
      </w:tblCellMar>
    </w:tblPr>
    <w:tcPr>
      <w:shd w:val="clear" w:color="auto" w:fill="F2EFF6" w:themeFill="accent4" w:themeFillTint="19"/>
    </w:tcPr>
    <w:tblStylePr w:type="firstRow">
      <w:rPr>
        <w:b/>
        <w:bCs/>
        <w:color w:val="FFFFFF" w:themeColor="background1"/>
      </w:rPr>
      <w:tblPr/>
      <w:tcPr>
        <w:tcBorders>
          <w:bottom w:val="single" w:sz="12" w:space="0" w:color="FFFFFF" w:themeColor="background1"/>
        </w:tcBorders>
        <w:shd w:val="clear" w:color="auto" w:fill="7E9C40" w:themeFill="accent3" w:themeFillShade="CC"/>
      </w:tcPr>
    </w:tblStylePr>
    <w:tblStylePr w:type="lastRow">
      <w:rPr>
        <w:b/>
        <w:bCs/>
        <w:color w:val="7E9C40" w:themeColor="accent3" w:themeShade="CC"/>
      </w:rPr>
      <w:tblPr/>
      <w:tcPr>
        <w:tcBorders>
          <w:top w:val="single" w:sz="12" w:space="0" w:color="000000" w:themeColor="text1"/>
        </w:tcBorders>
        <w:shd w:val="clear" w:color="auto" w:fill="FFFFFF" w:themeFill="background1"/>
      </w:tcPr>
    </w:tblStylePr>
    <w:tblStylePr w:type="firstCol">
      <w:rPr>
        <w:b/>
        <w:bCs/>
      </w:rPr>
    </w:tblStylePr>
    <w:tblStylePr w:type="lastCol">
      <w:rPr>
        <w:b/>
        <w:bCs/>
      </w:rPr>
    </w:tblStylePr>
    <w:tblStylePr w:type="band1Vert">
      <w:tblPr/>
      <w:tcPr>
        <w:tcBorders>
          <w:top w:val="nil"/>
          <w:left w:val="nil"/>
          <w:bottom w:val="nil"/>
          <w:right w:val="nil"/>
          <w:insideH w:val="nil"/>
          <w:insideV w:val="nil"/>
        </w:tcBorders>
        <w:shd w:val="clear" w:color="auto" w:fill="DFD8E8" w:themeFill="accent4" w:themeFillTint="3F"/>
      </w:tcPr>
    </w:tblStylePr>
    <w:tblStylePr w:type="band1Horz">
      <w:tblPr/>
      <w:tcPr>
        <w:shd w:val="clear" w:color="auto" w:fill="E5DFEC" w:themeFill="accent4" w:themeFillTint="33"/>
      </w:tcPr>
    </w:tblStylePr>
  </w:style>
  <w:style w:type="table" w:styleId="ColorfulList-Accent5">
    <w:name w:val="Colorful List Accent 5"/>
    <w:basedOn w:val="TableNormal"/>
    <w:uiPriority w:val="72"/>
    <w:rsid w:val="00CB0664"/>
    <w:pPr>
      <w:spacing w:after="0" w:line="240" w:lineRule="auto"/>
    </w:pPr>
    <w:rPr>
      <w:color w:val="000000" w:themeColor="text1"/>
    </w:rPr>
    <w:tblPr>
      <w:tblStyleRowBandSize w:val="1"/>
      <w:tblStyleColBandSize w:val="1"/>
      <w:tblInd w:w="0" w:type="dxa"/>
      <w:tblCellMar>
        <w:top w:w="0" w:type="dxa"/>
        <w:left w:w="108" w:type="dxa"/>
        <w:bottom w:w="0" w:type="dxa"/>
        <w:right w:w="108" w:type="dxa"/>
      </w:tblCellMar>
    </w:tblPr>
    <w:tcPr>
      <w:shd w:val="clear" w:color="auto" w:fill="EDF6F9" w:themeFill="accent5" w:themeFillTint="19"/>
    </w:tcPr>
    <w:tblStylePr w:type="firstRow">
      <w:rPr>
        <w:b/>
        <w:bCs/>
        <w:color w:val="FFFFFF" w:themeColor="background1"/>
      </w:rPr>
      <w:tblPr/>
      <w:tcPr>
        <w:tcBorders>
          <w:bottom w:val="single" w:sz="12" w:space="0" w:color="FFFFFF" w:themeColor="background1"/>
        </w:tcBorders>
        <w:shd w:val="clear" w:color="auto" w:fill="F2730A" w:themeFill="accent6" w:themeFillShade="CC"/>
      </w:tcPr>
    </w:tblStylePr>
    <w:tblStylePr w:type="lastRow">
      <w:rPr>
        <w:b/>
        <w:bCs/>
        <w:color w:val="F2730A" w:themeColor="accent6" w:themeShade="CC"/>
      </w:rPr>
      <w:tblPr/>
      <w:tcPr>
        <w:tcBorders>
          <w:top w:val="single" w:sz="12" w:space="0" w:color="000000" w:themeColor="text1"/>
        </w:tcBorders>
        <w:shd w:val="clear" w:color="auto" w:fill="FFFFFF" w:themeFill="background1"/>
      </w:tcPr>
    </w:tblStylePr>
    <w:tblStylePr w:type="firstCol">
      <w:rPr>
        <w:b/>
        <w:bCs/>
      </w:rPr>
    </w:tblStylePr>
    <w:tblStylePr w:type="lastCol">
      <w:rPr>
        <w:b/>
        <w:bCs/>
      </w:rPr>
    </w:tblStylePr>
    <w:tblStylePr w:type="band1Vert">
      <w:tblPr/>
      <w:tcPr>
        <w:tcBorders>
          <w:top w:val="nil"/>
          <w:left w:val="nil"/>
          <w:bottom w:val="nil"/>
          <w:right w:val="nil"/>
          <w:insideH w:val="nil"/>
          <w:insideV w:val="nil"/>
        </w:tcBorders>
        <w:shd w:val="clear" w:color="auto" w:fill="D2EAF1" w:themeFill="accent5" w:themeFillTint="3F"/>
      </w:tcPr>
    </w:tblStylePr>
    <w:tblStylePr w:type="band1Horz">
      <w:tblPr/>
      <w:tcPr>
        <w:shd w:val="clear" w:color="auto" w:fill="DAEEF3" w:themeFill="accent5" w:themeFillTint="33"/>
      </w:tcPr>
    </w:tblStylePr>
  </w:style>
  <w:style w:type="table" w:styleId="ColorfulList-Accent6">
    <w:name w:val="Colorful List Accent 6"/>
    <w:basedOn w:val="TableNormal"/>
    <w:uiPriority w:val="72"/>
    <w:rsid w:val="00CB0664"/>
    <w:pPr>
      <w:spacing w:after="0" w:line="240" w:lineRule="auto"/>
    </w:pPr>
    <w:rPr>
      <w:color w:val="000000" w:themeColor="text1"/>
    </w:rPr>
    <w:tblPr>
      <w:tblStyleRowBandSize w:val="1"/>
      <w:tblStyleColBandSize w:val="1"/>
      <w:tblInd w:w="0" w:type="dxa"/>
      <w:tblCellMar>
        <w:top w:w="0" w:type="dxa"/>
        <w:left w:w="108" w:type="dxa"/>
        <w:bottom w:w="0" w:type="dxa"/>
        <w:right w:w="108" w:type="dxa"/>
      </w:tblCellMar>
    </w:tblPr>
    <w:tcPr>
      <w:shd w:val="clear" w:color="auto" w:fill="FEF4EC" w:themeFill="accent6" w:themeFillTint="19"/>
    </w:tcPr>
    <w:tblStylePr w:type="firstRow">
      <w:rPr>
        <w:b/>
        <w:bCs/>
        <w:color w:val="FFFFFF" w:themeColor="background1"/>
      </w:rPr>
      <w:tblPr/>
      <w:tcPr>
        <w:tcBorders>
          <w:bottom w:val="single" w:sz="12" w:space="0" w:color="FFFFFF" w:themeColor="background1"/>
        </w:tcBorders>
        <w:shd w:val="clear" w:color="auto" w:fill="348DA5" w:themeFill="accent5" w:themeFillShade="CC"/>
      </w:tcPr>
    </w:tblStylePr>
    <w:tblStylePr w:type="lastRow">
      <w:rPr>
        <w:b/>
        <w:bCs/>
        <w:color w:val="348DA5" w:themeColor="accent5" w:themeShade="CC"/>
      </w:rPr>
      <w:tblPr/>
      <w:tcPr>
        <w:tcBorders>
          <w:top w:val="single" w:sz="12" w:space="0" w:color="000000" w:themeColor="text1"/>
        </w:tcBorders>
        <w:shd w:val="clear" w:color="auto" w:fill="FFFFFF" w:themeFill="background1"/>
      </w:tcPr>
    </w:tblStylePr>
    <w:tblStylePr w:type="firstCol">
      <w:rPr>
        <w:b/>
        <w:bCs/>
      </w:rPr>
    </w:tblStylePr>
    <w:tblStylePr w:type="lastCol">
      <w:rPr>
        <w:b/>
        <w:bCs/>
      </w:rPr>
    </w:tblStylePr>
    <w:tblStylePr w:type="band1Vert">
      <w:tblPr/>
      <w:tcPr>
        <w:tcBorders>
          <w:top w:val="nil"/>
          <w:left w:val="nil"/>
          <w:bottom w:val="nil"/>
          <w:right w:val="nil"/>
          <w:insideH w:val="nil"/>
          <w:insideV w:val="nil"/>
        </w:tcBorders>
        <w:shd w:val="clear" w:color="auto" w:fill="FDE4D0" w:themeFill="accent6" w:themeFillTint="3F"/>
      </w:tcPr>
    </w:tblStylePr>
    <w:tblStylePr w:type="band1Horz">
      <w:tblPr/>
      <w:tcPr>
        <w:shd w:val="clear" w:color="auto" w:fill="FDE9D9" w:themeFill="accent6" w:themeFillTint="33"/>
      </w:tcPr>
    </w:tblStylePr>
  </w:style>
  <w:style w:type="table" w:styleId="ColorfulGrid">
    <w:name w:val="Colorful Grid"/>
    <w:basedOn w:val="TableNormal"/>
    <w:uiPriority w:val="73"/>
    <w:rsid w:val="00CB0664"/>
    <w:pPr>
      <w:spacing w:after="0" w:line="240" w:lineRule="auto"/>
    </w:pPr>
    <w:rPr>
      <w:color w:val="000000" w:themeColor="text1"/>
    </w:rPr>
    <w:tblPr>
      <w:tblStyleRowBandSize w:val="1"/>
      <w:tblStyleColBandSize w:val="1"/>
      <w:tblInd w:w="0" w:type="dxa"/>
      <w:tblBorders>
        <w:insideH w:val="single" w:sz="4" w:space="0" w:color="FFFFFF" w:themeColor="background1"/>
      </w:tblBorders>
      <w:tblCellMar>
        <w:top w:w="0" w:type="dxa"/>
        <w:left w:w="108" w:type="dxa"/>
        <w:bottom w:w="0" w:type="dxa"/>
        <w:right w:w="108" w:type="dxa"/>
      </w:tblCellMar>
    </w:tblPr>
    <w:tcPr>
      <w:shd w:val="clear" w:color="auto" w:fill="CCCCCC" w:themeFill="text1" w:themeFillTint="33"/>
    </w:tcPr>
    <w:tblStylePr w:type="firstRow">
      <w:rPr>
        <w:b/>
        <w:bCs/>
      </w:rPr>
      <w:tblPr/>
      <w:tcPr>
        <w:shd w:val="clear" w:color="auto" w:fill="999999" w:themeFill="text1" w:themeFillTint="66"/>
      </w:tcPr>
    </w:tblStylePr>
    <w:tblStylePr w:type="lastRow">
      <w:rPr>
        <w:b/>
        <w:bCs/>
        <w:color w:val="000000" w:themeColor="text1"/>
      </w:rPr>
      <w:tblPr/>
      <w:tcPr>
        <w:shd w:val="clear" w:color="auto" w:fill="999999" w:themeFill="text1" w:themeFillTint="66"/>
      </w:tcPr>
    </w:tblStylePr>
    <w:tblStylePr w:type="firstCol">
      <w:rPr>
        <w:color w:val="FFFFFF" w:themeColor="background1"/>
      </w:rPr>
      <w:tblPr/>
      <w:tcPr>
        <w:shd w:val="clear" w:color="auto" w:fill="000000" w:themeFill="text1" w:themeFillShade="BF"/>
      </w:tcPr>
    </w:tblStylePr>
    <w:tblStylePr w:type="lastCol">
      <w:rPr>
        <w:color w:val="FFFFFF" w:themeColor="background1"/>
      </w:rPr>
      <w:tblPr/>
      <w:tcPr>
        <w:shd w:val="clear" w:color="auto" w:fill="000000" w:themeFill="text1" w:themeFillShade="BF"/>
      </w:tcPr>
    </w:tblStylePr>
    <w:tblStylePr w:type="band1Vert">
      <w:tblPr/>
      <w:tcPr>
        <w:shd w:val="clear" w:color="auto" w:fill="808080" w:themeFill="text1" w:themeFillTint="7F"/>
      </w:tcPr>
    </w:tblStylePr>
    <w:tblStylePr w:type="band1Horz">
      <w:tblPr/>
      <w:tcPr>
        <w:shd w:val="clear" w:color="auto" w:fill="808080" w:themeFill="text1" w:themeFillTint="7F"/>
      </w:tcPr>
    </w:tblStylePr>
  </w:style>
  <w:style w:type="table" w:styleId="ColorfulGrid-Accent1">
    <w:name w:val="Colorful Grid Accent 1"/>
    <w:basedOn w:val="TableNormal"/>
    <w:uiPriority w:val="73"/>
    <w:rsid w:val="00CB0664"/>
    <w:pPr>
      <w:spacing w:after="0" w:line="240" w:lineRule="auto"/>
    </w:pPr>
    <w:rPr>
      <w:color w:val="000000" w:themeColor="text1"/>
    </w:rPr>
    <w:tblPr>
      <w:tblStyleRowBandSize w:val="1"/>
      <w:tblStyleColBandSize w:val="1"/>
      <w:tblInd w:w="0" w:type="dxa"/>
      <w:tblBorders>
        <w:insideH w:val="single" w:sz="4" w:space="0" w:color="FFFFFF" w:themeColor="background1"/>
      </w:tblBorders>
      <w:tblCellMar>
        <w:top w:w="0" w:type="dxa"/>
        <w:left w:w="108" w:type="dxa"/>
        <w:bottom w:w="0" w:type="dxa"/>
        <w:right w:w="108" w:type="dxa"/>
      </w:tblCellMar>
    </w:tblPr>
    <w:tcPr>
      <w:shd w:val="clear" w:color="auto" w:fill="DBE5F1" w:themeFill="accent1" w:themeFillTint="33"/>
    </w:tcPr>
    <w:tblStylePr w:type="firstRow">
      <w:rPr>
        <w:b/>
        <w:bCs/>
      </w:rPr>
      <w:tblPr/>
      <w:tcPr>
        <w:shd w:val="clear" w:color="auto" w:fill="B8CCE4" w:themeFill="accent1" w:themeFillTint="66"/>
      </w:tcPr>
    </w:tblStylePr>
    <w:tblStylePr w:type="lastRow">
      <w:rPr>
        <w:b/>
        <w:bCs/>
        <w:color w:val="000000" w:themeColor="text1"/>
      </w:rPr>
      <w:tblPr/>
      <w:tcPr>
        <w:shd w:val="clear" w:color="auto" w:fill="B8CCE4" w:themeFill="accent1" w:themeFillTint="66"/>
      </w:tcPr>
    </w:tblStylePr>
    <w:tblStylePr w:type="firstCol">
      <w:rPr>
        <w:color w:val="FFFFFF" w:themeColor="background1"/>
      </w:rPr>
      <w:tblPr/>
      <w:tcPr>
        <w:shd w:val="clear" w:color="auto" w:fill="365F91" w:themeFill="accent1" w:themeFillShade="BF"/>
      </w:tcPr>
    </w:tblStylePr>
    <w:tblStylePr w:type="lastCol">
      <w:rPr>
        <w:color w:val="FFFFFF" w:themeColor="background1"/>
      </w:rPr>
      <w:tblPr/>
      <w:tcPr>
        <w:shd w:val="clear" w:color="auto" w:fill="365F91" w:themeFill="accent1" w:themeFillShade="BF"/>
      </w:tcPr>
    </w:tblStylePr>
    <w:tblStylePr w:type="band1Vert">
      <w:tblPr/>
      <w:tcPr>
        <w:shd w:val="clear" w:color="auto" w:fill="A7BFDE" w:themeFill="accent1" w:themeFillTint="7F"/>
      </w:tcPr>
    </w:tblStylePr>
    <w:tblStylePr w:type="band1Horz">
      <w:tblPr/>
      <w:tcPr>
        <w:shd w:val="clear" w:color="auto" w:fill="A7BFDE" w:themeFill="accent1" w:themeFillTint="7F"/>
      </w:tcPr>
    </w:tblStylePr>
  </w:style>
  <w:style w:type="table" w:styleId="ColorfulGrid-Accent2">
    <w:name w:val="Colorful Grid Accent 2"/>
    <w:basedOn w:val="TableNormal"/>
    <w:uiPriority w:val="73"/>
    <w:rsid w:val="00CB0664"/>
    <w:pPr>
      <w:spacing w:after="0" w:line="240" w:lineRule="auto"/>
    </w:pPr>
    <w:rPr>
      <w:color w:val="000000" w:themeColor="text1"/>
    </w:rPr>
    <w:tblPr>
      <w:tblStyleRowBandSize w:val="1"/>
      <w:tblStyleColBandSize w:val="1"/>
      <w:tblInd w:w="0" w:type="dxa"/>
      <w:tblBorders>
        <w:insideH w:val="single" w:sz="4" w:space="0" w:color="FFFFFF" w:themeColor="background1"/>
      </w:tblBorders>
      <w:tblCellMar>
        <w:top w:w="0" w:type="dxa"/>
        <w:left w:w="108" w:type="dxa"/>
        <w:bottom w:w="0" w:type="dxa"/>
        <w:right w:w="108" w:type="dxa"/>
      </w:tblCellMar>
    </w:tblPr>
    <w:tcPr>
      <w:shd w:val="clear" w:color="auto" w:fill="F2DBDB" w:themeFill="accent2" w:themeFillTint="33"/>
    </w:tcPr>
    <w:tblStylePr w:type="firstRow">
      <w:rPr>
        <w:b/>
        <w:bCs/>
      </w:rPr>
      <w:tblPr/>
      <w:tcPr>
        <w:shd w:val="clear" w:color="auto" w:fill="E5B8B7" w:themeFill="accent2" w:themeFillTint="66"/>
      </w:tcPr>
    </w:tblStylePr>
    <w:tblStylePr w:type="lastRow">
      <w:rPr>
        <w:b/>
        <w:bCs/>
        <w:color w:val="000000" w:themeColor="text1"/>
      </w:rPr>
      <w:tblPr/>
      <w:tcPr>
        <w:shd w:val="clear" w:color="auto" w:fill="E5B8B7" w:themeFill="accent2" w:themeFillTint="66"/>
      </w:tcPr>
    </w:tblStylePr>
    <w:tblStylePr w:type="firstCol">
      <w:rPr>
        <w:color w:val="FFFFFF" w:themeColor="background1"/>
      </w:rPr>
      <w:tblPr/>
      <w:tcPr>
        <w:shd w:val="clear" w:color="auto" w:fill="943634" w:themeFill="accent2" w:themeFillShade="BF"/>
      </w:tcPr>
    </w:tblStylePr>
    <w:tblStylePr w:type="lastCol">
      <w:rPr>
        <w:color w:val="FFFFFF" w:themeColor="background1"/>
      </w:rPr>
      <w:tblPr/>
      <w:tcPr>
        <w:shd w:val="clear" w:color="auto" w:fill="943634" w:themeFill="accent2" w:themeFillShade="BF"/>
      </w:tcPr>
    </w:tblStylePr>
    <w:tblStylePr w:type="band1Vert">
      <w:tblPr/>
      <w:tcPr>
        <w:shd w:val="clear" w:color="auto" w:fill="DFA7A6" w:themeFill="accent2" w:themeFillTint="7F"/>
      </w:tcPr>
    </w:tblStylePr>
    <w:tblStylePr w:type="band1Horz">
      <w:tblPr/>
      <w:tcPr>
        <w:shd w:val="clear" w:color="auto" w:fill="DFA7A6" w:themeFill="accent2" w:themeFillTint="7F"/>
      </w:tcPr>
    </w:tblStylePr>
  </w:style>
  <w:style w:type="table" w:styleId="ColorfulGrid-Accent3">
    <w:name w:val="Colorful Grid Accent 3"/>
    <w:basedOn w:val="TableNormal"/>
    <w:uiPriority w:val="73"/>
    <w:rsid w:val="00CB0664"/>
    <w:pPr>
      <w:spacing w:after="0" w:line="240" w:lineRule="auto"/>
    </w:pPr>
    <w:rPr>
      <w:color w:val="000000" w:themeColor="text1"/>
    </w:rPr>
    <w:tblPr>
      <w:tblStyleRowBandSize w:val="1"/>
      <w:tblStyleColBandSize w:val="1"/>
      <w:tblInd w:w="0" w:type="dxa"/>
      <w:tblBorders>
        <w:insideH w:val="single" w:sz="4" w:space="0" w:color="FFFFFF" w:themeColor="background1"/>
      </w:tblBorders>
      <w:tblCellMar>
        <w:top w:w="0" w:type="dxa"/>
        <w:left w:w="108" w:type="dxa"/>
        <w:bottom w:w="0" w:type="dxa"/>
        <w:right w:w="108" w:type="dxa"/>
      </w:tblCellMar>
    </w:tblPr>
    <w:tcPr>
      <w:shd w:val="clear" w:color="auto" w:fill="EAF1DD" w:themeFill="accent3" w:themeFillTint="33"/>
    </w:tcPr>
    <w:tblStylePr w:type="firstRow">
      <w:rPr>
        <w:b/>
        <w:bCs/>
      </w:rPr>
      <w:tblPr/>
      <w:tcPr>
        <w:shd w:val="clear" w:color="auto" w:fill="D6E3BC" w:themeFill="accent3" w:themeFillTint="66"/>
      </w:tcPr>
    </w:tblStylePr>
    <w:tblStylePr w:type="lastRow">
      <w:rPr>
        <w:b/>
        <w:bCs/>
        <w:color w:val="000000" w:themeColor="text1"/>
      </w:rPr>
      <w:tblPr/>
      <w:tcPr>
        <w:shd w:val="clear" w:color="auto" w:fill="D6E3BC" w:themeFill="accent3" w:themeFillTint="66"/>
      </w:tcPr>
    </w:tblStylePr>
    <w:tblStylePr w:type="firstCol">
      <w:rPr>
        <w:color w:val="FFFFFF" w:themeColor="background1"/>
      </w:rPr>
      <w:tblPr/>
      <w:tcPr>
        <w:shd w:val="clear" w:color="auto" w:fill="76923C" w:themeFill="accent3" w:themeFillShade="BF"/>
      </w:tcPr>
    </w:tblStylePr>
    <w:tblStylePr w:type="lastCol">
      <w:rPr>
        <w:color w:val="FFFFFF" w:themeColor="background1"/>
      </w:rPr>
      <w:tblPr/>
      <w:tcPr>
        <w:shd w:val="clear" w:color="auto" w:fill="76923C" w:themeFill="accent3" w:themeFillShade="BF"/>
      </w:tcPr>
    </w:tblStylePr>
    <w:tblStylePr w:type="band1Vert">
      <w:tblPr/>
      <w:tcPr>
        <w:shd w:val="clear" w:color="auto" w:fill="CDDDAC" w:themeFill="accent3" w:themeFillTint="7F"/>
      </w:tcPr>
    </w:tblStylePr>
    <w:tblStylePr w:type="band1Horz">
      <w:tblPr/>
      <w:tcPr>
        <w:shd w:val="clear" w:color="auto" w:fill="CDDDAC" w:themeFill="accent3" w:themeFillTint="7F"/>
      </w:tcPr>
    </w:tblStylePr>
  </w:style>
  <w:style w:type="table" w:styleId="ColorfulGrid-Accent4">
    <w:name w:val="Colorful Grid Accent 4"/>
    <w:basedOn w:val="TableNormal"/>
    <w:uiPriority w:val="73"/>
    <w:rsid w:val="00CB0664"/>
    <w:pPr>
      <w:spacing w:after="0" w:line="240" w:lineRule="auto"/>
    </w:pPr>
    <w:rPr>
      <w:color w:val="000000" w:themeColor="text1"/>
    </w:rPr>
    <w:tblPr>
      <w:tblStyleRowBandSize w:val="1"/>
      <w:tblStyleColBandSize w:val="1"/>
      <w:tblInd w:w="0" w:type="dxa"/>
      <w:tblBorders>
        <w:insideH w:val="single" w:sz="4" w:space="0" w:color="FFFFFF" w:themeColor="background1"/>
      </w:tblBorders>
      <w:tblCellMar>
        <w:top w:w="0" w:type="dxa"/>
        <w:left w:w="108" w:type="dxa"/>
        <w:bottom w:w="0" w:type="dxa"/>
        <w:right w:w="108" w:type="dxa"/>
      </w:tblCellMar>
    </w:tblPr>
    <w:tcPr>
      <w:shd w:val="clear" w:color="auto" w:fill="E5DFEC" w:themeFill="accent4" w:themeFillTint="33"/>
    </w:tcPr>
    <w:tblStylePr w:type="firstRow">
      <w:rPr>
        <w:b/>
        <w:bCs/>
      </w:rPr>
      <w:tblPr/>
      <w:tcPr>
        <w:shd w:val="clear" w:color="auto" w:fill="CCC0D9" w:themeFill="accent4" w:themeFillTint="66"/>
      </w:tcPr>
    </w:tblStylePr>
    <w:tblStylePr w:type="lastRow">
      <w:rPr>
        <w:b/>
        <w:bCs/>
        <w:color w:val="000000" w:themeColor="text1"/>
      </w:rPr>
      <w:tblPr/>
      <w:tcPr>
        <w:shd w:val="clear" w:color="auto" w:fill="CCC0D9" w:themeFill="accent4" w:themeFillTint="66"/>
      </w:tcPr>
    </w:tblStylePr>
    <w:tblStylePr w:type="firstCol">
      <w:rPr>
        <w:color w:val="FFFFFF" w:themeColor="background1"/>
      </w:rPr>
      <w:tblPr/>
      <w:tcPr>
        <w:shd w:val="clear" w:color="auto" w:fill="5F497A" w:themeFill="accent4" w:themeFillShade="BF"/>
      </w:tcPr>
    </w:tblStylePr>
    <w:tblStylePr w:type="lastCol">
      <w:rPr>
        <w:color w:val="FFFFFF" w:themeColor="background1"/>
      </w:rPr>
      <w:tblPr/>
      <w:tcPr>
        <w:shd w:val="clear" w:color="auto" w:fill="5F497A" w:themeFill="accent4" w:themeFillShade="BF"/>
      </w:tcPr>
    </w:tblStylePr>
    <w:tblStylePr w:type="band1Vert">
      <w:tblPr/>
      <w:tcPr>
        <w:shd w:val="clear" w:color="auto" w:fill="BFB1D0" w:themeFill="accent4" w:themeFillTint="7F"/>
      </w:tcPr>
    </w:tblStylePr>
    <w:tblStylePr w:type="band1Horz">
      <w:tblPr/>
      <w:tcPr>
        <w:shd w:val="clear" w:color="auto" w:fill="BFB1D0" w:themeFill="accent4" w:themeFillTint="7F"/>
      </w:tcPr>
    </w:tblStylePr>
  </w:style>
  <w:style w:type="table" w:styleId="ColorfulGrid-Accent5">
    <w:name w:val="Colorful Grid Accent 5"/>
    <w:basedOn w:val="TableNormal"/>
    <w:uiPriority w:val="73"/>
    <w:rsid w:val="00CB0664"/>
    <w:pPr>
      <w:spacing w:after="0" w:line="240" w:lineRule="auto"/>
    </w:pPr>
    <w:rPr>
      <w:color w:val="000000" w:themeColor="text1"/>
    </w:rPr>
    <w:tblPr>
      <w:tblStyleRowBandSize w:val="1"/>
      <w:tblStyleColBandSize w:val="1"/>
      <w:tblInd w:w="0" w:type="dxa"/>
      <w:tblBorders>
        <w:insideH w:val="single" w:sz="4" w:space="0" w:color="FFFFFF" w:themeColor="background1"/>
      </w:tblBorders>
      <w:tblCellMar>
        <w:top w:w="0" w:type="dxa"/>
        <w:left w:w="108" w:type="dxa"/>
        <w:bottom w:w="0" w:type="dxa"/>
        <w:right w:w="108" w:type="dxa"/>
      </w:tblCellMar>
    </w:tblPr>
    <w:tcPr>
      <w:shd w:val="clear" w:color="auto" w:fill="DAEEF3" w:themeFill="accent5" w:themeFillTint="33"/>
    </w:tcPr>
    <w:tblStylePr w:type="firstRow">
      <w:rPr>
        <w:b/>
        <w:bCs/>
      </w:rPr>
      <w:tblPr/>
      <w:tcPr>
        <w:shd w:val="clear" w:color="auto" w:fill="B6DDE8" w:themeFill="accent5" w:themeFillTint="66"/>
      </w:tcPr>
    </w:tblStylePr>
    <w:tblStylePr w:type="lastRow">
      <w:rPr>
        <w:b/>
        <w:bCs/>
        <w:color w:val="000000" w:themeColor="text1"/>
      </w:rPr>
      <w:tblPr/>
      <w:tcPr>
        <w:shd w:val="clear" w:color="auto" w:fill="B6DDE8" w:themeFill="accent5" w:themeFillTint="66"/>
      </w:tcPr>
    </w:tblStylePr>
    <w:tblStylePr w:type="firstCol">
      <w:rPr>
        <w:color w:val="FFFFFF" w:themeColor="background1"/>
      </w:rPr>
      <w:tblPr/>
      <w:tcPr>
        <w:shd w:val="clear" w:color="auto" w:fill="31849B" w:themeFill="accent5" w:themeFillShade="BF"/>
      </w:tcPr>
    </w:tblStylePr>
    <w:tblStylePr w:type="lastCol">
      <w:rPr>
        <w:color w:val="FFFFFF" w:themeColor="background1"/>
      </w:rPr>
      <w:tblPr/>
      <w:tcPr>
        <w:shd w:val="clear" w:color="auto" w:fill="31849B" w:themeFill="accent5" w:themeFillShade="BF"/>
      </w:tcPr>
    </w:tblStylePr>
    <w:tblStylePr w:type="band1Vert">
      <w:tblPr/>
      <w:tcPr>
        <w:shd w:val="clear" w:color="auto" w:fill="A5D5E2" w:themeFill="accent5" w:themeFillTint="7F"/>
      </w:tcPr>
    </w:tblStylePr>
    <w:tblStylePr w:type="band1Horz">
      <w:tblPr/>
      <w:tcPr>
        <w:shd w:val="clear" w:color="auto" w:fill="A5D5E2" w:themeFill="accent5" w:themeFillTint="7F"/>
      </w:tcPr>
    </w:tblStylePr>
  </w:style>
  <w:style w:type="table" w:styleId="ColorfulGrid-Accent6">
    <w:name w:val="Colorful Grid Accent 6"/>
    <w:basedOn w:val="TableNormal"/>
    <w:uiPriority w:val="73"/>
    <w:rsid w:val="00CB0664"/>
    <w:pPr>
      <w:spacing w:after="0" w:line="240" w:lineRule="auto"/>
    </w:pPr>
    <w:rPr>
      <w:color w:val="000000" w:themeColor="text1"/>
    </w:rPr>
    <w:tblPr>
      <w:tblStyleRowBandSize w:val="1"/>
      <w:tblStyleColBandSize w:val="1"/>
      <w:tblInd w:w="0" w:type="dxa"/>
      <w:tblBorders>
        <w:insideH w:val="single" w:sz="4" w:space="0" w:color="FFFFFF" w:themeColor="background1"/>
      </w:tblBorders>
      <w:tblCellMar>
        <w:top w:w="0" w:type="dxa"/>
        <w:left w:w="108" w:type="dxa"/>
        <w:bottom w:w="0" w:type="dxa"/>
        <w:right w:w="108" w:type="dxa"/>
      </w:tblCellMar>
    </w:tblPr>
    <w:tcPr>
      <w:shd w:val="clear" w:color="auto" w:fill="FDE9D9" w:themeFill="accent6" w:themeFillTint="33"/>
    </w:tcPr>
    <w:tblStylePr w:type="firstRow">
      <w:rPr>
        <w:b/>
        <w:bCs/>
      </w:rPr>
      <w:tblPr/>
      <w:tcPr>
        <w:shd w:val="clear" w:color="auto" w:fill="FBD4B4" w:themeFill="accent6" w:themeFillTint="66"/>
      </w:tcPr>
    </w:tblStylePr>
    <w:tblStylePr w:type="lastRow">
      <w:rPr>
        <w:b/>
        <w:bCs/>
        <w:color w:val="000000" w:themeColor="text1"/>
      </w:rPr>
      <w:tblPr/>
      <w:tcPr>
        <w:shd w:val="clear" w:color="auto" w:fill="FBD4B4" w:themeFill="accent6" w:themeFillTint="66"/>
      </w:tcPr>
    </w:tblStylePr>
    <w:tblStylePr w:type="firstCol">
      <w:rPr>
        <w:color w:val="FFFFFF" w:themeColor="background1"/>
      </w:rPr>
      <w:tblPr/>
      <w:tcPr>
        <w:shd w:val="clear" w:color="auto" w:fill="E36C0A" w:themeFill="accent6" w:themeFillShade="BF"/>
      </w:tcPr>
    </w:tblStylePr>
    <w:tblStylePr w:type="lastCol">
      <w:rPr>
        <w:color w:val="FFFFFF" w:themeColor="background1"/>
      </w:rPr>
      <w:tblPr/>
      <w:tcPr>
        <w:shd w:val="clear" w:color="auto" w:fill="E36C0A" w:themeFill="accent6" w:themeFillShade="BF"/>
      </w:tcPr>
    </w:tblStylePr>
    <w:tblStylePr w:type="band1Vert">
      <w:tblPr/>
      <w:tcPr>
        <w:shd w:val="clear" w:color="auto" w:fill="FBCAA2" w:themeFill="accent6" w:themeFillTint="7F"/>
      </w:tcPr>
    </w:tblStylePr>
    <w:tblStylePr w:type="band1Horz">
      <w:tblPr/>
      <w:tcPr>
        <w:shd w:val="clear" w:color="auto" w:fill="FBCAA2" w:themeFill="accent6" w:themeFillTint="7F"/>
      </w:tcPr>
    </w:tblStylePr>
  </w:style>
</w:styles>
</file>

<file path=word/webSettings.xml><?xml version="1.0" encoding="utf-8"?>
<w:webSettings xmlns:mc="http://schemas.openxmlformats.org/markup-compatibility/2006" xmlns:r="http://schemas.openxmlformats.org/officeDocument/2006/relationships" xmlns:w="http://schemas.openxmlformats.org/wordprocessingml/2006/main" xmlns:w14="http://schemas.microsoft.com/office/word/2010/wordml" mc:Ignorable="w14">
  <w:allowPNG/>
  <w:doNotSaveAsSingleFile/>
</w:webSettings>
</file>

<file path=word/_rels/document.xml.rels><?xml version='1.0' encoding='UTF-8' standalone='yes'?>
<Relationships xmlns="http://schemas.openxmlformats.org/package/2006/relationships"><Relationship Id="rId3" Type="http://schemas.openxmlformats.org/officeDocument/2006/relationships/styles" Target="styles.xml"/><Relationship Id="rId4" Type="http://schemas.microsoft.com/office/2007/relationships/stylesWithEffects" Target="stylesWithEffects.xml"/><Relationship Id="rId5" Type="http://schemas.openxmlformats.org/officeDocument/2006/relationships/settings" Target="settings.xml"/><Relationship Id="rId6" Type="http://schemas.openxmlformats.org/officeDocument/2006/relationships/webSettings" Target="webSettings.xml"/><Relationship Id="rId7" Type="http://schemas.openxmlformats.org/officeDocument/2006/relationships/fontTable" Target="fontTable.xml"/><Relationship Id="rId8" Type="http://schemas.openxmlformats.org/officeDocument/2006/relationships/theme" Target="theme/theme1.xml"/><Relationship Id="rId1" Type="http://schemas.openxmlformats.org/officeDocument/2006/relationships/customXml" Target="../customXml/item1.xml"/><Relationship Id="rId2" Type="http://schemas.openxmlformats.org/officeDocument/2006/relationships/numbering" Target="numbering.xml"/></Relationships>
</file>

<file path=word/theme/theme1.xml><?xml version="1.0" encoding="utf-8"?>
<a:theme xmlns:a="http://schemas.openxmlformats.org/drawingml/2006/main" name="Office Theme">
  <a:themeElements>
    <a:clrScheme name="Office">
      <a:dk1>
        <a:sysClr val="windowText" lastClr="000000"/>
      </a:dk1>
      <a:lt1>
        <a:sysClr val="window" lastClr="FFFFFF"/>
      </a:lt1>
      <a:dk2>
        <a:srgbClr val="1F497D"/>
      </a:dk2>
      <a:lt2>
        <a:srgbClr val="EEECE1"/>
      </a:lt2>
      <a:accent1>
        <a:srgbClr val="4F81BD"/>
      </a:accent1>
      <a:accent2>
        <a:srgbClr val="C0504D"/>
      </a:accent2>
      <a:accent3>
        <a:srgbClr val="9BBB59"/>
      </a:accent3>
      <a:accent4>
        <a:srgbClr val="8064A2"/>
      </a:accent4>
      <a:accent5>
        <a:srgbClr val="4BACC6"/>
      </a:accent5>
      <a:accent6>
        <a:srgbClr val="F79646"/>
      </a:accent6>
      <a:hlink>
        <a:srgbClr val="0000FF"/>
      </a:hlink>
      <a:folHlink>
        <a:srgbClr val="800080"/>
      </a:folHlink>
    </a:clrScheme>
    <a:fontScheme name="Office">
      <a:majorFont>
        <a:latin typeface="Calibri"/>
        <a:ea typeface=""/>
        <a:cs typeface=""/>
        <a:font script="Jpan" typeface="ＭＳ ゴシック"/>
        <a:font script="Hang" typeface="맑은 고딕"/>
        <a:font script="Hans" typeface="宋体"/>
        <a:font script="Hant" typeface="新細明體"/>
        <a:font script="Arab" typeface="Times New Roman"/>
        <a:font script="Hebr" typeface="Times New Roman"/>
        <a:font script="Thai" typeface="Angsana New"/>
        <a:font script="Ethi" typeface="Nyala"/>
        <a:font script="Beng" typeface="Vrinda"/>
        <a:font script="Gujr" typeface="Shruti"/>
        <a:font script="Khmr" typeface="MoolBoran"/>
        <a:font script="Knda" typeface="Tunga"/>
        <a:font script="Guru" typeface="Raavi"/>
        <a:font script="Cans" typeface="Euphemia"/>
        <a:font script="Cher" typeface="Plantagenet Cherokee"/>
        <a:font script="Yiii" typeface="Microsoft Yi Baiti"/>
        <a:font script="Tibt" typeface="Microsoft Himalaya"/>
        <a:font script="Thaa" typeface="MV Boli"/>
        <a:font script="Deva" typeface="Mangal"/>
        <a:font script="Telu" typeface="Gautami"/>
        <a:font script="Taml" typeface="Latha"/>
        <a:font script="Syrc" typeface="Estrangelo Edessa"/>
        <a:font script="Orya" typeface="Kalinga"/>
        <a:font script="Mlym" typeface="Kartika"/>
        <a:font script="Laoo" typeface="DokChampa"/>
        <a:font script="Sinh" typeface="Iskoola Pota"/>
        <a:font script="Mong" typeface="Mongolian Baiti"/>
        <a:font script="Viet" typeface="Times New Roman"/>
        <a:font script="Uigh" typeface="Microsoft Uighur"/>
        <a:font script="Geor" typeface="Sylfaen"/>
      </a:majorFont>
      <a:minorFont>
        <a:latin typeface="Cambria"/>
        <a:ea typeface=""/>
        <a:cs typeface=""/>
        <a:font script="Jpan" typeface="ＭＳ 明朝"/>
        <a:font script="Hang" typeface="맑은 고딕"/>
        <a:font script="Hans" typeface="宋体"/>
        <a:font script="Hant" typeface="新細明體"/>
        <a:font script="Arab" typeface="Arial"/>
        <a:font script="Hebr" typeface="Arial"/>
        <a:font script="Thai" typeface="Cordia New"/>
        <a:font script="Ethi" typeface="Nyala"/>
        <a:font script="Beng" typeface="Vrinda"/>
        <a:font script="Gujr" typeface="Shruti"/>
        <a:font script="Khmr" typeface="DaunPenh"/>
        <a:font script="Knda" typeface="Tunga"/>
        <a:font script="Guru" typeface="Raavi"/>
        <a:font script="Cans" typeface="Euphemia"/>
        <a:font script="Cher" typeface="Plantagenet Cherokee"/>
        <a:font script="Yiii" typeface="Microsoft Yi Baiti"/>
        <a:font script="Tibt" typeface="Microsoft Himalaya"/>
        <a:font script="Thaa" typeface="MV Boli"/>
        <a:font script="Deva" typeface="Mangal"/>
        <a:font script="Telu" typeface="Gautami"/>
        <a:font script="Taml" typeface="Latha"/>
        <a:font script="Syrc" typeface="Estrangelo Edessa"/>
        <a:font script="Orya" typeface="Kalinga"/>
        <a:font script="Mlym" typeface="Kartika"/>
        <a:font script="Laoo" typeface="DokChampa"/>
        <a:font script="Sinh" typeface="Iskoola Pota"/>
        <a:font script="Mong" typeface="Mongolian Baiti"/>
        <a:font script="Viet" typeface="Arial"/>
        <a:font script="Uigh" typeface="Microsoft Uighur"/>
        <a:font script="Geor" typeface="Sylfaen"/>
      </a:minorFont>
    </a:fontScheme>
    <a:fmtScheme name="Office">
      <a:fillStyleLst>
        <a:solidFill>
          <a:schemeClr val="phClr"/>
        </a:solidFill>
        <a:gradFill rotWithShape="1">
          <a:gsLst>
            <a:gs pos="0">
              <a:schemeClr val="phClr">
                <a:tint val="50000"/>
                <a:satMod val="300000"/>
              </a:schemeClr>
            </a:gs>
            <a:gs pos="35000">
              <a:schemeClr val="phClr">
                <a:tint val="37000"/>
                <a:satMod val="300000"/>
              </a:schemeClr>
            </a:gs>
            <a:gs pos="100000">
              <a:schemeClr val="phClr">
                <a:tint val="15000"/>
                <a:satMod val="350000"/>
              </a:schemeClr>
            </a:gs>
          </a:gsLst>
          <a:lin ang="16200000" scaled="1"/>
        </a:gradFill>
        <a:gradFill rotWithShape="1">
          <a:gsLst>
            <a:gs pos="0">
              <a:schemeClr val="phClr">
                <a:tint val="100000"/>
                <a:shade val="100000"/>
                <a:satMod val="130000"/>
              </a:schemeClr>
            </a:gs>
            <a:gs pos="100000">
              <a:schemeClr val="phClr">
                <a:tint val="50000"/>
                <a:shade val="100000"/>
                <a:satMod val="350000"/>
              </a:schemeClr>
            </a:gs>
          </a:gsLst>
          <a:lin ang="16200000" scaled="0"/>
        </a:gradFill>
      </a:fillStyleLst>
      <a:lnStyleLst>
        <a:ln w="9525" cap="flat" cmpd="sng" algn="ctr">
          <a:solidFill>
            <a:schemeClr val="phClr">
              <a:shade val="95000"/>
              <a:satMod val="105000"/>
            </a:schemeClr>
          </a:solidFill>
          <a:prstDash val="solid"/>
        </a:ln>
        <a:ln w="25400" cap="flat" cmpd="sng" algn="ctr">
          <a:solidFill>
            <a:schemeClr val="phClr"/>
          </a:solidFill>
          <a:prstDash val="solid"/>
        </a:ln>
        <a:ln w="38100" cap="flat" cmpd="sng" algn="ctr">
          <a:solidFill>
            <a:schemeClr val="phClr"/>
          </a:solidFill>
          <a:prstDash val="solid"/>
        </a:ln>
      </a:lnStyleLst>
      <a:effectStyleLst>
        <a:effectStyle>
          <a:effectLst>
            <a:outerShdw blurRad="40000" dist="20000" dir="5400000" rotWithShape="0">
              <a:srgbClr val="000000">
                <a:alpha val="38000"/>
              </a:srgbClr>
            </a:outerShdw>
          </a:effectLst>
        </a:effectStyle>
        <a:effectStyle>
          <a:effectLst>
            <a:outerShdw blurRad="40000" dist="23000" dir="5400000" rotWithShape="0">
              <a:srgbClr val="000000">
                <a:alpha val="35000"/>
              </a:srgbClr>
            </a:outerShdw>
          </a:effectLst>
        </a:effectStyle>
        <a:effectStyle>
          <a:effectLst>
            <a:outerShdw blurRad="40000" dist="23000" dir="5400000" rotWithShape="0">
              <a:srgbClr val="000000">
                <a:alpha val="35000"/>
              </a:srgbClr>
            </a:outerShdw>
          </a:effectLst>
          <a:scene3d>
            <a:camera prst="orthographicFront">
              <a:rot lat="0" lon="0" rev="0"/>
            </a:camera>
            <a:lightRig rig="threePt" dir="t">
              <a:rot lat="0" lon="0" rev="1200000"/>
            </a:lightRig>
          </a:scene3d>
          <a:sp3d>
            <a:bevelT w="63500" h="25400"/>
          </a:sp3d>
        </a:effectStyle>
      </a:effectStyleLst>
      <a:bgFillStyleLst>
        <a:solidFill>
          <a:schemeClr val="phClr"/>
        </a:solidFill>
        <a:gradFill rotWithShape="1">
          <a:gsLst>
            <a:gs pos="0">
              <a:schemeClr val="phClr">
                <a:tint val="40000"/>
                <a:satMod val="350000"/>
              </a:schemeClr>
            </a:gs>
            <a:gs pos="40000">
              <a:schemeClr val="phClr">
                <a:tint val="45000"/>
                <a:shade val="99000"/>
                <a:satMod val="350000"/>
              </a:schemeClr>
            </a:gs>
            <a:gs pos="100000">
              <a:schemeClr val="phClr">
                <a:shade val="20000"/>
                <a:satMod val="255000"/>
              </a:schemeClr>
            </a:gs>
          </a:gsLst>
          <a:path path="circle">
            <a:fillToRect l="50000" t="-80000" r="50000" b="180000"/>
          </a:path>
        </a:gradFill>
        <a:gradFill rotWithShape="1">
          <a:gsLst>
            <a:gs pos="0">
              <a:schemeClr val="phClr">
                <a:tint val="80000"/>
                <a:satMod val="300000"/>
              </a:schemeClr>
            </a:gs>
            <a:gs pos="100000">
              <a:schemeClr val="phClr">
                <a:shade val="30000"/>
                <a:satMod val="200000"/>
              </a:schemeClr>
            </a:gs>
          </a:gsLst>
          <a:path path="circle">
            <a:fillToRect l="50000" t="50000" r="50000" b="50000"/>
          </a:path>
        </a:gradFill>
      </a:bgFillStyleLst>
    </a:fmtScheme>
  </a:themeElements>
  <a:objectDefaults>
    <a:spDef>
      <a:spPr/>
      <a:bodyPr/>
      <a:lstStyle/>
      <a:style>
        <a:lnRef idx="1">
          <a:schemeClr val="accent1"/>
        </a:lnRef>
        <a:fillRef idx="3">
          <a:schemeClr val="accent1"/>
        </a:fillRef>
        <a:effectRef idx="2">
          <a:schemeClr val="accent1"/>
        </a:effectRef>
        <a:fontRef idx="minor">
          <a:schemeClr val="lt1"/>
        </a:fontRef>
      </a:style>
    </a:spDef>
    <a:lnDef>
      <a:spPr/>
      <a:bodyPr/>
      <a:lstStyle/>
      <a:style>
        <a:lnRef idx="2">
          <a:schemeClr val="accent1"/>
        </a:lnRef>
        <a:fillRef idx="0">
          <a:schemeClr val="accent1"/>
        </a:fillRef>
        <a:effectRef idx="1">
          <a:schemeClr val="accent1"/>
        </a:effectRef>
        <a:fontRef idx="minor">
          <a:schemeClr val="tx1"/>
        </a:fontRef>
      </a:style>
    </a:lnDef>
  </a:objectDefaults>
  <a:extraClrSchemeLst/>
</a:theme>
</file>

<file path=customXml/_rels/item1.xml.rels><?xml version='1.0' encoding='UTF-8' standalone='yes'?>
<Relationships xmlns="http://schemas.openxmlformats.org/package/2006/relationships"><Relationship Id="rId1" Type="http://schemas.openxmlformats.org/officeDocument/2006/relationships/customXmlProps" Target="itemProps1.xml"/></Relationships>
</file>

<file path=customXml/item1.xml><?xml version="1.0" encoding="utf-8"?>
<b:Sources xmlns:b="http://schemas.openxmlformats.org/officeDocument/2006/bibliography" xmlns="http://schemas.openxmlformats.org/officeDocument/2006/bibliography" SelectedStyle="/APA.XSL" StyleName="APA"/>
</file>

<file path=customXml/itemProps1.xml><?xml version="1.0" encoding="utf-8"?>
<ds:datastoreItem xmlns:ds="http://schemas.openxmlformats.org/officeDocument/2006/customXml" ds:itemID="{EF278816-EC6F-A645-907D-7F25AECB1D4A}">
  <ds:schemaRefs>
    <ds:schemaRef ds:uri="http://schemas.openxmlformats.org/officeDocument/2006/bibliography"/>
  </ds:schemaRefs>
</ds:datastoreItem>
</file>

<file path=docProps/app.xml><?xml version="1.0" encoding="utf-8"?>
<Properties xmlns="http://schemas.openxmlformats.org/officeDocument/2006/extended-properties" xmlns:vt="http://schemas.openxmlformats.org/officeDocument/2006/docPropsVTypes">
  <Template>Normal.dotm</Template>
  <TotalTime>0</TotalTime>
  <Pages>1</Pages>
  <Words>0</Words>
  <Characters>0</Characters>
  <Application>Microsoft Macintosh Word</Application>
  <DocSecurity>0</DocSecurity>
  <Lines>0</Lines>
  <Paragraphs>0</Paragraphs>
  <ScaleCrop>false</ScaleCrop>
  <HeadingPairs>
    <vt:vector size="2" baseType="variant">
      <vt:variant>
        <vt:lpstr>Title</vt:lpstr>
      </vt:variant>
      <vt:variant>
        <vt:i4>1</vt:i4>
      </vt:variant>
    </vt:vector>
  </HeadingPairs>
  <TitlesOfParts>
    <vt:vector size="1" baseType="lpstr">
      <vt:lpstr/>
    </vt:vector>
  </TitlesOfParts>
  <Manager/>
  <Company/>
  <LinksUpToDate>false</LinksUpToDate>
  <CharactersWithSpaces>0</CharactersWithSpaces>
  <SharedDoc>false</SharedDoc>
  <HyperlinkBase/>
  <HyperlinksChanged>false</HyperlinksChanged>
  <AppVersion>14.0000</AppVersion>
</Properties>
</file>

<file path=docProps/core.xml><?xml version="1.0" encoding="utf-8"?>
<cp:coreProperties xmlns:cp="http://schemas.openxmlformats.org/package/2006/metadata/core-properties" xmlns:dc="http://purl.org/dc/elements/1.1/" xmlns:dcterms="http://purl.org/dc/terms/" xmlns:dcmitype="http://purl.org/dc/dcmitype/" xmlns:xsi="http://www.w3.org/2001/XMLSchema-instance">
  <dc:title/>
  <dc:subject/>
  <dc:creator>python-docx</dc:creator>
  <cp:keywords/>
  <dc:description>generated by python-docx</dc:description>
  <cp:lastModifiedBy/>
  <cp:revision>1</cp:revision>
  <dcterms:created xsi:type="dcterms:W3CDTF">2013-12-23T23:15:00Z</dcterms:created>
  <dcterms:modified xsi:type="dcterms:W3CDTF">2013-12-23T23:15:00Z</dcterms:modified>
  <cp:category/>
</cp:coreProperties>
</file>