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5S/2075/2012 z 18. 1. 2016</w:t>
      </w:r>
    </w:p>
    <w:p>
      <w:r>
        <w:t>Uznesenie Krajského súdu Bratislava z 18. januára 2016, sp. zn. 5S/2075/2012, ECLI:SK:KSBA:2016:1012208950.1</w:t>
      </w:r>
    </w:p>
    <w:p>
      <w:r>
        <w:t>Súd: Krajský súd Bratislava</w:t>
      </w:r>
    </w:p>
    <w:p>
      <w:r>
        <w:t>Spisová značka: 5S/2075/2012</w:t>
      </w:r>
    </w:p>
    <w:p>
      <w:r>
        <w:t>ECLI: ECLI:SK:KSBA:2016:1012208950.1</w:t>
      </w:r>
    </w:p>
    <w:p>
      <w:r>
        <w:t>Dátum vydania: 18. 1. 2016</w:t>
      </w:r>
    </w:p>
    <w:p>
      <w:r>
        <w:t>Forma: Uznesenie</w:t>
      </w:r>
    </w:p>
    <w:p>
      <w:r>
        <w:t>Oblasť práva: Správne právo</w:t>
      </w:r>
    </w:p>
    <w:p>
      <w:pPr>
        <w:pStyle w:val="Heading2"/>
      </w:pPr>
      <w:r>
        <w:t>Text rozhodnutia</w:t>
      </w:r>
    </w:p>
    <w:p>
      <w:r>
        <w:t>Súd: Krajský súd Bratislava Spisová značka: 5S/2075/2012 Identifikačné číslo súdneho spisu: 1012208950 Dátum vydania rozhodnutia: 19. 01. 2016 Meno a priezvisko sudcu, VSÚ: JUDr. Viera Šebestová ECLI: ECLI:SK:KSBA:2016:1012208950.1 Uznesenie Krajský súd v Bratislave v právnej veci žalobcu: POHOTOVOSŤ, s.r.o., IČO: 35 807 598, Pribinova 25, Bratislava 811 09, zastúpený: Fridrich Paľko s.r.o., Grösslingova 4, 811 09 Bratislava, proti žalovanému: Ústredný inšpektorát Slovenskej obchodnej inšpekcie so sídlom v Bratislave, Prievozská 32, 827 99 Bratislava 27, o preskúmanie zákonnosti fiktívneho rozhodnutia žalovaného, takto r o z h o d o l : Súd konanie z a s t a v u j e. Žiaden z účastníkov nemá právo na náhradu trov konania. o d ô v o d n e n i e : Dňa 09.11.2012 bolo tunajšiemu súdu doručená 3998 žaloba, ktorou sa žalobca domáhal preskúmania zákonnosti fiktívneho rozhodnutia žalovaného tvrdiac, že týmto rozhodnutím vydaným v zmysle § 19 ods. 3 ZSI bolo potvrdené rozhodnutie Slovenskej obchodnej inšpekcie, Inšpektorátu SOI so sídlom v Bratislave pre Bratislavský kraj, zo dňa 17.09.2012 sp. zn. Spr. I-10/2012 o nesprístupnení informácií vo veci 3998 individualizovaných žiadostí žalobcu o informáciu, či Inšpektorát SOI so sídlom v Bratislave pre Bratislavský kraj disponuje v zmysle § 7 zákona č. 428/2002 Z.z. o ochrane osobných údajov v znení neskorších predpisov (ďalej len zákon č. 428/2002 Z.z.) súhlasom 3998 v žiadostiach individualizovaných fyzických osôb so spracúvaním a uchovávaním ich osobných údajov udeleným každým jednotlivým žiadateľom. Uvedená žaloba bola obsahovo totožná, pričom sa líšila len menom a priezviskom fyzickej osoby (Kysucký Ladislav, bytom Staré záhrady 1357/6, 821 05 Bratislava - Ružinov), o ktorej súhlas so spracovávaním osobných údajov išlo. Žalobca zaplatil súdny poplatok vo výške 70,- eur za podanú žalobu dňa 28.02.2014. Rozsudkom č.k. 2S 1565/2012-49 2S 1566-2585/2012 zo dňa 4.12.2013 tunajší súd rozhodol tak, že rozhodnutie žalovaného č. SK/0779/99/2012 zo dňa 09.11.2012 a rozhodnutie Inšpektorátu Slovenskej obchodnej inšpekcie v Bratislave pre Bratislavský kraj č. I-10/2012 zo dňa 17.09.2012 zrušil podľa § 250j ods. 2 písm. a/ O.s.p. a vec vrátil žalovanému na ďalšie konanie. V časti o preskúmanie fiktívneho rozhodnutia žalovaného o odvolaní žalobcu proti rozhodnutiu Inšpektorátu Slovenskej obchodnej inšpekcie v Bratislave pre Bratislavský kraj č. I-10/2012 zo dňa 17.09.2012 bolo konanie zastavené . Proti tomuto rozsudku sa žalovaný odvolal, pričom o predmetnom odvolaní rozhodol Najvyšší súd rozsudkom sp. zn. 3Sži/35/2014 zo dňa 19.05.2015 tak, že rozsudok Krajského súdu v Bratislave č.k. 2S 1565/2012-49, 2S 1566-2585/2012 zo dňa 04.12.2013 potvrdil. Z obsahu pripojených administratívnych spisov žalovaného súd zistil, že dňa 11.09.2012 doručil žalobca Inšpektorátu SOI so sídlom v Bratislave pre Bratislavský kraj žiadosti o sprístupnenie informácií v zmysle ZSI, či Inšpektorát SOI pre Bratislavský kraj disponuje v zmysle § 7 zákona č. 428/2002 Z.z. súhlasom so spracovaním a uchovávaním osobných údajov udeleným celkom 3998 fyzickými osobami, ktoré boli uvedené v jednotlivých individualizovaných žiadostiach s tým, že ak súhlas so spracúvaním a uchovávaním osobných údajov nebol povinnej osobe takouto fyzickou osobou udelený, žiadal žiadateľ o sprístupnenie informácie, či súhlas so spracovávaním a uchovávaním osobných údajov bol daný inej organizačnej zložke SOI (Ústredný inšpektorát alebo inšpektorát v sídle kraja). Prílohou každej žiadosti bolo plnomocenstvo udelené žalobcom spoločnosti Fridrich Paľko, s.r.o., ktorá žalobcu v konaní o sprístupnenie informácií zastupovala. Rozhodnutím č. I-10/2012 zo dňa 17.09.2012, doručeným právnemu zástupcovi žalobcu dňa 19.09.2012, Inšpektorát SOI so sídlom v Bratislave pre Bratislavský kraj podľa § 18 ods. 2 ZSI nevyhovel žiadostiam žalobcu o poskytnutie informácií. Dňa 04.10.2012 boli povinnej osobe doručené odvolania žalobcu zo dňa 01.10.2012 proti rozhodnutiu o odmietnutí sprístupnenia požadovaných informácií zo dňa 17.09.2012 a proti fiktívnemu rozhodnutiu o odmietnutí požadovanej informácie v zmysle § 18 ods. 3 ZSI. Dňa 31.10.2012 povinná osoba doručila právnemu zástupcovi žalobcu upovedomenie zo dňa 26.10.2012 o odstúpení odvolania Ústrednému inšpektorátu SOI so sídlom v Bratislave. Rozhodnutím č. SK/0779/99/2012 zo dňa 09.11.2012 (doručeným právnemu zástupcovi žalobcu dňa 14.11.2012) žalovaný zamietol odvolanie žalobcu a potvrdil rozhodnutie Inšpektorátu SOI so sídlom v Bratislave pre Bratislavský kraj zo dňa 17.09.2012. V odôvodnení rozhodnutia sa žalovaný stotožnil s názorom povinnej osoby, že žiadateľom požadované informácie týkajúce sa udelenia súhlasu na spracovanie a uchovávanie osobných údajov sú informáciami o uskutočnených úkonoch pri kontrole a jej výkone a nejedná sa o informácie o výsledku kontroly.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Ako vyplynulo z administratívneho spisu žalovaného, v prejednávanej veci fiktívne rozhodnutie nevzniklo, keďže žalovaný rozhodol v zákonnej lehote o odvolaní žalobcu tak, že rozhodnutím č. SK/0779/99/2012 zo dňa 09.11.2012 (doručeným právnemu zástupcovi žalobcu dňa 14.11.2012) zamietol odvolanie a potvrdil rozhodnutie Inšpektorátu SOI so sídlom v Bratislave pre Bratislavský kraj zo dňa 17.09.2012. Uvedené napadnuté rozhodnutie však bolo následne v konaní pred správnym súdom rozsudkom č.k. 2S 1565/2012-49 2S 1566-2585/2012 zo dňa 04.12.2013 právoplatne zrušené. Z uvedeného potom vyplýva, že napadnuté fiktívne rozhodnutie nikdy nevzniklo, a tiež v predmetnej veci vydané rozhodnutie žalovaného č. SK/0779/99/2012 zo dňa 09.11.2012 už po nadobudnutí právoplatnosti zrušujúceho rozsudku tunajšieho súdu č.k. 2S 1565/2012-49, 2S 1566-2585/2012 zo dňa 04.12.2013 ďalej neexistuje, a teda žiadne z uvedených neexistujúcich rozhodnutí nemôže byť súdom preskúmané. Vzhľadom na uvedenú skutočnosť potom tunajší súd konanie o preskúmanie napadnutého rozhodnutia zastavil podľa § 250d ods. 3 O.s.p. z dôvodu, že žaloba smeruje proti rozhodnutiu, ktoré nemôže byť predmetom preskúmania súdom.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Najvyšší súd prostredníctvom podpísaného súdu.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https://www.kauzis.sk/judikatura/r/ECLI:SK:KSBA:2016:1012208950.1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