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2S/2590/2012 z 1. 3. 2016</w:t>
      </w:r>
    </w:p>
    <w:p>
      <w:r>
        <w:t>Uznesenie Krajského súdu Bratislava z 1. marca 2016, sp. zn. 2S/2590/2012, ECLI:SK:KSBA:2016:1012211046.6</w:t>
      </w:r>
    </w:p>
    <w:p>
      <w:r>
        <w:t>Súd: Krajský súd Bratislava</w:t>
      </w:r>
    </w:p>
    <w:p>
      <w:r>
        <w:t>Spisová značka: 2S/2590/2012</w:t>
      </w:r>
    </w:p>
    <w:p>
      <w:r>
        <w:t>ECLI: ECLI:SK:KSBA:2016:1012211046.6</w:t>
      </w:r>
    </w:p>
    <w:p>
      <w:r>
        <w:t>Dátum vydania: 1. 3. 2016</w:t>
      </w:r>
    </w:p>
    <w:p>
      <w:r>
        <w:t>Forma: Uznesenie</w:t>
      </w:r>
    </w:p>
    <w:p>
      <w:pPr>
        <w:pStyle w:val="Heading2"/>
      </w:pPr>
      <w:r>
        <w:t>Text rozhodnutia</w:t>
      </w:r>
    </w:p>
    <w:p>
      <w:r>
        <w:t>Súd: Krajský súd Bratislava Spisová značka: 2S/2590/2012 Identifikačné číslo súdneho spisu: 1012211046 Dátum vydania rozhodnutia: 02. 03. 2016 Meno a priezvisko sudcu, VSÚ: Mgr. Viliam Pohančeník ECLI: ECLI:SK:KSBA:2016:1012211046.6 Uznesenie Krajský súd v Bratislave v právnej veci žalobcov: 1) S. H., I. XXX/XX, K. V., 2) Q. F., K. XX/X, K. V., obaja zastúpení: JUDr. Dušan Divko, advokát, spol. s r.o., Šoltésovej 346/1, Považská Bystrica, v mene ktorej koná JUDr. Dušan Divko, advokát a konateľ, proti žalovanému: Úrad geodézie, kartografie a katastra Slovenskej republiky, Chlumeckého 2, Bratislava, za účasti: 1/ U. H., I. XXX/XX, K. V., 2/ Okresná prokuratúra V., T. M. Q. XX, V., o preskúmanie zákonnosti postupu a rozhodnutia žalovaného č. J.-XXXX/ XXXX/Sl zo dňa 08.10.2012, takto r o z h o d o l : Krajský súd v Bratislave konanie z a s t a v u j e . Žiaden z účastníkov nemá právo na náhradu trov konania. o d ô v o d n e n i e : Včas podanou žalobou sa žalobcovia domáhali preskúmania zákonnosti rozhodnutia žalovaného č. J.- XXXX/XXXX-Sl zo dňa 08.10.2012 (ďalej aj len „napadnuté rozhodnutie“), ktorým žalovaný rozhodol o odvolaní Alojza H. proti rozhodnutiu Katastrálneho úradu v Trenčíne č. T. X/XXXX zo dňa 22.03.2012 tak, že toto rozhodnutie zmenil a protestu Okresnej prokuratúry Prievidza zn. Pd XXX/XX-XX zo dňa 07.02.2012 vyhovel a rozhodnutie Správy katastra Prievidza č. V-XXX/XXXX zo dňa 07.04.2009 o povolení vkladu zrušil. Podaním doručeným Krajskému súdu v Bratislave dňa 12.02.2016 vzali žalobcovia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žalobcovia vzali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https://www.kauzis.sk/judikatura/r/ECLI:SK:KSBA:2016:1012211046.6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