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5Sd/339/2012 z 16. 2. 2016</w:t>
      </w:r>
    </w:p>
    <w:p>
      <w:r>
        <w:t>Uznesenie Krajského súdu Bratislava z 16. februára 2016, sp. zn. 5Sd/339/2012, ECLI:SK:KSBA:2016:1012211088.3</w:t>
      </w:r>
    </w:p>
    <w:p>
      <w:r>
        <w:t>Súd: Krajský súd Bratislava</w:t>
      </w:r>
    </w:p>
    <w:p>
      <w:r>
        <w:t>Spisová značka: 5Sd/339/2012</w:t>
      </w:r>
    </w:p>
    <w:p>
      <w:r>
        <w:t>ECLI: ECLI:SK:KSBA:2016:1012211088.3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5Sd/339/2012 Identifikačné číslo súdneho spisu: 1012211088 Dátum vydania rozhodnutia: 17. 02. 2016 Meno a priezvisko sudcu, VSÚ: JUDr. Milota Tóthová ECLI: ECLI:SK:KSBA:2016:1012211088.3 Uznesenie Krajský súd v Bratislave v právnej veci navrhovateľa S. M., U. J. XXX/XX, U.,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26.11.2012 žiadal preskúmať rozhodnutie odporkyne číslo XXX XXX XXXX zo dňa 25.10.2012, ktorým odporkyňa zamietla žiadosť navrhovateľa o čiastočný invalidný dôchodok, pretože nebol zamestnaný (poistený) po dobu potrebnú pre nárok na tento dôchodok. Prehlásením na pojednávaní dňa 17.2.2016 navrhovateľ vzal späť návrh zo dňa 26.11.2012 v celom rozsahu z dôvodu, že jeho návrhu bolo vyhovené.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https://www.kauzis.sk/judikatura/r/ECLI:SK:KSBA:2016:1012211088.3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