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8Sd/24/2013 z 5. 9. 2016</w:t>
      </w:r>
    </w:p>
    <w:p>
      <w:r>
        <w:t>Rozsudok Krajského súdu Bratislava z 5. septembra 2016, sp. zn. 8Sd/24/2013, ECLI:SK:KSBA:2016:1013200223.6</w:t>
      </w:r>
    </w:p>
    <w:p>
      <w:r>
        <w:t>Súd: Krajský súd Bratislava</w:t>
      </w:r>
    </w:p>
    <w:p>
      <w:r>
        <w:t>Spisová značka: 8Sd/24/2013</w:t>
      </w:r>
    </w:p>
    <w:p>
      <w:r>
        <w:t>ECLI: ECLI:SK:KSBA:2016:1013200223.6</w:t>
      </w:r>
    </w:p>
    <w:p>
      <w:r>
        <w:t>Dátum vydania: 5. 9.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8Sd/24/2013 Identifikačné číslo súdneho spisu: 1013200223 Dátum vydania rozhodnutia: 06. 09. 2016 Meno a priezvisko sudcu, VSÚ: JUDr. Peter Pospech ECLI: ECLI:SK:KSBA:2016:1013200223.6 ROZSUDOK V MENE SLOVENSKEJ REPUBLIKY Krajský súd v Bratislave pred samosudcom JUDr. Petrom Pospechom, v právnej veci navrhovateľky: F. Š., J.. XX.XX.XXXX, G. Č. K. XX, XXX XX G., proti odporcovi: Sociálna poisťovňa - ústredie, ul. 29. augusta 8-10, 813 63 Bratislava, právne zast. JUDr. Helenou Blahutovou, v spore o sumu invalidného dôchodku, ktorý sa považuje za starobný dôchodok, takto r o z h o d o l : Súd rozhodnutie odporkyne číslo XXX XXX XXXX X-F. zo dňa 9. apríla 2013, napadnuté rozhodnutie číslo XXX XXX XXXX X-F. zo dňa 9. apríla 2013 a zmenové rozhodnutie číslo XXX XXX XXXX X zo dňa 10. júna 2013 ako vecne správne p o t v r d z u j e , podľa § 250q ods. 2 O.s.p. Navrhovateľke súd náhradu trov konania nepriznáva. o d ô v o d n e n i e : Uznesením NS SR č.k. 1So/17/2015 bol rozsudok Krajského súdu v Bratislave č.k. 8Sd/24/2013-38 zo dňa 25.11.2014 zrušený a vec mu bola vrátená na nové konanie a rozhodnutie. Krajský súd napadnutým rozsudkom v spojení s opravným uznesením podľa § 250q ods. 2 O.s.p. v znení neskorších predpisov ako vecne správne potvrdil rozhodnutie odporkyne č. XXX XXX XXXX X zo dňa 6.12.2012, rozhodnutie č. XXX XXX XXXX X-F. zo dňa 9. apríla 2013 a rozhodnutie č. XXX XXX XXXX X-F. zo dňa 9. apríla 2013 a zmenové rozhodnutie č. XXX XXX XXXX X zo dňa 10. júna 2013. Napadnutým rozhodnutím odporkyne zo dňa 6.12.2012 bol navrhovateľke podľa § 82 a § 293ce zákona č. 461/2003 Z.z. o sociálnom poistení v znení neskorších predpisov a § 1 opatrenia Ministerstva práce a sociálnych vecí a rodiny Slovenskej republiky č. 329/2012 Z.z., ktorým sa ustanovuje pevná suma zvýšenia dôchodkovej dávky a percento zvýšenia úrazovej renty a v roku 2013 od 1.1.2013 zvýšený invalidný dôchodok, ktorý sa podľa § 293 ac ods. 1 zákona č. 461/2003 Z.z. považuje za starobný dôchodok o 10,10 eur mesačne na sumu 343,50,- Eur. Napadnutým rozhodnutím zo dňa 9.4.2013 bol navrhovateľke podľa § 21 zákona č. 100/1988 o sociálnom zabezpečení v znení neskorších predpisov a podľa § 259 ods. 1 zákona č. 461/2003 Z.z. od 7.2.2010 priznaný starobný dôchodok v sume 191,70,- Eur. Ďalším napadnutým rozhodnutím zo dňa 9.4.2013 bolo podľa ustanovenia § 263 ods. 10 a § 112 ods. 2 zákona č. 461/2003 Z.z. rozhodnuté, že navrhovateľke sa od 7.2.2010 vypláca invalidný dôchodok v sume 316,90,- Eur a súčasne sa jej odníma od tohto dátumu starobný dôchodok. Rozhodnutím odporkyne zo dňa 10. júna 2013 bol navrhovateľke podľa § 21 zákona č. 100/1988 Zb o sociálnom zabezpečení v znení neskorších predpisov a podľa § 259 ods. 1 zákona č. 461/2003 Z.z. od 7.2.2010 priznaný starobný dôchodok v sume 191,70,- Eur. V uvedenej sume bola zahrnutá úprava podľa zákona č. 306/2002 Z.z. o zvyšovaní dôchodkov v roku 2002 a úprava dôchodkov priznaných v roku 2003 a o zmene a doplnení zákonov v oblasti sociálneho zabezpečenia, zvýšenie podľa zákona č. 222/2003 Z.z. a § 82 zákona č. 461/2003 Z.z. Krajský súd svoje potvrdzujúce rozhodnutie odôvodnil tým, že suma starobného dôchodku navrhovateľky bola odporkyňou stanovená v súlade s príslušnými právnymi predpismi. Proti tomuto rozhodnutiu podala navrhovateľka v zákonom stanovenej lehote odvolanie, ktoré odôvodnila jednostranným posúdením predložených dokladov v prospech odporkyne. Súd sa nezaoberal jej písomnými pripomienkami a nebolo jej umožnené klásť odporkyni otázky počas pojednávania. Odvolací súd konštatoval v rozhodnutí súdu prvého stupňa absenciu náležitostí podľa § 157 ods. 2 O.s.p. a podľa názoru odvolacieho súdu odôvodnenie rozhodnutia súdu prvého stupňa neposkytuje dostatok argumentačných podkladov pre posúdenie ako sa vysporiadal a s postupom odporkyne pri vydávaní napadnutých rozhodnutí, čo odvolací súd považoval za odňatie možnosti konať pred súdom, čím sa znemožnila realizácia procesných práv účastníka konania, priznaných mu v súdnom konaní za účelom ochrany jeho práv a právom chránených záujmov. V novom konaní odvolací súd uložil súdu prvého stupňa, aby svoje rozhodnutie náležite odôvodnil. Krajský súd v Bratislave ako súd vecne a miestne príslušný na konanie podľa tretej hlavy, piatej časti O.s.p. preskúmal napadnuté rozhodnutia v rozsahu dôvodov, ktoré uviedla navrhovateľka vo svojom opravnom prostriedku podľa § 244 O.s.p. a po opätovnom preskúmaní napadnutých rozhodnutí dospel k záveru, že opravný prostriedok navrhovateľky nie je dôvodný. Navrhovateľke bol 11.2.1986 priznaný čiastočný invalidný dôchodok, ktorý jej bol priznaný právoplatným rozhodnutím č. XXX XXX XXXX zo dňa 18.3.1986 v súlade s ust.§ 25 zákona č. 121/1975 o sociálnom zabezpečení. Od 10.6.1994 je navrhovateľka poberateľkou plného invalidného dôchodku a keďže navrhovateľka bola poberateľkou invalidného dôchodku, ktorý bol priznaný pred 1.1.2004 a pred týmto dátumom navrhovateľka dovŕšila 57 rokov veku od 1.1.2005 sa jej invalidný dôchodok považuje za starobný dôchodok. Podľa § 263 ods. 9 zákona č. 721/2004 Z.z. je zrejmé, že navrhovateľke nevznikol nárok na starobný dôchodok, ale má nárok na invalidný dôchodok, ktorý sa považuje za starobný dôchodok. Podľa § 263 ods. 12 zákona č. 529/2006 Z.z. na účely tohto zákona a osobitných predpisov pokles schopnosti vykonávať zárobkovú činnosť poberateľa plného invalidného dôchodku podľa predpisov účinných pred 1.1.2004 je viac ako 70 %. Podľa § 1 písm. a) opatrenia Ministerstva práce a sociálnych vecí a rodiny Slovenskej republiky č. 329/2002 Z.z. ktorým sa ustanovuje pevná suma zvýšenia dôchodkovej dávky v roku 2013 invalidný dôchodok priznaný z dôvodu poklesu schopnosti vykonávať zárobkovú činnosť o viac ako 70 % zvyšuje sa o sumu 10,10 Eur. Keďže ku dňu 31.12.2012 bola suma invalidného dôchodku, ktorý sa považuje za starobný dôchodok 333,40,- Eur a tento bol zvýšený na sumu 343,50,- Eur od 1.1.2013 podľa § 82 a § 293 ce zákona č. 461/2003 Z.z. o sociálnom poistení. Napadnutým rozhodnutím č. XXX XXX XXXX X-F. zo dňa 9.4.2013 bol navrhovateľke podľa ustanovenia § 21 zákona č. 100/1988 Zb. o sociálnom zabezpečení a podľa § 259 ods. 1 zákona č. 461/2003 Z.z. v znení zákona 721/2004 Z.z. priznaný starobný dôchodok od 7.2.2010 v sume 191,70,- Eur mesačne. Ďalším rozhodnutím č. XXX XXX XXXX X-II zo dňa 9.4.2013 bolo rozhodnuté, že navrhovateľke sa od 7.2.2010 vypláca invalidný dôchodok v sume 316,90,- Eur a súčasne sa navrhovateľke jej starobný dôchodok odníma. Po podaní opravného prostriedku bolo odporcom vydané rozhodnutie zo dňa 10.6.2013, ktorým bol navrhovateľke podľa ust. § 21 zákona č. 100/1988 Z.z. o sociálnom zabezpečení priznaný starobný dôchodok od 7.2.2010 v sume 191,70,- Eur, ktorý bol navrhovateľke vymeraný z III. pracovnej kategórie a bol jej vypočítaný z priemerného mesačného zárobku určeného za roky 1986, 1987 1989 a 1990 a priemerný mesačný zárobok z rozhodného obdobia predstavuje sumu 89,99,- Eur. Suma starobného dôchodku bola vypočítaná z priemerného mesačného zárobku za roky 1985, 1984 a 1982 a 1981 v sume 99,62,- Eur a táto bola určená odporcom v súlade s ust. § 13 zákona č. 100/1998 Z.z. o sociálnom zabezpečení. Podľa § 13 zákona č. 100/1998 Z.z. starobný, invalidný čiastočný invalidný a dôchodok za výsluhu rokov toho kto používa alebo požíval niektorý z vyššie uvedených dôchodkov nesmie sa vymerať z nižšieho priemerného mesačného zárobku, z ktorého sa vymeral predošlý dôchodok. Ak sa tento PMZ určil podľa predošlých predpisov, upraví sa podľa § 12 ods. 6 zákona č. 100/1998. Právna zástupkyňa odporcu s odvolaním sa na svoje doterajšie písomne a ústne vyjadrenia žiadala napadnuté rozhodnutia ako vecne správne potvrdiť. Súd sa nestotožnil s námietkami navrhovateľky, nakoľko podľa názoru konajúceho súdu neporozumela zneniu § 263 ods. 9 zákona č. 721/2004 Z.z. podľa ktorého navrhovateľke nevznikol nárok na starobný dôchodok, ale má nárok na invalidný dôchodok, ktorý sa považuje za starobný dôchodok. Podľa názoru konajúceho súdu postup odporcu a jeho rozhodnutia sú správne a boli vydané v súlade so zákonom o sociálnom zabezpečení č. 100/1998 Z.z. so zákonom 121/1975 a v súlade s § 263 ods. 9 zákona č. 721/2004 a § 263 ods. 12 zákona č. 529/2006. Odôvodnenie napadnutých rozhodnutí je dostatočne zrozumiteľne a je z neho zrejmé ako postupoval odporca pri preskúmaní nároku navrhovateľky a preto napadnuté rozhodnutia, ktoré sú uvedené vo výrokovej časti tohto rozhodnutia potvrdil ako vecne správne a vydané v súlade so zákonom, podľa § 250q ods. 2 O.s.p. Navrhovateľka si trovy konania neuplatnila a odporca na trovy konania nemá nárok. Preto súd rozhodol, že navrhovateľke trovy konania nepriznáva. Poučenie: Proti tomuto rozsudku je možné podať odvolanie v lehote 15 dní odo dňa jeho doručenia na Krajský súd v Bratislave, písomne, dvojmo.</w:t>
      </w:r>
    </w:p>
    <w:p/>
    <w:p>
      <w:r>
        <w:t>Zdroj: KAUZIS.SK – https://www.kauzis.sk/judikatura/r/ECLI:SK:KSBA:2016:1013200223.6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