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6S/76/2013 z 29. 11. 2016</w:t>
      </w:r>
    </w:p>
    <w:p>
      <w:r>
        <w:t>Uznesenie Krajského súdu Bratislava z 29. novembra 2016, sp. zn. 6S/76/2013, ECLI:SK:KSBA:2016:1013200570.5</w:t>
      </w:r>
    </w:p>
    <w:p>
      <w:r>
        <w:t>Súd: Krajský súd Bratislava</w:t>
      </w:r>
    </w:p>
    <w:p>
      <w:r>
        <w:t>Spisová značka: 6S/76/2013</w:t>
      </w:r>
    </w:p>
    <w:p>
      <w:r>
        <w:t>ECLI: ECLI:SK:KSBA:2016:1013200570.5</w:t>
      </w:r>
    </w:p>
    <w:p>
      <w:r>
        <w:t>Dátum vydania: 29. 11. 2016</w:t>
      </w:r>
    </w:p>
    <w:p>
      <w:r>
        <w:t>Forma: Uznesenie</w:t>
      </w:r>
    </w:p>
    <w:p>
      <w:pPr>
        <w:pStyle w:val="Heading2"/>
      </w:pPr>
      <w:r>
        <w:t>Text rozhodnutia</w:t>
      </w:r>
    </w:p>
    <w:p>
      <w:r>
        <w:t>Súd: Krajský súd Bratislava Spisová značka: 6S/76/2013 Identifikačné číslo súdneho spisu: 1013200570 Dátum vydania rozhodnutia: 30. 11. 2016 Meno a priezvisko sudcu, VSÚ: JUDr. Vlastimil Pavlikovský ECLI: ECLI:SK:KSBA:2016:1013200570.5 Uznesenie Krajský súd v Bratislave v právnej veci žalobcu: N. R., H. G. XX/XX, XXX XX G.Č., proti žalovanému: Ministerstvo pôdohospodárstva a rozvoja vidieka Slovenskej republiky, so sídlom Dobrovičova 12, 812 66 Bratislava, o preskúmanie zákonnosti rozhodnutia žalovaného č.z. 14505/2012, č.sp. 1418/2012-550 zo dňa 18.05.2012 a č.z. 3314/2013, č.sp. 1008/2013-640 zo dňa 05.02.2013, takto r o z h o d o l : Krajský súd v Bratislave konanie z a s t a v u j e . Žiaden z účastníkov konania n e m á právo na náhradu trov konania. o d ô v o d n e n i e : 1. Žalobou podanou tunajšiemu správnemu súdu dňa 28.03.2013 sa žalobca domáhal preskúmania zákonnosti rozhodnutí žalovaného č.z. 14505/2012, č.sp. 1418/2012-550 zo dňa 18.05.2012 a č.z. 3314/2013, č.sp. 1008/2013-640 zo dňa 05.02.2013. Rozhodnutím č.z. 3314/2013, č.sp. 1008/2013-640 zo dňa 05.02.2013 žalovaný odvolanie zamietol a rozhodnutie Pôdohospodárskej platobnej agentúry č. 500/2525/17168/2011 zo dňa 15.11.2012 o neschválení poskytnutia podpory, potvrdil. Rozhodnutím č.z. 14505/2012, č.sp. 1418/2012-550 zo dňa 18.05.2012, žalovaný vyhovel odvolaniu a rozhodnutie Pôdohospodárske platobnej agentúry č. 500/2525/13512/2011 zo dňa 03.12.2011 o neschválení poskytnutia podpory zrušil a vec vrátil na nové prerokovanie a rozhodnutie. 2. Z podanej žaloby vyplývalo, že žalobcu na základe plnej moci zo dňa 21.03.2013 zastupoval advokát JUDr. Ľubomír Hudák, ktorý dňa 24.10.2016 súdu oznámil, že žalobcovi ku dňu 23.08.2016 vypovedal v predmetnom konaní plnomocenstvo na zastupovanie. 3. Následne výzvou zo dňa 04.10.2016 súd žalobcu vyzval, aby v lehote 10 dní odo dňa doručenia výzvy si ustanovil advokáta, ktorý ho bude v konaní zastupovať, pokiaľ nemá on sám, jeho zamestnanec alebo člen, ktorý za neho na správnom súde koná alebo ho zastupuje, vysokoškolské právnické vzdelanie druhého stupňa a zároveň doložil do súdneho spisu originál plnomocenstva, resp. kópiu vysokoškolského diplomu. Žalobca na výzvu súdu ku dňu vydania tohto rozhodnutia nereagoval. Zároveň bol poučený o zastavení súdneho konania v prípade neodstránenia tohto nedostatku konania. 4.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5.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6. Podľa ustanovenia § 49 ods. 1 veta prvá SSP, žalobca musí byť v konaní pred správnym súdom zastúpený advokátom; to neplatí, ak má žalobca, jeho zamestnanec alebo člen, ktorý za neho na správnom súde koná alebo ho zastupuje, vysokoškolské právnické vzdelanie druhého stupňa.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ustanovenia § 97 SSP, ak tento zákon neustanovuje inak, správny súd kedykoľvek počas konania prihliada na to, či sú splnené podmienky, za ktorých môže správny súd konať a rozhodnúť (ďalej len "procesné podmienky"). 9. Podľa ustanovenia § 99 ods.1 písm. b) SSP, správny súd konanie uznesením zastaví, ak zistil taký nedostatok procesnej podmienky konania, ktorý nemožno odstrániť, a nebol dôvod na odmietnutie žaloby. 10. Podľa ust. § 491 ods. 1 SSP, ak nie je ďalej ustanovené inak, platí tento zákon aj na konania začaté podľa piatej časti Občianskeho súdneho poriadku predo dňom nadobudnutia jeho účinnosti. 11. Nakoľko žalobca nemá právneho zástupcu, pričom právne zastúpenie je v správnom súdnictve obligatórne, okrem zákonom stanovených výnimiek, súd nemal inú možnosť ako konanie zastaviť. 12. Podľa § 170 písm. b) SSP, žiaden z účastníkov konania nemá právo na náhradu trov konania, ak konanie bolo zastavené. 13. O náhrade trov konania súd rozhodol podľa § 170 písm. b) SSP tak, že žiaden z účastníkov konania nemá právo na náhradu trov konania, nakoľko konanie bolo zastavené. 14.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https://www.kauzis.sk/judikatura/r/ECLI:SK:KSBA:2016:1013200570.5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