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6S/87/2013 z 10. 3. 2016</w:t>
      </w:r>
    </w:p>
    <w:p>
      <w:r>
        <w:t>Uznesenie Krajského súdu Bratislava z 10. marca 2016, sp. zn. 6S/87/2013, ECLI:SK:KSBA:2016:1013200646.1</w:t>
      </w:r>
    </w:p>
    <w:p>
      <w:r>
        <w:t>Súd: Krajský súd Bratislava</w:t>
      </w:r>
    </w:p>
    <w:p>
      <w:r>
        <w:t>Spisová značka: 6S/87/2013</w:t>
      </w:r>
    </w:p>
    <w:p>
      <w:r>
        <w:t>ECLI: ECLI:SK:KSBA:2016:1013200646.1</w:t>
      </w:r>
    </w:p>
    <w:p>
      <w:r>
        <w:t>Dátum vydania: 10.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6S/87/2013 Identifikačné číslo súdneho spisu: 1013200646 Dátum vydania rozhodnutia: 11. 03. 2016 Meno a priezvisko sudcu, VSÚ: JUDr. Soňa Langová ECLI: ECLI:SK:KSBA:2016:1013200646.1 Uznesenie Krajský súd v Bratislave v právnej veci žalobcu: MIBA MEDIA, s.r.o., so sídlom Fedákova 30, 841 02 Bratislava, právne zastúpený: JUDr. Ing. Branislav Pecho, PhD., advokát so sídlom Piaristická 2, 949 01 Nitra, proti žalovanému: Finančné riaditeľstvo Slovenskej republiky, so sídlom Lazovná 63, 974 01 Banská Bystrica, o preskúmanie zákonnosti rozhodnutia žalovaného č. 1100302/1/11069/2013/5131-r zo dňa 10.01.2013, jednohlasne, takto r o z h o d o l : Krajský súd v Bratislave konanie z a s t a v u j e . Žiaden z účastníkov nemá právo na náhradu trov konania. o d ô v o d n e n i e : Žalobou podanou na Krajský súd v Bratislave dňa 10.4.2013 sa žalobca domáhal preskúmania zákonnosti rozhodnutia žalovaného č. 1100302/1/11069/2013/5131-r zo dňa 10.01.2013. Výzvou zo dňa 13.01.2016 doručenou právnemu zástupcovi žalobcu dňa 19.01.2016, bol žalobca vyzvaný na zaplatenie súdneho poplatku vo výške 70,- € podľa položky 10 písm. a)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Podľa položky 10 písm. a) sadzobníka súdnych poplatkov účinného od 01.10.2012, sa platí súdny poplatok z návrhu na preskúmanie zákonnosti rozhodnutia orgánu verejnej správy na základe žaloby v sume 70,- €.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https://www.kauzis.sk/judikatura/r/ECLI:SK:KSBA:2016:1013200646.1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