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2S/157/2013 z 7. 3. 2016</w:t>
      </w:r>
    </w:p>
    <w:p>
      <w:r>
        <w:t>Uznesenie Krajského súdu Bratislava z 7. marca 2016, sp. zn. 2S/157/2013, ECLI:SK:KSBA:2016:1013201151.2</w:t>
      </w:r>
    </w:p>
    <w:p>
      <w:r>
        <w:t>Súd: Krajský súd Bratislava</w:t>
      </w:r>
    </w:p>
    <w:p>
      <w:r>
        <w:t>Spisová značka: 2S/157/2013</w:t>
      </w:r>
    </w:p>
    <w:p>
      <w:r>
        <w:t>ECLI: ECLI:SK:KSBA:2016:1013201151.2</w:t>
      </w:r>
    </w:p>
    <w:p>
      <w:r>
        <w:t>Dátum vydania: 7.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2S/157/2013 Identifikačné číslo súdneho spisu: 1013201151 Dátum vydania rozhodnutia: 08. 03. 2016 Meno a priezvisko sudcu, VSÚ: JUDr. Vlastimil Pavlikovský ECLI: ECLI:SK:KSBA:2016:1013201151.2 Uznesenie Krajský súd v Bratislave v právnej veci žalobkyne: Y. V., Q. 8, F., proti žalovanému: Sociálna poisťovňa, ústredie, Ulica 29. augusta 8, Bratislava, o preskúmanie zákonnosti rozhodnutia žalovaného č. 255 XXX XXXX/XX-X/XXXX zo dňa 27.05.2013, takto r o z h o d o l : V. súd v F. o p r a v u j e v záhlaví a vo výroku uznesenia č. k. 2S/157/2013-37 zo dňa 03.02.2016, kde je ako posledné bydlisko pôvodnej žalobkyne Y. Bolebruchovej uvedené „Herlianska 8, Bratislava“ tak, že správne má byť uvedené „H. dôchodcov a domov sociálnych služieb pre dospelých, Kátovská 1141/21, Holíč“. V ostatných častiach zostáva uznesenie V. súdu v F. č. k. XS/XXX/XXXX-XX zo dňa XX.XX.XXXX nezmenené. o d ô v o d n e n i e : Pri písomnom vyhotovení uznesenia Krajského súdu v Bratislave č. k. 2S/157/2013-37 zo dňa 03.02.2016 došlo k pisárskej chybe, keď bolo v záhlaví aj vo výroku uvedené nesprávne posledné bydlisko pôvodnej žalobkyne Y. F. „Q. 8, F.“. Správne posledné bydlisko pôvodnej žalobkyne je „Dom dôchodcov a domov sociálnych služieb pre dospelých, Kátovská XXXX/XX, Q.“. Podľa § 164 O.s.p.,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Podľa § 167 ods. 2 O.s.p., ak nie je ďalej v zákone ustanovené inak, použijú sa na uznesenie primerane ustanovenia o rozsudku. Krajský súd v Bratislave v súlade s vyššie uvedenými skutočnosťami svoje rozhodnutie opravil. Poučenie: Proti tomuto rozhodnutiu možno podať odvolanie do 15 dní odo dňa doručenia prostredníctvom podpísaného súdu na Najvyšší súd SR písomne v dvoch vyhotoveniach.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https://www.kauzis.sk/judikatura/r/ECLI:SK:KSBA:2016:1013201151.2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