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5S/179/2013 z 7. 3. 2016</w:t>
      </w:r>
    </w:p>
    <w:p>
      <w:r>
        <w:t>Uznesenie Krajského súdu Bratislava z 7. marca 2016, sp. zn. 5S/179/2013, ECLI:SK:KSBA:2016:1013201329.5</w:t>
      </w:r>
    </w:p>
    <w:p>
      <w:r>
        <w:t>Súd: Krajský súd Bratislava</w:t>
      </w:r>
    </w:p>
    <w:p>
      <w:r>
        <w:t>Spisová značka: 5S/179/2013</w:t>
      </w:r>
    </w:p>
    <w:p>
      <w:r>
        <w:t>ECLI: ECLI:SK:KSBA:2016:1013201329.5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5S/179/2013 Identifikačné číslo súdneho spisu: 1013201329 Dátum vydania rozhodnutia: 08. 03. 2016 Meno a priezvisko sudcu, VSÚ: JUDr. Anna Peťovská PhD. ECLI: ECLI:SK:KSBA:2016:1013201329.5 Uznesenie Krajský súd v Bratislave v právnej veci žalobcu: sanaplasma SK s.r.o. v likvidácii, so sídlom Hlavná 119, Košice, IČO: 36 836 311, proti žalovanému: Ministerstvo zdravotníctva SR, so sídlom Limbová 2, Bratislava, o preskúmanie zákonnosti rozhodnutia žalovaného č. S03556-OP-2013 zo dňa 03. mája 2013, takto r o z h o d o l : Súd konanie z a s t a v u j e. Žiaden z účastníkov nemá právo na náhradu trov konania. o d ô v o d n e n i e : Žalobou doručenou tunajšiemu súdu dňa 15.07.2013 sa žalobca domáhal postupom podľa druhej hlavy piatej časti O.s.p. preskúmania zákonnosti rozhodnutia ministerky zdravotníctva Slovenskej republiky č. P zo dňa XX. mája XXXX, ktorým bol zamietnutý rozklad žalobcu proti rozhodnutiu Ministerstva zdravotníctva Slovenskej republiky č. F.-XX/XXXX zo dňa XX.XX.XXXX o zamietnutí žiadosti žalobcu o vydanie povolenia na vývoz ľudskej plazmy a nepovolení vývozu ľudskej plazmy. Žalovaný správny orgán sa k žalobe žalobcu vyjadril písomne v podaní doručenom súdu dňa 03.12.2013. V priebehu konania súd z výpisu z Obchodného registra Okresného súdu B. I, oddiel: P., vložka číslo: XXXXX/V zistil, že žalobca - obchodná spoločnosť sanaplasma SK s.r.o. v likvidácii, so sídlom W. XXX, B., I.: XX XXX XXX, bola po skončení likvidácie dňom XX.XX.XXXX dobrovoľne vymazaná z obchodného registra bez právneho nástupcu. Podľa § 103 O.s.p. kedykoľvek za konania prihliada súd na to, či sú splnené podmienky, za ktorých môže konať vo veci (podmienky konania). Podľa § 19 O.s.p. spôsobilosť byť účastníkom konania má ten, kto má spôsobilosť mať práva a povinnosti; inak len ten, komu ju zákon priznáva. Podľa § X04 ods. 1 veta prvá O.s.p., ak ide o taký nedostatok podmienky konania, ktorý nemožno odstrániť, súd konanie zastaví. Podľa § 107 ods. X O.s.p. ak po začatí konania zanikne právnická osoba, súd pokračuje v konaní s jej právnym nástupcom, a ak právneho nástupcu niet, súd konanie zastaví. M. dňom XX.XX.XXXX bol žalobca - spoločnosť sanaplasma SK s.r.o. v likvidácii vymazaný z obchodného registra, týmto dňom stratil spôsobilosť byť účastníkom konania. S. žalobcu došlo k vytvoreniu stavu, ktorého podstata spočíva v tom, že konanie sa v tejto veci musí zastaviť a neexistuje žiaden zákonom dovolený alebo predvídaný spôsob, ako v tejto veci rozhodovať ešte iným rozhodnutím než zastavením konania. S. zanikol ako právnická osoba bez právneho nástupcu, a preto jediným procesným úkonom súdu je uznesenie o zastavení konania pre taký nedostatok podmienky konania na strane žalobcu, ktorý nie je odstrániteľný. V takomto konaní teda existuje len jediná zákonom ustanovená možnosť vyjadrená v ust. § 107 ods. 4 O.s.p. - zastavenie konania, ktorému sa nedá zabrániť, pretože do úvahy neprichádza ani zámena, či zmena účastníka na strane žalobcu (§ 92 O.s.p.), keďže žalobca nemá právneho nástupcu a zmena účastníka prichádza do úvahy len do okamihu, do ktorého existuje účastník, ktorý mal byť zmenený (II. ÚS 75/04, I. ÚS 118/05). Podľa R 45/2003 nedostatok spôsobilosti byť účastníkom konania je neodstrániteľným nedostatkom podmienky konania, pre ktorý treba konanie zastaviť. Ak právnická osoba zanikne bez právneho nástupcu, zanikne jej spôsobilosť byť účastníkom konania. Vzhľadom k tomu, že žalobca stratil spôsobilosť mať práva a povinnosti a spôsobilosť byť účastníkom konania, keďže zanikol bez právneho nástupcu výmazom z obchodného registra, súd konanie podľa § 104 ods. 1 vety prvej O.s.p. z dôvodu podľa § 107 ods. 4 O.s.p.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https://www.kauzis.sk/judikatura/r/ECLI:SK:KSBA:2016:1013201329.5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