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2S/178/2013 z 26. 1. 2016</w:t>
      </w:r>
    </w:p>
    <w:p>
      <w:r>
        <w:t>Uznesenie Krajského súdu Bratislava z 26. januára 2016, sp. zn. 2S/178/2013, ECLI:SK:KSBA:2016:1013201338.2</w:t>
      </w:r>
    </w:p>
    <w:p>
      <w:r>
        <w:t>Súd: Krajský súd Bratislava</w:t>
      </w:r>
    </w:p>
    <w:p>
      <w:r>
        <w:t>Spisová značka: 2S/178/2013</w:t>
      </w:r>
    </w:p>
    <w:p>
      <w:r>
        <w:t>ECLI: ECLI:SK:KSBA:2016:1013201338.2</w:t>
      </w:r>
    </w:p>
    <w:p>
      <w:r>
        <w:t>Dátum vydania: 26. 1. 2016</w:t>
      </w:r>
    </w:p>
    <w:p>
      <w:r>
        <w:t>Forma: Uznesenie</w:t>
      </w:r>
    </w:p>
    <w:p>
      <w:pPr>
        <w:pStyle w:val="Heading2"/>
      </w:pPr>
      <w:r>
        <w:t>Text rozhodnutia</w:t>
      </w:r>
    </w:p>
    <w:p>
      <w:r>
        <w:t>Súd: Krajský súd Bratislava Spisová značka: 2S/178/2013 Identifikačné číslo súdneho spisu: 1013201338 Dátum vydania rozhodnutia: 27. 01. 2016 Meno a priezvisko sudcu, VSÚ: JUDr. Vlastimil Pavlikovský ECLI: ECLI:SK:KSBA:2016:1013201338.2 Uznesenie Krajský súd v Bratislave v právnej veci v právnej veci žalobkyne: Ing. J.. F. R., B. XX, Q., zastúpený: JUDr. Ivan Jánošík, advokát, Klincová 35, Bratislava, proti žalovanému: Finančné riaditeľstvo Slovenskej republiky, Lazovná 63, Banská republika, o preskúmanie zákonnosti rozhodnutia žalovaného č. XXXXXXX/X/XXXXXX/XXXX zo dňa 03.05.2013, takto r o z h o d o l : Krajský súd v Bratislave konanie z a s t a v u j e . Žiaden z účastníkov nemá právo na náhradu trov konania. o d ô v o d n e n i e : Žalobou podanou dňa 16.07.2013 sa žalobkyňa domáhala preskúmania zákonnosti rozhodnutia žalovaného č. XXXXXXX/X/XXXXXX/XXXX zo dňa 03.05.2013, ktorým žalovaný potvrdil rozhodnutie č. XXXXXX/XXXXF zo dňa 22.02.2013, ktorým obec R. vyrubila žalobkyni daň z nehnuteľností na rok 2010 v sume XXXX,XX eur.. Keďže žalobkyňa spolu so žalobou nezaplatila súdny poplatok za jej podanie, ktorý je 70,- eur, súd ju pod následkom zastavenia konania vyzval na jeho zaplatenie výzvou č. k. 2S/178/2013-25 zo dňa 19.08.2015. Predmetná výzva spolu s príkazom na úhradu a s vyjadrením žalovaného k žalobe bola doručená splnomocnencovi žalobkyne dňa 31.08.2015. Žalobkyňa na výzvu súdu zo dňa 19.08.2015 nereagovala. Podľa § 5 ods. 1 písm. a/ zákona č. 71/1992 Zb. o súdnych poplatkoch a poplatku za výpis z registra trestov v znení neskorších predpisov (ďalej len „zákon č. 71/1992 Zb.“), poplatková povinnosť vzniká podaním návrhu, odvolania a dovolania alebo žiadosti na vykonanie poplatkového úkonu, ak je poplatníkom navrhovateľ, odvolateľ a dovolateľ.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Podľa § 10 ods. 1 zákona č. 71/1992 Zb.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Vzhľadom na to, že žalobkyňa nezaplatila súdny poplatok v lehote ustanovenej vo výzve na jeho zaplatenie, súd rozhodol tak, že konanie vo veci zastavil. Podľa § 10 ods. 3 zákona č. 71/1992 Zb. prvostupňový súd zruší uznesenie o zastavení konania pre nezaplatenie súdneho poplatku, ak poplatník zaplatí súdny poplatok do konca lehoty na podanie odvolania. O náhrade trov konania súd rozhodol podľa § 146 ods. 1 písm. c) O.s.p. s použitím ustanovenia § 246c O.s.p. tak, že žiaden z účastníkov nemá právo na náhradu trov konania, nakoľko konanie vo veci bolo zastavené a žalovanému trovy v súvislosti s konaním nevznikli. Toto rozhodnutie senát Krajského súdu v Bratislave prijal pomerom hlasov 3 : 0 (§ 3 ods. 9 zákona č. 757/2004 Z.z. v znení zákona č. 33/2011 Z.z.). Poučenie: :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https://www.kauzis.sk/judikatura/r/ECLI:SK:KSBA:2016:1013201338.2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