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5S/194/2013 z 18. 5. 2016</w:t>
      </w:r>
    </w:p>
    <w:p>
      <w:r>
        <w:t>Uznesenie Krajského súdu Bratislava z 18. mája 2016, sp. zn. 5S/194/2013, ECLI:SK:KSBA:2016:1013201474.2</w:t>
      </w:r>
    </w:p>
    <w:p>
      <w:r>
        <w:t>Súd: Krajský súd Bratislava</w:t>
      </w:r>
    </w:p>
    <w:p>
      <w:r>
        <w:t>Spisová značka: 5S/194/2013</w:t>
      </w:r>
    </w:p>
    <w:p>
      <w:r>
        <w:t>ECLI: ECLI:SK:KSBA:2016:1013201474.2</w:t>
      </w:r>
    </w:p>
    <w:p>
      <w:r>
        <w:t>Dátum vydania: 18. 5. 2016</w:t>
      </w:r>
    </w:p>
    <w:p>
      <w:r>
        <w:t>Forma: Uznesenie</w:t>
      </w:r>
    </w:p>
    <w:p>
      <w:pPr>
        <w:pStyle w:val="Heading2"/>
      </w:pPr>
      <w:r>
        <w:t>Text rozhodnutia</w:t>
      </w:r>
    </w:p>
    <w:p>
      <w:r>
        <w:t>Súd: Krajský súd Bratislava Spisová značka: 5S/194/2013 Identifikačné číslo súdneho spisu: 1013201474 Dátum vydania rozhodnutia: 19. 05. 2016 Meno a priezvisko sudcu, VSÚ: JUDr. Dáša Filová ECLI: ECLI:SK:KSBA:2016:1013201474.2 Uznesenie Krajský súd v Bratislave v právnej veci žalobkyne: C. I., XXX XX D. XXX, zastúpená: JUDr. Ladislav Siranko, advokát, Vajnorská 89, 831 04 Bratislava, proti žalovanej: Sociálna poisťovňa, Ul. 29. augusta 8, 813 63 Bratislava, o preskúmanie zákonnosti rozhodnutia žalovaného č. 700-0212536312-GC04/12 zo dňa 29.02.2012, takto r o z h o d o l : Súd konanie z a s t a v u j e. Žiaden z účastníkov nemá právo na náhradu trov konania. o d ô v o d n e n i e : Žalobou doručenou tunajšiemu súdu dňa 08.08.2013 sa žalobkyňa domáhala postupom podľa druhej hlavy piatej časti O.s.p. preskúmania zákonnosti rozhodnutia Sociálnej poisťovne, pobočky Bratislava č. 700-0212536312-GC04/12 zo dňa 29.02.2012, ktorým jej žalovaná predpísala za obdobie apríl 2009 penále v sume XX,XX eur, vypočítané z dlžnej sumy poistného na nemocenské poistenie, poistného na starobné poistenie a príspevkov na starobné dôchodkové sporenie, poistného do rezervného fondu solidarity, vo výške 0,05 % z dlžnej sumy za každý deň omeškania odo dňa splatnosti poistného a príspevkov do dňa, keď bola dlžná suma poukázaná na účet Sociálnej poisťovne v Štátnej pokladnici. Žalobu odôvodnila tým, že od 31.03.2009 je poberateľkou predčasného starobného dôchodku. Dňa 10.12.2012 jej bolo doručené upovedomenie o začatí exekúcie pre zaplatenie istiny vo výške XX,XX eur na základe návrhu žalovanej zo dňa 25.10.2012 na podklade exekučného titulu - rozhodnutia Sociálnej poisťovne, pobočky Bratislava č. 700-0212536312-GC04/12 zo dňa 29.02.2012, ktoré malo podľa upovedomenia o začatí exekúcie nadobudnúť vykonateľnosť dňa 11.04.2012. Označené rozhodnutie však žalobkyni nebolo nikdy doručené, nakoľko žalovaná jej ho doručovala na adresu I. 1, XXX XX I., na ktorej nemá viac ako 6 rokov trvalé bydlisko a na ktorej sa nezdržuje. Žalovanej pritom musela byť známa jej aktuálna adresa bydliska (925 XX D. XXX), na ktorej sa zdržiava a na ktorú jej žalovaná pravidelne doručuje aj starobný dôchodok. Žalobkyňa preto žiadala, aby súd uložil žalovanej povinnosť doručiť žalobkyni napadnuté rozhodnutie na adresu jej trvalého bydliska a následne, aby súd toto rozhodnutie zrušil a vec vrátil žalovanej na ďalšie konanie a rozhodnutie. Žalovaný správny orgán sa k žalobe žalobkyne vyjadril písomne v podaní zo dňa 20.02.2014. V podaní doručenom súdu dňa 15.03.2016 žalovaná navrhla, aby súd predmetné konanie zastavil, nakoľko žaloba smeruje proti rozhodnutiu prvostupňového orgánu, ktoré nespĺňa predpoklady na jeho preskúmanie v rámci rozhodovania o žalobách podľa § 247 ods. 2 O.s.p. Súčasne uviedol, že Okresný súd Galanta uznesením č.k. 30Er/726/2013-39 zo dňa 04.11.2013 zastavil exekučné konanie vedené proti žalobkyni ako povinnej pred O.. A. G., súdnym exekútorom pod sp. zn. EX XXXX/XX z dôvodu, že rozhodnutie S. poisťovne, pobočky I. č. XXX-XXXXXXXXXX-GCXX/XX zo dňa XX.XX.XXXX sa nestalo vykonateľným, a teda nespĺňa náležitosti exekučného titulu v zmysle § 41 ods. 2 písm. b) Exekučného poriadku. Ďalej uviedol, že napadnuté rozhodnutie Sociálnej poisťovne, pobočky Bratislava č. 700-0212536312-GC04/12 zo dňa 29.02.2012 bolo žalobkyni doručené na adresu jej trvalého bydliska dňa 09.11.2015. Proti tomuto rozhodnutiu podala žalobkyňa dňa 27.11.2015 odvolanie, o ktorom rozhodla Sociálna poisťovňa, ústredie, ako odvolací orgán, rozhodnutím č. XXXXX-X/XXXX-BA zo dňa XX.XX.XXXX tak, že odvolanie žalobkyne zamietla a napadnuté rozhodnutie potvrdila. Podľa § 247 ods. 2 O.s.p. pri rozhodnutí správneho orgánu vydaného v správnom konaní je predpokladom postupu podľa tejto hlavy, aby išlo 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Konanie v správnom súdnictve je potrebné považovať za prostriedok ultima ratio, t.j. ochrana práv a oprávnených záujmov účastníkov správnych vzťahov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 súd nesmie nahrádzať odvolací správny orgán a ako je zrejmé z ustanovenia § 247 ods. 2 O.s.p., v správnom súdnictve je preskúmateľné podľa druhej hlavy piatej časti O.s.p. len také rozhodnutie, ktoré po vyčerpaní riadnych opravných prostriedkov, ktoré sa preň pripúšťajú, nadobudlo právoplatnosť. V tomto konaní však žalobkyňa napadla žalobou prvostupňové správne rozhodnutie (rozhodnutie Sociálnej poisťovne, pobočky Bratislava č. 700-0212536312-GC04/12 zo dňa XX.XX.XXXX). J. rozhodnutie však nemôže byť predmetom preskúmania súdom, keďže súd preskúmava len rozhodnutia správnych orgánov vydané v poslednom stupni. S poukazom na uvedenú skutočnosť súd konanie podľa ust. § 250d ods. 3 O.s.p.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https://www.kauzis.sk/judikatura/r/ECLI:SK:KSBA:2016:1013201474.2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