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6S/199/2013 z 14. 6. 2016</w:t>
      </w:r>
    </w:p>
    <w:p>
      <w:r>
        <w:t>Uznesenie Krajského súdu Bratislava z 14. júna 2016, sp. zn. 6S/199/2013, ECLI:SK:KSBA:2016:1013201497.1</w:t>
      </w:r>
    </w:p>
    <w:p>
      <w:r>
        <w:t>Súd: Krajský súd Bratislava</w:t>
      </w:r>
    </w:p>
    <w:p>
      <w:r>
        <w:t>Spisová značka: 6S/199/2013</w:t>
      </w:r>
    </w:p>
    <w:p>
      <w:r>
        <w:t>ECLI: ECLI:SK:KSBA:2016:1013201497.1</w:t>
      </w:r>
    </w:p>
    <w:p>
      <w:r>
        <w:t>Dátum vydania: 14.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6S/199/2013 Identifikačné číslo súdneho spisu: 1013201497 Dátum vydania rozhodnutia: 15. 06. 2016 Meno a priezvisko sudcu, VSÚ: JUDr. Vlastimil Pavlikovský ECLI: ECLI:SK:KSBA:2016:1013201497.1 Uznesenie Krajský súd v Bratislave v právnej veci žalobcu: GAMA-EXPO, s.r.o., so sídlom Drotárska cesta 102, 811 02 Bratislava, právne zastúpený: Advokátska kancelária Bugala - Ďurček, s.r.o., so sídlom Miletičova 5B, 821 08 Bratislava, proti žalovanému: Finančné riaditeľstvo Slovenskej republiky, so sídlom Lazovná 63, 974 01 Banská Bystrica, v konaní o preskúmanie zákonnosti rozhodnutia žalovaného č. 1100301/1/230462/2013/5019 zo dňa 31.5.2013, jednohlasne, takto r o z h o d o l : Krajský súd v Bratislave konanie z a s t a v u j e . Žiaden z účastníkov nemá právo na náhradu trov konania. o d ô v o d n e n i e : Žalobou podanou 14.8.2013 na Krajský súd v Bratislave sa žalobca domáhal preskúmania zákonnosti rozhodnutia žalovaného č. 1100301/1/230462/2013/5019 zo dňa 31.5.2013, ktorým žalovaný potvrdil dodatočný platobný výmer Daňového úradu Bratislava č. 9102402/5/596506/2013/Bli zo dňa 13.2.2013, ktorým správca dane podľa § 44 ods. 6 písm. b) bod 1 zákona č. 511/1992 Zb. o správe daní v znení neskorších predpisov, nepriznal žalobcovi nadmerný odpočet za zdaňovacie obdobie január 2011 v sume X.XXX,- € a určil žalobcovi vlastnú daňovú povinnosť v sume XXX.XXX,- €. Výzvou zo dňa 22.3.2016 doručenou žalobcovi dňa 31.3.2016,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poplatkoch).</w:t>
      </w:r>
    </w:p>
    <w:p/>
    <w:p>
      <w:r>
        <w:t>Zdroj: KAUZIS.SK – https://www.kauzis.sk/judikatura/r/ECLI:SK:KSBA:2016:1013201497.1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