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6S/200/2013 z 10. 3. 2016</w:t>
      </w:r>
    </w:p>
    <w:p>
      <w:r>
        <w:t>Uznesenie Krajského súdu Bratislava z 10. marca 2016, sp. zn. 6S/200/2013, ECLI:SK:KSBA:2016:1013201500.1</w:t>
      </w:r>
    </w:p>
    <w:p>
      <w:r>
        <w:t>Súd: Krajský súd Bratislava</w:t>
      </w:r>
    </w:p>
    <w:p>
      <w:r>
        <w:t>Spisová značka: 6S/200/2013</w:t>
      </w:r>
    </w:p>
    <w:p>
      <w:r>
        <w:t>ECLI: ECLI:SK:KSBA:2016:1013201500.1</w:t>
      </w:r>
    </w:p>
    <w:p>
      <w:r>
        <w:t>Dátum vydania: 10.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6S/200/2013 Identifikačné číslo súdneho spisu: 1013201500 Dátum vydania rozhodnutia: 11. 03. 2016 Meno a priezvisko sudcu, VSÚ: JUDr. Soňa Langová ECLI: ECLI:SK:KSBA:2016:1013201500.1 Uznesenie Krajský súd v Bratislave v právnej veci žalobcu: K.T.G., s.r.o., so sídlom Jesenského 85/61, 943 01 Štúrovo, právne zastúpený: PRO iURE -advokátska kancelária, s.r.o., so sídlom Zámocká 32, 811 01 Bratislava, proti žalovanému: Ministerstvo dopravy, výstavby a regionálneho rozvoja Slovenskej republiky, so sídlom Nám. Slobody 6, 810 05 Bratislava, o preskúmanie zákonnosti rozhodnutia žalovaného č. 16203/2013/C420-SCLVD/34112 zo dňa 27.5.2013, jednohlasne, takto r o z h o d o l : Krajský súd v Bratislave konanie z a s t a v u j e . Žiaden z účastníkov nemá právo na náhradu trov konania. o d ô v o d n e n i e : Žalobou podanou na Najvyšší súd Slovenskej republiky dňa 29.7.2013 a postúpenou uznesením č.k. 2Sž/17/2013 - 29 zo dňa 1.8.2013 na Krajský súd v Bratislava sa žalobca domáhal preskúmania zákonnosti rozhodnutia žalovaného č. 16203/2013/C420-SCLVD/34112 zo dňa 27.5.2013, ktorým žalovaný potvrdil rozhodnutie Dopravného úradu č. D2013/01402-EB5/KN zo dňa 12.3.2013, ktorým poľa § 39 písm. b) bod 3 zákona č. 338/2000 Z.z. o vnútrozemskej plavbe rozhodla o povolení státia plávajúceho zariadenia - pontónu. Pred rozhodnutím vo veci samej žalobca svojím podaním doručeným súdu dňa 17.2.2016 podal späťvzatie návrhu, nakoľko plávajúce zariadenie, ktoré bolo povolené správnym orgánom bolo odtiahnuté a v súčasnosti nepretrváva situácia, ktorá bola dôvodom podania žaloby. Zároveň sa žalobca domáhal aj náhrady trov konania.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Nakoľko je zrejmé, že predmet sporu prestal existovať a plávajúce zariadenie bolo odtiahnuté, nie je dôvod, aby súd priznal žalobcovi náhradu trov konania z titulu, že na toto plavebné zariadenie bolo vydané povoľujúce rozhodnutie, ktoré nebolo súdom zrušené. V danom prípade nenastala preto situácia, keď by k späťvzatiu návrhu a zastaveniu konania došlo zavinením žalovaného.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https://www.kauzis.sk/judikatura/r/ECLI:SK:KSBA:2016:1013201500.1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