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2S/218/2013 z 13. 1. 2016</w:t>
      </w:r>
    </w:p>
    <w:p>
      <w:r>
        <w:t>Opravné uznesenie Krajského súdu Bratislava z 13. januára 2016, sp. zn. 2S/218/2013, ECLI:SK:KSBA:2016:1013201648.6</w:t>
      </w:r>
    </w:p>
    <w:p>
      <w:r>
        <w:t>Súd: Krajský súd Bratislava</w:t>
      </w:r>
    </w:p>
    <w:p>
      <w:r>
        <w:t>Spisová značka: 2S/218/2013</w:t>
      </w:r>
    </w:p>
    <w:p>
      <w:r>
        <w:t>ECLI: ECLI:SK:KSBA:2016:1013201648.6</w:t>
      </w:r>
    </w:p>
    <w:p>
      <w:r>
        <w:t>Dátum vydania: 13. 1.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2S/218/2013 Identifikačné číslo súdneho spisu: 1013201648 Dátum vydania rozhodnutia: 14. 01. 2016 Meno a priezvisko sudcu, VSÚ: JUDr. Lucia Lasabová ECLI: ECLI:SK:KSBA:2016:1013201648.6 Opravné uznesenie Krajský súd v Bratislave v právnej veci žalobkyne: G. L., Sv. C. XXXX/X, R., zastúpená: Okenica Šula &amp; Co. s.r.o., IČO: 36 866 512, Zámocká 30, Bratislava, proti žalovanému: Okresný úrad Bratislava, odbor výstavby a bytovej politiky, Lamačská cesta 8, Bratislava, za účasti: ALTIUS s.r.o., IČO: 35 731 133, Strmý vŕšok 109, Bratislava, takto r o z h o d o l : Krajský súd v Bratislave o p r a v u j e dátum vyhlásenia rozsudku Krajského súdu v Bratislave č. k. 2S/218/2013-65, na ktorom je uvedený dátum 01.07.2015 tak, že správne má byť uvedený dátum „24.06.2015“. V ostatných častiach zostáva rozsudok Krajského súdu v Bratislave č. k. 2S/218/2013-65 nezmenený. o d ô v o d n e n i e : Pri písomnom vyhotovení rozsudku Krajského súdu v Bratislave č. k. 2S/218/2013-65, verejne vyhláseného dňa 24.06.2015, došlo k pisárskej chybe, keď bol uvedený nesprávny dátum vyhlásenia rozsudku „01.07.2015“. Správny dátum mal byť „24.06.2015“. Podľa § 164 O.s.p.,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Krajský súd v Bratislave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https://www.kauzis.sk/judikatura/r/ECLI:SK:KSBA:2016:1013201648.6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