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5S/223/2013 z 17. 2. 2016</w:t>
      </w:r>
    </w:p>
    <w:p>
      <w:r>
        <w:t>Uznesenie Krajského súdu Bratislava z 17. februára 2016, sp. zn. 5S/223/2013, ECLI:SK:KSBA:2016:1013201695.5</w:t>
      </w:r>
    </w:p>
    <w:p>
      <w:r>
        <w:t>Súd: Krajský súd Bratislava</w:t>
      </w:r>
    </w:p>
    <w:p>
      <w:r>
        <w:t>Spisová značka: 5S/223/2013</w:t>
      </w:r>
    </w:p>
    <w:p>
      <w:r>
        <w:t>ECLI: ECLI:SK:KSBA:2016:1013201695.5</w:t>
      </w:r>
    </w:p>
    <w:p>
      <w:r>
        <w:t>Dátum vydania: 17.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5S/223/2013 Identifikačné číslo súdneho spisu: 1013201695 Dátum vydania rozhodnutia: 18. 02. 2016 Meno a priezvisko sudcu, VSÚ: Mgr. Helena Marcinkechová ECLI: ECLI:SK:KSBA:2016:1013201695.5 Uznesenie Krajský súd v Bratislave v právnej veci žalobcu: K. H., bytom H. XXX/XX, I. T., zastúpený: JUDr. Jindřich Stoszek, advokát, Černyševského 26, 850 05 Bratislava, proti žalovanému: Generálny štáb ozbrojených síl Slovenskej republiky, Kutuzovova 8, 832 47 Bratislava, o preskúmanie zákonnosti rozhodnutia žalovaného čís. konania: C.-XXX/X-XXX/XXXX zo dňa XX.XX.XXXXX, o oprave rozsudku, takto r o z h o d o l : Súd o p r a v u j e v záhlaví rozsudku Krajského súdu v Bratislave č. k. 5S/223/13-83 zo dňa 28.07.2015 priezvisko žalobcu tak, že toto správne znie: „Hlatký“. o d ô v o d n e n i e : Pri vyhotovovaní rozsudku tunajšieho súdu č. k. 5S/223/13-83 zo dňa 28.07.2015 došlo k chybe v písaní, keď súd v písomnom vyhotovení rozsudku nesprávne uviedol priezvisko žalobcu ako „H.“, pričom správne priezvisko žalobcu je „H.“.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Vzhľadom na uvedenú zrejmú chybu v písaní v rozsudku súd v súlade s ustanovením § 164 O.s.p. rozhodol tak, ako je uvedené vo výrokovej časti tohto uznesenia. Poučenie: Proti tomuto rozhodnutiu možno podať odvolanie do 15 dní odo dňa doručenia prostredníctvom podpísaného súdu na Najvyšší súd SR, písomne,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https://www.kauzis.sk/judikatura/r/ECLI:SK:KSBA:2016:1013201695.5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