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6S/238/2013 z 21. 4. 2016</w:t>
      </w:r>
    </w:p>
    <w:p>
      <w:r>
        <w:t>Uznesenie Krajského súdu Bratislava z 21. apríla 2016, sp. zn. 6S/238/2013, ECLI:SK:KSBA:2016:1013201802.1</w:t>
      </w:r>
    </w:p>
    <w:p>
      <w:r>
        <w:t>Súd: Krajský súd Bratislava</w:t>
      </w:r>
    </w:p>
    <w:p>
      <w:r>
        <w:t>Spisová značka: 6S/238/2013</w:t>
      </w:r>
    </w:p>
    <w:p>
      <w:r>
        <w:t>ECLI: ECLI:SK:KSBA:2016:1013201802.1</w:t>
      </w:r>
    </w:p>
    <w:p>
      <w:r>
        <w:t>Dátum vydania: 21.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6S/238/2013 Identifikačné číslo súdneho spisu: 1013201802 Dátum vydania rozhodnutia: 22. 04. 2016 Meno a priezvisko sudcu, VSÚ: JUDr. Vlastimil Pavlikovský ECLI: ECLI:SK:KSBA:2016:1013201802.1 Uznesenie Krajský súd v Bratislave v právnej veci žalobcu: X.. A. O., O. E. XX/A, XXX XX O., proti žalovanému: Ministerstvo vnútra Slovenskej republiky, Pribinova 2, 812 72 Bratislava, o preskúmanie zákonnosti rozhodnutia Ministerstva vnútra Slovenskej republiky, Prezídia Policajného zboru č. PPZ- OPP1-733/2013 zo dňa 14.8.2013, jednohlasne, takto r o z h o d o l : Krajský súd v Bratislave konanie z a s t a v u j e . Žiaden z účastníkov nemá právo na náhradu trov konania. o d ô v o d n e n i e : Žalobou doručenou Krajskému súdu v Bratislave dňa 8.10.2013 sa žalobca domáhal preskúmania zákonnosti rozhodnutia žalovaného č. PPZ-OPP1-733/2013 zo dňa 14.8.2013. Pred rozhodnutím vo veci samej žalobca svojím podaním doručeným súdu dňa 11.4.2016 oznámil, že berie svoju žalobu v celom rozsahu späť.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https://www.kauzis.sk/judikatura/r/ECLI:SK:KSBA:2016:1013201802.1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