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6S/269/2013 z 18. 10. 2016</w:t>
      </w:r>
    </w:p>
    <w:p>
      <w:r>
        <w:t>Uznesenie Krajského súdu Bratislava z 18. októbra 2016, sp. zn. 6S/269/2013, ECLI:SK:KSBA:2016:1013202025.3</w:t>
      </w:r>
    </w:p>
    <w:p>
      <w:r>
        <w:t>Súd: Krajský súd Bratislava</w:t>
      </w:r>
    </w:p>
    <w:p>
      <w:r>
        <w:t>Spisová značka: 6S/269/2013</w:t>
      </w:r>
    </w:p>
    <w:p>
      <w:r>
        <w:t>ECLI: ECLI:SK:KSBA:2016:1013202025.3</w:t>
      </w:r>
    </w:p>
    <w:p>
      <w:r>
        <w:t>Dátum vydania: 18. 10. 2016</w:t>
      </w:r>
    </w:p>
    <w:p>
      <w:r>
        <w:t>Forma: Uznesenie</w:t>
      </w:r>
    </w:p>
    <w:p>
      <w:pPr>
        <w:pStyle w:val="Heading2"/>
      </w:pPr>
      <w:r>
        <w:t>Text rozhodnutia</w:t>
      </w:r>
    </w:p>
    <w:p>
      <w:r>
        <w:t>Súd: Krajský súd Bratislava Spisová značka: 6S/269/2013 Identifikačné číslo súdneho spisu: 1013202025 Dátum vydania rozhodnutia: 19. 10. 2016 Meno a priezvisko sudcu, VSÚ: JUDr. Vlastimil Pavlikovský ECLI: ECLI:SK:KSBA:2016:1013202025.3 Uznesenie Krajský súd v Bratislave v právnej veci žalobcu: Z. N., K. J. XX, XXX XX K., právne zastúpený: JUDr. Ján Benčura, advokát so sídlom Záhradnícka 41, 821 08 Bratislava, proti žalovanému: Okresný úrad Bratislava, so sídlom Tomášikova 46, 832 05 Bratislava, za účasti: C. M., K. J. XX, XXX XX K., v konaní o preskúmanie zákonnosti rozhodnutia žalovaného č. OU-BA-OVBP2-2013/788/KIZ zo dňa 21.10.2013, jednohlasne, takto r o z h o d o l : Krajský súd v Bratislave konanie z a s t a v u j e . Žiaden z účastníkov n e m á právo na náhradu trov konania. o d ô v o d n e n i e : 1. Žalobou podanou na Krajský súd v Bratislave dňa 15.11.2013 sa žalobca domáhal preskúmania zákonnosti rozhodnutia žalovaného č. OU-BA-OVBP2-2013/788/KIZ zo dňa 21.10.2013, ktorým žalovaný zamietol odvolanie žalobcu v správnom konaní a rozhodnutie Mestskej časti Bratislava - Vajnory č. OS-869/2013/MOK-2 zo dňa 16.07.2013 o umiestnení stavby „Rodinný dom J., K.“, potvrdil. 2. Podaním doručeným krajskému súdu dňa 28.09.2016 zobral žalobca svoj návrh späť. 3. Podľa § 63 Správneho súdneho poriadku (ďalej len SSP), žalobca môže do vydania rozhodnutia správneho súdu vziať žalobu späť, a to sčasti alebo celkom. Ak je žaloba vzatá späť celkom, správny súd konanie zastaví. Ak je žaloba vzatá spať sčasti, správny súd konanie v tejto časti zastaví. O čiastočnom späťvzatí žaloby rozhodne správny súd v rozhodnutí vo veci samej. 4. Krajský súd v Bratislave konanie zastavil, nakoľko žalobca zobral žalobu späť v celom rozsahu podaním zo dňa 28.09.2016. 5. Podľa § 170 písm. b) SSP, žiaden z účastníkov nemá právo na náhradu trov konania, ak konanie bolo zastavené. 6. Nakoľko konanie bolo z titulu späťvzatia zastavené, súd rozhodol podľa § 170 písm. b) SSP o trovách konania tak, že žiaden z účastníkov nemá právo na náhradu trov konania. 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https://www.kauzis.sk/judikatura/r/ECLI:SK:KSBA:2016:1013202025.3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