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6S/297/2013 z 10. 5. 2016</w:t>
      </w:r>
    </w:p>
    <w:p>
      <w:r>
        <w:t>Uznesenie Krajského súdu Bratislava z 10. mája 2016, sp. zn. 6S/297/2013, ECLI:SK:KSBA:2016:1013202189.1</w:t>
      </w:r>
    </w:p>
    <w:p>
      <w:r>
        <w:t>Súd: Krajský súd Bratislava</w:t>
      </w:r>
    </w:p>
    <w:p>
      <w:r>
        <w:t>Spisová značka: 6S/297/2013</w:t>
      </w:r>
    </w:p>
    <w:p>
      <w:r>
        <w:t>ECLI: ECLI:SK:KSBA:2016:1013202189.1</w:t>
      </w:r>
    </w:p>
    <w:p>
      <w:r>
        <w:t>Dátum vydania: 10. 5. 2016</w:t>
      </w:r>
    </w:p>
    <w:p>
      <w:r>
        <w:t>Forma: Uznesenie</w:t>
      </w:r>
    </w:p>
    <w:p>
      <w:pPr>
        <w:pStyle w:val="Heading2"/>
      </w:pPr>
      <w:r>
        <w:t>Text rozhodnutia</w:t>
      </w:r>
    </w:p>
    <w:p>
      <w:r>
        <w:t>Súd: Krajský súd Bratislava Spisová značka: 6S/297/2013 Identifikačné číslo súdneho spisu: 1013202189 Dátum vydania rozhodnutia: 11. 05. 2016 Meno a priezvisko sudcu, VSÚ: JUDr. Vlastimil Pavlikovský ECLI: ECLI:SK:KSBA:2016:1013202189.1 Uznesenie Krajský súd v Bratislave v právnej veci žalobcu: D.. P. A., bytom E. XXXX/XX, XXX XX O., právne zastúpený: Mgr. Inna Solaničová, advokát so sídlom M.R. Štefánika 5, 962 12 Detva, proti žalovanému: Úrad pre dohľad nad zdravotnou starostlivosťou, Žellova 2, Bratislava, v konaní o preskúmanie zákonnosti rozhodnutia žalovaného č. PV/301/00084/2012/R zo dňa 02.10.2013, takto r o z h o d o l : Krajský súd v Bratislave p o s t u p u j e vec Krajskému súdu v Banskej Bystrici. o d ô v o d n e n i e : Žalobou doručenou Krajskému súdu v Bratislave dňa 13.12.2013 sa žalobca domáhal preskúmania zákonnosti rozhodnutia žalovaného č. PV/301/00084/2012/R zo dňa 02.10.2013, ktorým žalovaný odvolanie žalobcu zamietol a rozhodnutie Úradu pre dohľad nad zdravotnou starostlivosťou, pobočka Trenčín č. PV/301/00084/2012 zo dňa 31.10.2012 o zaplatení nedoplatku na poistnom z ročného zúčtovania poistného za rok 2011 v sume 224,04 € podľa ustanovenia § 19 ods. 9 zákona č. 580/2004 Z.z., potvrdil.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Úrad pre dohľad nad zdravotnou starostlivosťou je dozorový orgán štátnej správy s pôsobnosťou pre celé územie Slovenskej republiky a preto miestne príslušným je v tomto prípade krajský súd, v ktorého obvode je všeobecný súd žalobcu. Všeobecným súdom žalobcu je Okresný súd Zvolen, ktorý je v obvode Krajského súdu v Banskej Bystrici, preto je daná miestna príslušnosť tohto krajského súdu. Nakoľko v uvedenej veci bolo zistené, že Krajský súd v Bratislave nie je miestne príslušným na konanie v predmetnej veci, vec bude po právoplatnosti tohto uznesenia postúpená Krajskému súdu v Banskej Bystrici. Poučenie: Proti tomuto uzneseniu nie je prípustné odvolanie.</w:t>
      </w:r>
    </w:p>
    <w:p/>
    <w:p>
      <w:r>
        <w:t>Zdroj: KAUZIS.SK – https://www.kauzis.sk/judikatura/r/ECLI:SK:KSBA:2016:1013202189.1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