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6S/309/2013 z 27. 9. 2016</w:t>
      </w:r>
    </w:p>
    <w:p>
      <w:r>
        <w:t>Uznesenie Krajského súdu Bratislava z 27. septembra 2016, sp. zn. 6S/309/2013, ECLI:SK:KSBA:2016:1013202282.1</w:t>
      </w:r>
    </w:p>
    <w:p>
      <w:r>
        <w:t>Súd: Krajský súd Bratislava</w:t>
      </w:r>
    </w:p>
    <w:p>
      <w:r>
        <w:t>Spisová značka: 6S/309/2013</w:t>
      </w:r>
    </w:p>
    <w:p>
      <w:r>
        <w:t>ECLI: ECLI:SK:KSBA:2016:1013202282.1</w:t>
      </w:r>
    </w:p>
    <w:p>
      <w:r>
        <w:t>Dátum vydania: 27. 9. 2016</w:t>
      </w:r>
    </w:p>
    <w:p>
      <w:r>
        <w:t>Forma: Uznesenie</w:t>
      </w:r>
    </w:p>
    <w:p>
      <w:pPr>
        <w:pStyle w:val="Heading2"/>
      </w:pPr>
      <w:r>
        <w:t>Text rozhodnutia</w:t>
      </w:r>
    </w:p>
    <w:p>
      <w:r>
        <w:t>Súd: Krajský súd Bratislava Spisová značka: 6S/309/2013 Identifikačné číslo súdneho spisu: 1013202282 Dátum vydania rozhodnutia: 28. 09. 2016 Meno a priezvisko sudcu, VSÚ: JUDr. Vlastimil Pavlikovský ECLI: ECLI:SK:KSBA:2016:1013202282.1 Uznesenie Krajský súd v Bratislave v právnej veci žalobcu: Generali Slovensko poisťovňa, a.s., so sídlom Lamačská cesta 3/A, 824 79 Bratislava, právne zastúpený: JUDr. Eugen Kostovčík, so sídlom Gelnická 33, 040 11 Košice, proti žalovanému: Finančné riaditeľstvo Slovenskej republiky, so sídlom Lazovná 63, 974 01 Banská Bystrica, v konaní o preskúmanie zákonnosti rozhodnutia žalovaného č. 1100301/1/541886/2013/5002 zo dňa 15.11.2013, jednohlasne, takto r o z h o d o l : Krajský súd v Bratislave p o s t u p u j e vec Krajskému súdu v Banskej Bystrici. o d ô v o d n e n i e : 1. Žalobou doručenou Krajskému súdu v Bratislave dňa 31.12.2013 sa žalobca domáhal preskúmania zákonnosti rozhodnutia žalovaného č. 1100301/1/541886/2013/5002 zo dňa 15.11.2013, ktorým žalovaný oznámil, že obnovu konania nenariaďuje.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rozhodovalo o obnove konania Finančné riaditeľstvo SR,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https://www.kauzis.sk/judikatura/r/ECLI:SK:KSBA:2016:1013202282.1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